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19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9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1)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 (2)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20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0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1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2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0_03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1)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 (2)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21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0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1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2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1_03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22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2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03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jp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