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873210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 - A-B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3210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