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hr_0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hr_0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hr_0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4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5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6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7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hr_08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hr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hr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hr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hr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hr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0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1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2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3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4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5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hr_06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0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1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2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3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4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hr_05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0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1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hr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hr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jp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jp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jp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