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1.1: Movimentos Contados - Ponto 30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0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1.1: Volumes Contados - Ponto 30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0_00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1.2: Movimentos Contados - Ponto 31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1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1.2: Volumes Contados - Ponto 31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1_00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1_01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1_02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1_03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1.3: Movimentos Contados - Ponto 32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2 (1).jp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2 (2).jp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1.3: Volumes Contados - Ponto 32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14484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2_00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1448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2_01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2_02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2_03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2_04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2_05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16" name="Picture 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2_06.pn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14484"/>
            <wp:docPr id="17" name="Picture 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2_07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1448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18" name="Picture 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2_08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19" name="Picture 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2_09.pn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20" name="Picture 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2_10.pn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21" name="Picture 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2_11.pn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22" name="Picture 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2_12.png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23" name="Picture 2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2_13.png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14484"/>
            <wp:docPr id="24" name="Picture 2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2_14.png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1448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25" name="Picture 2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2_15.png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26" name="Picture 2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2_16.png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27" name="Picture 2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2_17.png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28" name="Picture 2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2_18.png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29" name="Picture 2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2_19.png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30" name="Picture 3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2_20.png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1.4: Movimentos Contados - Ponto 33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1" name="Picture 3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3.jpg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1.4: Volumes Contados - Ponto 33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0562"/>
            <wp:docPr id="32" name="Picture 3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3_00.png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056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3" name="Picture 3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3_01.png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4" name="Picture 3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3_02.png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5" name="Picture 3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3_03.png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6" name="Picture 3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3_04.png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7" name="Picture 3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3_05.png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8" name="Picture 3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3_06.png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0562"/>
            <wp:docPr id="39" name="Picture 3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3_07.png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056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40" name="Picture 4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3_08.png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41" name="Picture 4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3_09.png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42" name="Picture 4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3_10.png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43" name="Picture 4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3_11.png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44" name="Picture 4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3_12.png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45" name="Picture 4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3_13.png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0562"/>
            <wp:docPr id="46" name="Picture 4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3_14.png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056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47" name="Picture 4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3_15.png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48" name="Picture 4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3_16.png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49" name="Picture 4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3_17.png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50" name="Picture 5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3_18.png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51" name="Picture 5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3_19.png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52" name="Picture 5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3_20.png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1.5: Movimentos Contados - Ponto 34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53" name="Picture 5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4.jpg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1.5: Volumes Contados - Ponto 34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54" name="Picture 5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4_00.png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55" name="Picture 5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4_01.png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6" name="Picture 5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4_02.png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7" name="Picture 5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4_03.png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8" name="Picture 5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4_04.png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1.6: Movimentos Contados - Ponto 35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59" name="Picture 5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5 (1).jpg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60" name="Picture 6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5 (2).jpg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1.6: Volumes Contados - Ponto 35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61" name="Picture 6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5_00.png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62" name="Picture 6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5_01.png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3" name="Picture 6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5_02.png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4" name="Picture 6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5_03.png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5" name="Picture 6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5_04.png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6" name="Picture 6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5_05.png"/>
                    <pic:cNvPicPr/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7" name="Picture 6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5_06.png"/>
                    <pic:cNvPicPr/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1.7: Movimentos Contados - Ponto 36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68" name="Picture 6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6.jpg"/>
                    <pic:cNvPicPr/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1.7: Volumes Contados - Ponto 36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69" name="Picture 6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6_00.png"/>
                    <pic:cNvPicPr/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70" name="Picture 7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6_01.png"/>
                    <pic:cNvPicPr/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1" name="Picture 7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6_02.png"/>
                    <pic:cNvPicPr/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2" name="Picture 7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6_03.png"/>
                    <pic:cNvPicPr/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1.8: Movimentos Contados - Ponto 37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73" name="Picture 7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7.jpg"/>
                    <pic:cNvPicPr/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1.8: Volumes Contados - Ponto 37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74" name="Picture 7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7_00.png"/>
                    <pic:cNvPicPr/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75" name="Picture 7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7_01.png"/>
                    <pic:cNvPicPr/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6" name="Picture 7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7_02.png"/>
                    <pic:cNvPicPr/>
                  </pic:nvPicPr>
                  <pic:blipFill>
                    <a:blip r:embed="rId8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7" name="Picture 7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7_03.png"/>
                    <pic:cNvPicPr/>
                  </pic:nvPicPr>
                  <pic:blipFill>
                    <a:blip r:embed="rId8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8" name="Picture 7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7_04.png"/>
                    <pic:cNvPicPr/>
                  </pic:nvPicPr>
                  <pic:blipFill>
                    <a:blip r:embed="rId8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9" name="Picture 7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7_05.png"/>
                    <pic:cNvPicPr/>
                  </pic:nvPicPr>
                  <pic:blipFill>
                    <a:blip r:embed="rId8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1.9: Movimentos Contados - Ponto 38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80" name="Picture 8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8.jpg"/>
                    <pic:cNvPicPr/>
                  </pic:nvPicPr>
                  <pic:blipFill>
                    <a:blip r:embed="rId8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1.9: Volumes Contados - Ponto 38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81" name="Picture 8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8_00.png"/>
                    <pic:cNvPicPr/>
                  </pic:nvPicPr>
                  <pic:blipFill>
                    <a:blip r:embed="rId8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82" name="Picture 8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8_01.png"/>
                    <pic:cNvPicPr/>
                  </pic:nvPicPr>
                  <pic:blipFill>
                    <a:blip r:embed="rId9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83" name="Picture 8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8_02.png"/>
                    <pic:cNvPicPr/>
                  </pic:nvPicPr>
                  <pic:blipFill>
                    <a:blip r:embed="rId9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84" name="Picture 8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8_03.png"/>
                    <pic:cNvPicPr/>
                  </pic:nvPicPr>
                  <pic:blipFill>
                    <a:blip r:embed="rId9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85" name="Picture 8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8_04.png"/>
                    <pic:cNvPicPr/>
                  </pic:nvPicPr>
                  <pic:blipFill>
                    <a:blip r:embed="rId9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86" name="Picture 8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8_05.png"/>
                    <pic:cNvPicPr/>
                  </pic:nvPicPr>
                  <pic:blipFill>
                    <a:blip r:embed="rId9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87" name="Picture 8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8_06.png"/>
                    <pic:cNvPicPr/>
                  </pic:nvPicPr>
                  <pic:blipFill>
                    <a:blip r:embed="rId9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88" name="Picture 8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8_07.png"/>
                    <pic:cNvPicPr/>
                  </pic:nvPicPr>
                  <pic:blipFill>
                    <a:blip r:embed="rId9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89" name="Picture 8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8_08.png"/>
                    <pic:cNvPicPr/>
                  </pic:nvPicPr>
                  <pic:blipFill>
                    <a:blip r:embed="rId9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90" name="Picture 9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8_09.png"/>
                    <pic:cNvPicPr/>
                  </pic:nvPicPr>
                  <pic:blipFill>
                    <a:blip r:embed="rId9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91" name="Picture 9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8_10.png"/>
                    <pic:cNvPicPr/>
                  </pic:nvPicPr>
                  <pic:blipFill>
                    <a:blip r:embed="rId9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92" name="Picture 9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8_11.png"/>
                    <pic:cNvPicPr/>
                  </pic:nvPicPr>
                  <pic:blipFill>
                    <a:blip r:embed="rId10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93" name="Picture 9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8_12.png"/>
                    <pic:cNvPicPr/>
                  </pic:nvPicPr>
                  <pic:blipFill>
                    <a:blip r:embed="rId10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1.10: Movimentos Contados - Ponto 39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94" name="Picture 9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9.jpg"/>
                    <pic:cNvPicPr/>
                  </pic:nvPicPr>
                  <pic:blipFill>
                    <a:blip r:embed="rId10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1.10: Volumes Contados - Ponto 39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95" name="Picture 9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9_00.png"/>
                    <pic:cNvPicPr/>
                  </pic:nvPicPr>
                  <pic:blipFill>
                    <a:blip r:embed="rId10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96" name="Picture 9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9_01.png"/>
                    <pic:cNvPicPr/>
                  </pic:nvPicPr>
                  <pic:blipFill>
                    <a:blip r:embed="rId10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97" name="Picture 9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9_02.png"/>
                    <pic:cNvPicPr/>
                  </pic:nvPicPr>
                  <pic:blipFill>
                    <a:blip r:embed="rId10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98" name="Picture 9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9_03.png"/>
                    <pic:cNvPicPr/>
                  </pic:nvPicPr>
                  <pic:blipFill>
                    <a:blip r:embed="rId10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99" name="Picture 9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9_04.png"/>
                    <pic:cNvPicPr/>
                  </pic:nvPicPr>
                  <pic:blipFill>
                    <a:blip r:embed="rId10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00" name="Picture 10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9_05.png"/>
                    <pic:cNvPicPr/>
                  </pic:nvPicPr>
                  <pic:blipFill>
                    <a:blip r:embed="rId10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01" name="Picture 10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9_06.png"/>
                    <pic:cNvPicPr/>
                  </pic:nvPicPr>
                  <pic:blipFill>
                    <a:blip r:embed="rId10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02" name="Picture 10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9_07.png"/>
                    <pic:cNvPicPr/>
                  </pic:nvPicPr>
                  <pic:blipFill>
                    <a:blip r:embed="rId1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03" name="Picture 10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9_08.png"/>
                    <pic:cNvPicPr/>
                  </pic:nvPicPr>
                  <pic:blipFill>
                    <a:blip r:embed="rId1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1.11: Movimentos Contados - Ponto 40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04" name="Picture 10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0.jpg"/>
                    <pic:cNvPicPr/>
                  </pic:nvPicPr>
                  <pic:blipFill>
                    <a:blip r:embed="rId1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1.11: Volumes Contados - Ponto 40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05" name="Picture 10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0_00.png"/>
                    <pic:cNvPicPr/>
                  </pic:nvPicPr>
                  <pic:blipFill>
                    <a:blip r:embed="rId1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06" name="Picture 10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0_01.png"/>
                    <pic:cNvPicPr/>
                  </pic:nvPicPr>
                  <pic:blipFill>
                    <a:blip r:embed="rId1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07" name="Picture 10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0_02.png"/>
                    <pic:cNvPicPr/>
                  </pic:nvPicPr>
                  <pic:blipFill>
                    <a:blip r:embed="rId1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08" name="Picture 10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0_03.png"/>
                    <pic:cNvPicPr/>
                  </pic:nvPicPr>
                  <pic:blipFill>
                    <a:blip r:embed="rId1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09" name="Picture 10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0_04.png"/>
                    <pic:cNvPicPr/>
                  </pic:nvPicPr>
                  <pic:blipFill>
                    <a:blip r:embed="rId1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10" name="Picture 1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0_05.png"/>
                    <pic:cNvPicPr/>
                  </pic:nvPicPr>
                  <pic:blipFill>
                    <a:blip r:embed="rId1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11" name="Picture 1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0_06.png"/>
                    <pic:cNvPicPr/>
                  </pic:nvPicPr>
                  <pic:blipFill>
                    <a:blip r:embed="rId1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12" name="Picture 1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0_07.png"/>
                    <pic:cNvPicPr/>
                  </pic:nvPicPr>
                  <pic:blipFill>
                    <a:blip r:embed="rId1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1.12: Movimentos Contados - Ponto 41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13" name="Picture 1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1 (1).jpg"/>
                    <pic:cNvPicPr/>
                  </pic:nvPicPr>
                  <pic:blipFill>
                    <a:blip r:embed="rId1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14" name="Picture 1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1 (2).jpg"/>
                    <pic:cNvPicPr/>
                  </pic:nvPicPr>
                  <pic:blipFill>
                    <a:blip r:embed="rId1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1.12: Volumes Contados - Ponto 41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15" name="Picture 1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1_00.png"/>
                    <pic:cNvPicPr/>
                  </pic:nvPicPr>
                  <pic:blipFill>
                    <a:blip r:embed="rId1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16" name="Picture 1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1_01.png"/>
                    <pic:cNvPicPr/>
                  </pic:nvPicPr>
                  <pic:blipFill>
                    <a:blip r:embed="rId1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17" name="Picture 1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1_02.png"/>
                    <pic:cNvPicPr/>
                  </pic:nvPicPr>
                  <pic:blipFill>
                    <a:blip r:embed="rId1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18" name="Picture 1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1_03.png"/>
                    <pic:cNvPicPr/>
                  </pic:nvPicPr>
                  <pic:blipFill>
                    <a:blip r:embed="rId1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19" name="Picture 1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1_04.png"/>
                    <pic:cNvPicPr/>
                  </pic:nvPicPr>
                  <pic:blipFill>
                    <a:blip r:embed="rId1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20" name="Picture 1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1_05.png"/>
                    <pic:cNvPicPr/>
                  </pic:nvPicPr>
                  <pic:blipFill>
                    <a:blip r:embed="rId1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21" name="Picture 1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1_06.png"/>
                    <pic:cNvPicPr/>
                  </pic:nvPicPr>
                  <pic:blipFill>
                    <a:blip r:embed="rId12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22" name="Picture 1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1_07.png"/>
                    <pic:cNvPicPr/>
                  </pic:nvPicPr>
                  <pic:blipFill>
                    <a:blip r:embed="rId13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23" name="Picture 12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1_08.png"/>
                    <pic:cNvPicPr/>
                  </pic:nvPicPr>
                  <pic:blipFill>
                    <a:blip r:embed="rId13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24" name="Picture 12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1_09.png"/>
                    <pic:cNvPicPr/>
                  </pic:nvPicPr>
                  <pic:blipFill>
                    <a:blip r:embed="rId13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25" name="Picture 12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1_10.png"/>
                    <pic:cNvPicPr/>
                  </pic:nvPicPr>
                  <pic:blipFill>
                    <a:blip r:embed="rId13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26" name="Picture 12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1_11.png"/>
                    <pic:cNvPicPr/>
                  </pic:nvPicPr>
                  <pic:blipFill>
                    <a:blip r:embed="rId13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27" name="Picture 12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1_12.png"/>
                    <pic:cNvPicPr/>
                  </pic:nvPicPr>
                  <pic:blipFill>
                    <a:blip r:embed="rId13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28" name="Picture 12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1_13.png"/>
                    <pic:cNvPicPr/>
                  </pic:nvPicPr>
                  <pic:blipFill>
                    <a:blip r:embed="rId13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29" name="Picture 12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1_14.png"/>
                    <pic:cNvPicPr/>
                  </pic:nvPicPr>
                  <pic:blipFill>
                    <a:blip r:embed="rId13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30" name="Picture 13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1_15.png"/>
                    <pic:cNvPicPr/>
                  </pic:nvPicPr>
                  <pic:blipFill>
                    <a:blip r:embed="rId13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1.13: Movimentos Contados - Ponto 42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31" name="Picture 13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2.jpg"/>
                    <pic:cNvPicPr/>
                  </pic:nvPicPr>
                  <pic:blipFill>
                    <a:blip r:embed="rId13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1.13: Volumes Contados - Ponto 42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32" name="Picture 13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2_00.png"/>
                    <pic:cNvPicPr/>
                  </pic:nvPicPr>
                  <pic:blipFill>
                    <a:blip r:embed="rId14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33" name="Picture 13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2_01.png"/>
                    <pic:cNvPicPr/>
                  </pic:nvPicPr>
                  <pic:blipFill>
                    <a:blip r:embed="rId14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34" name="Picture 13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2_02.png"/>
                    <pic:cNvPicPr/>
                  </pic:nvPicPr>
                  <pic:blipFill>
                    <a:blip r:embed="rId14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35" name="Picture 13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2_03.png"/>
                    <pic:cNvPicPr/>
                  </pic:nvPicPr>
                  <pic:blipFill>
                    <a:blip r:embed="rId14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1.14: Movimentos Contados - Ponto 43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36" name="Picture 13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3 (1).jpg"/>
                    <pic:cNvPicPr/>
                  </pic:nvPicPr>
                  <pic:blipFill>
                    <a:blip r:embed="rId14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37" name="Picture 13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3 (2).jpg"/>
                    <pic:cNvPicPr/>
                  </pic:nvPicPr>
                  <pic:blipFill>
                    <a:blip r:embed="rId14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1.14: Volumes Contados - Ponto 43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38" name="Picture 13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3_00.png"/>
                    <pic:cNvPicPr/>
                  </pic:nvPicPr>
                  <pic:blipFill>
                    <a:blip r:embed="rId14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39" name="Picture 13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3_01.png"/>
                    <pic:cNvPicPr/>
                  </pic:nvPicPr>
                  <pic:blipFill>
                    <a:blip r:embed="rId14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40" name="Picture 14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3_02.png"/>
                    <pic:cNvPicPr/>
                  </pic:nvPicPr>
                  <pic:blipFill>
                    <a:blip r:embed="rId14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41" name="Picture 14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3_03.png"/>
                    <pic:cNvPicPr/>
                  </pic:nvPicPr>
                  <pic:blipFill>
                    <a:blip r:embed="rId14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42" name="Picture 14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3_04.png"/>
                    <pic:cNvPicPr/>
                  </pic:nvPicPr>
                  <pic:blipFill>
                    <a:blip r:embed="rId15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43" name="Picture 14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3_05.png"/>
                    <pic:cNvPicPr/>
                  </pic:nvPicPr>
                  <pic:blipFill>
                    <a:blip r:embed="rId15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44" name="Picture 14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3_06.png"/>
                    <pic:cNvPicPr/>
                  </pic:nvPicPr>
                  <pic:blipFill>
                    <a:blip r:embed="rId15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45" name="Picture 14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3_07.png"/>
                    <pic:cNvPicPr/>
                  </pic:nvPicPr>
                  <pic:blipFill>
                    <a:blip r:embed="rId15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1.15: Movimentos Contados - Ponto 44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46" name="Picture 14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4.jpg"/>
                    <pic:cNvPicPr/>
                  </pic:nvPicPr>
                  <pic:blipFill>
                    <a:blip r:embed="rId15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1.15: Volumes Contados - Ponto 44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47" name="Picture 14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4_00.png"/>
                    <pic:cNvPicPr/>
                  </pic:nvPicPr>
                  <pic:blipFill>
                    <a:blip r:embed="rId15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48" name="Picture 14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4_01.png"/>
                    <pic:cNvPicPr/>
                  </pic:nvPicPr>
                  <pic:blipFill>
                    <a:blip r:embed="rId15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49" name="Picture 14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4_02.png"/>
                    <pic:cNvPicPr/>
                  </pic:nvPicPr>
                  <pic:blipFill>
                    <a:blip r:embed="rId15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50" name="Picture 15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4_03.png"/>
                    <pic:cNvPicPr/>
                  </pic:nvPicPr>
                  <pic:blipFill>
                    <a:blip r:embed="rId15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1.16: Movimentos Contados - Ponto 45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51" name="Picture 15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5.jpg"/>
                    <pic:cNvPicPr/>
                  </pic:nvPicPr>
                  <pic:blipFill>
                    <a:blip r:embed="rId15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1.16: Volumes Contados - Ponto 45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52" name="Picture 15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5_00.png"/>
                    <pic:cNvPicPr/>
                  </pic:nvPicPr>
                  <pic:blipFill>
                    <a:blip r:embed="rId16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53" name="Picture 15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5_01.png"/>
                    <pic:cNvPicPr/>
                  </pic:nvPicPr>
                  <pic:blipFill>
                    <a:blip r:embed="rId16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54" name="Picture 15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5_02.png"/>
                    <pic:cNvPicPr/>
                  </pic:nvPicPr>
                  <pic:blipFill>
                    <a:blip r:embed="rId16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55" name="Picture 15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5_03.png"/>
                    <pic:cNvPicPr/>
                  </pic:nvPicPr>
                  <pic:blipFill>
                    <a:blip r:embed="rId16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1.17: Movimentos Contados - Ponto 46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56" name="Picture 15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6.jpg"/>
                    <pic:cNvPicPr/>
                  </pic:nvPicPr>
                  <pic:blipFill>
                    <a:blip r:embed="rId16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1.17: Volumes Contados - Ponto 46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57" name="Picture 15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6_00.png"/>
                    <pic:cNvPicPr/>
                  </pic:nvPicPr>
                  <pic:blipFill>
                    <a:blip r:embed="rId16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58" name="Picture 15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6_01.png"/>
                    <pic:cNvPicPr/>
                  </pic:nvPicPr>
                  <pic:blipFill>
                    <a:blip r:embed="rId16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59" name="Picture 15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6_02.png"/>
                    <pic:cNvPicPr/>
                  </pic:nvPicPr>
                  <pic:blipFill>
                    <a:blip r:embed="rId16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60" name="Picture 16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6_03.png"/>
                    <pic:cNvPicPr/>
                  </pic:nvPicPr>
                  <pic:blipFill>
                    <a:blip r:embed="rId16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1.18: Movimentos Contados - Ponto 47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61" name="Picture 16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7 (1).jpg"/>
                    <pic:cNvPicPr/>
                  </pic:nvPicPr>
                  <pic:blipFill>
                    <a:blip r:embed="rId16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62" name="Picture 16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7 (2).jpg"/>
                    <pic:cNvPicPr/>
                  </pic:nvPicPr>
                  <pic:blipFill>
                    <a:blip r:embed="rId17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1.18: Volumes Contados - Ponto 47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63" name="Picture 16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7_00.png"/>
                    <pic:cNvPicPr/>
                  </pic:nvPicPr>
                  <pic:blipFill>
                    <a:blip r:embed="rId17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64" name="Picture 16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7_01.png"/>
                    <pic:cNvPicPr/>
                  </pic:nvPicPr>
                  <pic:blipFill>
                    <a:blip r:embed="rId17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65" name="Picture 16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7_02.png"/>
                    <pic:cNvPicPr/>
                  </pic:nvPicPr>
                  <pic:blipFill>
                    <a:blip r:embed="rId17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66" name="Picture 16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7_03.png"/>
                    <pic:cNvPicPr/>
                  </pic:nvPicPr>
                  <pic:blipFill>
                    <a:blip r:embed="rId17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67" name="Picture 16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7_04.png"/>
                    <pic:cNvPicPr/>
                  </pic:nvPicPr>
                  <pic:blipFill>
                    <a:blip r:embed="rId17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68" name="Picture 16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7_05.png"/>
                    <pic:cNvPicPr/>
                  </pic:nvPicPr>
                  <pic:blipFill>
                    <a:blip r:embed="rId17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69" name="Picture 16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7_06.png"/>
                    <pic:cNvPicPr/>
                  </pic:nvPicPr>
                  <pic:blipFill>
                    <a:blip r:embed="rId17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70" name="Picture 17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7_07.png"/>
                    <pic:cNvPicPr/>
                  </pic:nvPicPr>
                  <pic:blipFill>
                    <a:blip r:embed="rId17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71" name="Picture 17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7_08.png"/>
                    <pic:cNvPicPr/>
                  </pic:nvPicPr>
                  <pic:blipFill>
                    <a:blip r:embed="rId17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1.19: Movimentos Contados - Ponto 48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72" name="Picture 17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8.jpg"/>
                    <pic:cNvPicPr/>
                  </pic:nvPicPr>
                  <pic:blipFill>
                    <a:blip r:embed="rId18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1.19: Volumes Contados - Ponto 48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73" name="Picture 17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8_00.png"/>
                    <pic:cNvPicPr/>
                  </pic:nvPicPr>
                  <pic:blipFill>
                    <a:blip r:embed="rId18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74" name="Picture 17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8_01.png"/>
                    <pic:cNvPicPr/>
                  </pic:nvPicPr>
                  <pic:blipFill>
                    <a:blip r:embed="rId18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75" name="Picture 17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8_02.png"/>
                    <pic:cNvPicPr/>
                  </pic:nvPicPr>
                  <pic:blipFill>
                    <a:blip r:embed="rId18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76" name="Picture 17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8_03.png"/>
                    <pic:cNvPicPr/>
                  </pic:nvPicPr>
                  <pic:blipFill>
                    <a:blip r:embed="rId18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1.20: Movimentos Contados - Ponto 49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77" name="Picture 17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9.jpg"/>
                    <pic:cNvPicPr/>
                  </pic:nvPicPr>
                  <pic:blipFill>
                    <a:blip r:embed="rId18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1.20: Volumes Contados - Ponto 49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78" name="Picture 17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9_00.png"/>
                    <pic:cNvPicPr/>
                  </pic:nvPicPr>
                  <pic:blipFill>
                    <a:blip r:embed="rId18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79" name="Picture 17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9_01.png"/>
                    <pic:cNvPicPr/>
                  </pic:nvPicPr>
                  <pic:blipFill>
                    <a:blip r:embed="rId18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80" name="Picture 18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9_02.png"/>
                    <pic:cNvPicPr/>
                  </pic:nvPicPr>
                  <pic:blipFill>
                    <a:blip r:embed="rId18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81" name="Picture 18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9_03.png"/>
                    <pic:cNvPicPr/>
                  </pic:nvPicPr>
                  <pic:blipFill>
                    <a:blip r:embed="rId18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1.21: Movimentos Contados - Ponto 50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82" name="Picture 18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50.jpg"/>
                    <pic:cNvPicPr/>
                  </pic:nvPicPr>
                  <pic:blipFill>
                    <a:blip r:embed="rId19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1.21: Volumes Contados - Ponto 50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83" name="Picture 18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0_00.png"/>
                    <pic:cNvPicPr/>
                  </pic:nvPicPr>
                  <pic:blipFill>
                    <a:blip r:embed="rId19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84" name="Picture 18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0_01.png"/>
                    <pic:cNvPicPr/>
                  </pic:nvPicPr>
                  <pic:blipFill>
                    <a:blip r:embed="rId19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85" name="Picture 18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0_02.png"/>
                    <pic:cNvPicPr/>
                  </pic:nvPicPr>
                  <pic:blipFill>
                    <a:blip r:embed="rId19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86" name="Picture 18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0_03.png"/>
                    <pic:cNvPicPr/>
                  </pic:nvPicPr>
                  <pic:blipFill>
                    <a:blip r:embed="rId19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1.22: Movimentos Contados - Ponto 51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87" name="Picture 18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51.jpg"/>
                    <pic:cNvPicPr/>
                  </pic:nvPicPr>
                  <pic:blipFill>
                    <a:blip r:embed="rId19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1.22: Volumes Contados - Ponto 51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88" name="Picture 18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1_00.png"/>
                    <pic:cNvPicPr/>
                  </pic:nvPicPr>
                  <pic:blipFill>
                    <a:blip r:embed="rId19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89" name="Picture 18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1_01.png"/>
                    <pic:cNvPicPr/>
                  </pic:nvPicPr>
                  <pic:blipFill>
                    <a:blip r:embed="rId19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90" name="Picture 19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1_02.png"/>
                    <pic:cNvPicPr/>
                  </pic:nvPicPr>
                  <pic:blipFill>
                    <a:blip r:embed="rId19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91" name="Picture 19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1_03.png"/>
                    <pic:cNvPicPr/>
                  </pic:nvPicPr>
                  <pic:blipFill>
                    <a:blip r:embed="rId19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92" name="Picture 19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1_04.png"/>
                    <pic:cNvPicPr/>
                  </pic:nvPicPr>
                  <pic:blipFill>
                    <a:blip r:embed="rId20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93" name="Picture 19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1_05.png"/>
                    <pic:cNvPicPr/>
                  </pic:nvPicPr>
                  <pic:blipFill>
                    <a:blip r:embed="rId20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94" name="Picture 19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1_06.png"/>
                    <pic:cNvPicPr/>
                  </pic:nvPicPr>
                  <pic:blipFill>
                    <a:blip r:embed="rId20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95" name="Picture 19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1_07.png"/>
                    <pic:cNvPicPr/>
                  </pic:nvPicPr>
                  <pic:blipFill>
                    <a:blip r:embed="rId20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1.23: Movimentos Contados - Ponto 52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96" name="Picture 19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52.jpg"/>
                    <pic:cNvPicPr/>
                  </pic:nvPicPr>
                  <pic:blipFill>
                    <a:blip r:embed="rId20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1.23: Volumes Contados - Ponto 52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97" name="Picture 19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2_00.png"/>
                    <pic:cNvPicPr/>
                  </pic:nvPicPr>
                  <pic:blipFill>
                    <a:blip r:embed="rId20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98" name="Picture 19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2_01.png"/>
                    <pic:cNvPicPr/>
                  </pic:nvPicPr>
                  <pic:blipFill>
                    <a:blip r:embed="rId20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99" name="Picture 19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2_02.png"/>
                    <pic:cNvPicPr/>
                  </pic:nvPicPr>
                  <pic:blipFill>
                    <a:blip r:embed="rId20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00" name="Picture 20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2_03.png"/>
                    <pic:cNvPicPr/>
                  </pic:nvPicPr>
                  <pic:blipFill>
                    <a:blip r:embed="rId20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1.24: Movimentos Contados - Ponto 53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01" name="Picture 20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53.jpg"/>
                    <pic:cNvPicPr/>
                  </pic:nvPicPr>
                  <pic:blipFill>
                    <a:blip r:embed="rId20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1.24: Volumes Contados - Ponto 53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02" name="Picture 20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3_00.png"/>
                    <pic:cNvPicPr/>
                  </pic:nvPicPr>
                  <pic:blipFill>
                    <a:blip r:embed="rId2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03" name="Picture 20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3_01.png"/>
                    <pic:cNvPicPr/>
                  </pic:nvPicPr>
                  <pic:blipFill>
                    <a:blip r:embed="rId2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04" name="Picture 20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3_02.png"/>
                    <pic:cNvPicPr/>
                  </pic:nvPicPr>
                  <pic:blipFill>
                    <a:blip r:embed="rId2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05" name="Picture 20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3_03.png"/>
                    <pic:cNvPicPr/>
                  </pic:nvPicPr>
                  <pic:blipFill>
                    <a:blip r:embed="rId2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1.25: Movimentos Contados - Ponto 54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06" name="Picture 20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54.jpg"/>
                    <pic:cNvPicPr/>
                  </pic:nvPicPr>
                  <pic:blipFill>
                    <a:blip r:embed="rId2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1.25: Volumes Contados - Ponto 54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07" name="Picture 20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4_00.png"/>
                    <pic:cNvPicPr/>
                  </pic:nvPicPr>
                  <pic:blipFill>
                    <a:blip r:embed="rId2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08" name="Picture 20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4_01.png"/>
                    <pic:cNvPicPr/>
                  </pic:nvPicPr>
                  <pic:blipFill>
                    <a:blip r:embed="rId2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09" name="Picture 20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4_02.png"/>
                    <pic:cNvPicPr/>
                  </pic:nvPicPr>
                  <pic:blipFill>
                    <a:blip r:embed="rId2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10" name="Picture 2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4_03.png"/>
                    <pic:cNvPicPr/>
                  </pic:nvPicPr>
                  <pic:blipFill>
                    <a:blip r:embed="rId2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1.26: Movimentos Contados - Ponto 55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11" name="Picture 2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55.jpg"/>
                    <pic:cNvPicPr/>
                  </pic:nvPicPr>
                  <pic:blipFill>
                    <a:blip r:embed="rId2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1.26: Volumes Contados - Ponto 55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12" name="Picture 2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5_00.png"/>
                    <pic:cNvPicPr/>
                  </pic:nvPicPr>
                  <pic:blipFill>
                    <a:blip r:embed="rId2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13" name="Picture 2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5_01.png"/>
                    <pic:cNvPicPr/>
                  </pic:nvPicPr>
                  <pic:blipFill>
                    <a:blip r:embed="rId2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14" name="Picture 2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5_02.png"/>
                    <pic:cNvPicPr/>
                  </pic:nvPicPr>
                  <pic:blipFill>
                    <a:blip r:embed="rId2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15" name="Picture 2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5_03.png"/>
                    <pic:cNvPicPr/>
                  </pic:nvPicPr>
                  <pic:blipFill>
                    <a:blip r:embed="rId2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16" name="Picture 2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5_04.png"/>
                    <pic:cNvPicPr/>
                  </pic:nvPicPr>
                  <pic:blipFill>
                    <a:blip r:embed="rId2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17" name="Picture 2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5_05.png"/>
                    <pic:cNvPicPr/>
                  </pic:nvPicPr>
                  <pic:blipFill>
                    <a:blip r:embed="rId2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18" name="Picture 2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5_06.png"/>
                    <pic:cNvPicPr/>
                  </pic:nvPicPr>
                  <pic:blipFill>
                    <a:blip r:embed="rId2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19" name="Picture 2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5_07.png"/>
                    <pic:cNvPicPr/>
                  </pic:nvPicPr>
                  <pic:blipFill>
                    <a:blip r:embed="rId2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20" name="Picture 2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5_08.png"/>
                    <pic:cNvPicPr/>
                  </pic:nvPicPr>
                  <pic:blipFill>
                    <a:blip r:embed="rId2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1.27: Movimentos Contados - Ponto 56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21" name="Picture 2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56.jpg"/>
                    <pic:cNvPicPr/>
                  </pic:nvPicPr>
                  <pic:blipFill>
                    <a:blip r:embed="rId22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1.27: Volumes Contados - Ponto 56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22" name="Picture 2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6_00.png"/>
                    <pic:cNvPicPr/>
                  </pic:nvPicPr>
                  <pic:blipFill>
                    <a:blip r:embed="rId23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23" name="Picture 22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6_01.png"/>
                    <pic:cNvPicPr/>
                  </pic:nvPicPr>
                  <pic:blipFill>
                    <a:blip r:embed="rId23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24" name="Picture 22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6_02.png"/>
                    <pic:cNvPicPr/>
                  </pic:nvPicPr>
                  <pic:blipFill>
                    <a:blip r:embed="rId23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25" name="Picture 22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6_03.png"/>
                    <pic:cNvPicPr/>
                  </pic:nvPicPr>
                  <pic:blipFill>
                    <a:blip r:embed="rId23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26" name="Picture 22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6_04.png"/>
                    <pic:cNvPicPr/>
                  </pic:nvPicPr>
                  <pic:blipFill>
                    <a:blip r:embed="rId23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27" name="Picture 22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6_05.png"/>
                    <pic:cNvPicPr/>
                  </pic:nvPicPr>
                  <pic:blipFill>
                    <a:blip r:embed="rId23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28" name="Picture 22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6_06.png"/>
                    <pic:cNvPicPr/>
                  </pic:nvPicPr>
                  <pic:blipFill>
                    <a:blip r:embed="rId23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29" name="Picture 22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6_07.png"/>
                    <pic:cNvPicPr/>
                  </pic:nvPicPr>
                  <pic:blipFill>
                    <a:blip r:embed="rId23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30" name="Picture 23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6_08.png"/>
                    <pic:cNvPicPr/>
                  </pic:nvPicPr>
                  <pic:blipFill>
                    <a:blip r:embed="rId23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31" name="Picture 23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6_09.png"/>
                    <pic:cNvPicPr/>
                  </pic:nvPicPr>
                  <pic:blipFill>
                    <a:blip r:embed="rId23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1.28: Movimentos Contados - Ponto 57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32" name="Picture 23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57.jpg"/>
                    <pic:cNvPicPr/>
                  </pic:nvPicPr>
                  <pic:blipFill>
                    <a:blip r:embed="rId24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1.28: Volumes Contados - Ponto 57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33" name="Picture 23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7_00.png"/>
                    <pic:cNvPicPr/>
                  </pic:nvPicPr>
                  <pic:blipFill>
                    <a:blip r:embed="rId24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34" name="Picture 23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7_01.png"/>
                    <pic:cNvPicPr/>
                  </pic:nvPicPr>
                  <pic:blipFill>
                    <a:blip r:embed="rId24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35" name="Picture 23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7_02.png"/>
                    <pic:cNvPicPr/>
                  </pic:nvPicPr>
                  <pic:blipFill>
                    <a:blip r:embed="rId24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36" name="Picture 23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7_03.png"/>
                    <pic:cNvPicPr/>
                  </pic:nvPicPr>
                  <pic:blipFill>
                    <a:blip r:embed="rId24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37" name="Picture 23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7_04.png"/>
                    <pic:cNvPicPr/>
                  </pic:nvPicPr>
                  <pic:blipFill>
                    <a:blip r:embed="rId24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38" name="Picture 23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7_05.png"/>
                    <pic:cNvPicPr/>
                  </pic:nvPicPr>
                  <pic:blipFill>
                    <a:blip r:embed="rId24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39" name="Picture 23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7_06.png"/>
                    <pic:cNvPicPr/>
                  </pic:nvPicPr>
                  <pic:blipFill>
                    <a:blip r:embed="rId24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40" name="Picture 24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7_07.png"/>
                    <pic:cNvPicPr/>
                  </pic:nvPicPr>
                  <pic:blipFill>
                    <a:blip r:embed="rId24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41" name="Picture 24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7_08.png"/>
                    <pic:cNvPicPr/>
                  </pic:nvPicPr>
                  <pic:blipFill>
                    <a:blip r:embed="rId24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42" name="Picture 24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7_09.png"/>
                    <pic:cNvPicPr/>
                  </pic:nvPicPr>
                  <pic:blipFill>
                    <a:blip r:embed="rId25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1.29: Movimentos Contados - Ponto 58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43" name="Picture 24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58.jpg"/>
                    <pic:cNvPicPr/>
                  </pic:nvPicPr>
                  <pic:blipFill>
                    <a:blip r:embed="rId25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1.29: Volumes Contados - Ponto 58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44" name="Picture 24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8_00.png"/>
                    <pic:cNvPicPr/>
                  </pic:nvPicPr>
                  <pic:blipFill>
                    <a:blip r:embed="rId25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45" name="Picture 24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8_01.png"/>
                    <pic:cNvPicPr/>
                  </pic:nvPicPr>
                  <pic:blipFill>
                    <a:blip r:embed="rId25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46" name="Picture 24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8_02.png"/>
                    <pic:cNvPicPr/>
                  </pic:nvPicPr>
                  <pic:blipFill>
                    <a:blip r:embed="rId25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47" name="Picture 24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8_03.png"/>
                    <pic:cNvPicPr/>
                  </pic:nvPicPr>
                  <pic:blipFill>
                    <a:blip r:embed="rId25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48" name="Picture 24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8_04.png"/>
                    <pic:cNvPicPr/>
                  </pic:nvPicPr>
                  <pic:blipFill>
                    <a:blip r:embed="rId25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49" name="Picture 24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8_05.png"/>
                    <pic:cNvPicPr/>
                  </pic:nvPicPr>
                  <pic:blipFill>
                    <a:blip r:embed="rId25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50" name="Picture 25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8_06.png"/>
                    <pic:cNvPicPr/>
                  </pic:nvPicPr>
                  <pic:blipFill>
                    <a:blip r:embed="rId25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51" name="Picture 25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8_07.png"/>
                    <pic:cNvPicPr/>
                  </pic:nvPicPr>
                  <pic:blipFill>
                    <a:blip r:embed="rId25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52" name="Picture 25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8_08.png"/>
                    <pic:cNvPicPr/>
                  </pic:nvPicPr>
                  <pic:blipFill>
                    <a:blip r:embed="rId26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53" name="Picture 25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8_09.png"/>
                    <pic:cNvPicPr/>
                  </pic:nvPicPr>
                  <pic:blipFill>
                    <a:blip r:embed="rId26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1.30: Movimentos Contados - Ponto 59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54" name="Picture 25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59.jpg"/>
                    <pic:cNvPicPr/>
                  </pic:nvPicPr>
                  <pic:blipFill>
                    <a:blip r:embed="rId26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1.30: Volumes Contados - Ponto 59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55" name="Picture 25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9_00.png"/>
                    <pic:cNvPicPr/>
                  </pic:nvPicPr>
                  <pic:blipFill>
                    <a:blip r:embed="rId26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56" name="Picture 25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9_01.png"/>
                    <pic:cNvPicPr/>
                  </pic:nvPicPr>
                  <pic:blipFill>
                    <a:blip r:embed="rId26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57" name="Picture 25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9_02.png"/>
                    <pic:cNvPicPr/>
                  </pic:nvPicPr>
                  <pic:blipFill>
                    <a:blip r:embed="rId26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58" name="Picture 25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9_03.png"/>
                    <pic:cNvPicPr/>
                  </pic:nvPicPr>
                  <pic:blipFill>
                    <a:blip r:embed="rId26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59" name="Picture 25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9_04.png"/>
                    <pic:cNvPicPr/>
                  </pic:nvPicPr>
                  <pic:blipFill>
                    <a:blip r:embed="rId26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60" name="Picture 26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9_05.png"/>
                    <pic:cNvPicPr/>
                  </pic:nvPicPr>
                  <pic:blipFill>
                    <a:blip r:embed="rId26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61" name="Picture 26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9_06.png"/>
                    <pic:cNvPicPr/>
                  </pic:nvPicPr>
                  <pic:blipFill>
                    <a:blip r:embed="rId26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62" name="Picture 26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9_07.png"/>
                    <pic:cNvPicPr/>
                  </pic:nvPicPr>
                  <pic:blipFill>
                    <a:blip r:embed="rId27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63" name="Picture 26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9_08.png"/>
                    <pic:cNvPicPr/>
                  </pic:nvPicPr>
                  <pic:blipFill>
                    <a:blip r:embed="rId27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64" name="Picture 26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9_09.png"/>
                    <pic:cNvPicPr/>
                  </pic:nvPicPr>
                  <pic:blipFill>
                    <a:blip r:embed="rId27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1.31: Movimentos Contados - Ponto 60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65" name="Picture 26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60.jpg"/>
                    <pic:cNvPicPr/>
                  </pic:nvPicPr>
                  <pic:blipFill>
                    <a:blip r:embed="rId27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1.31: Volumes Contados - Ponto 60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66" name="Picture 26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0_00.png"/>
                    <pic:cNvPicPr/>
                  </pic:nvPicPr>
                  <pic:blipFill>
                    <a:blip r:embed="rId27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67" name="Picture 26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0_01.png"/>
                    <pic:cNvPicPr/>
                  </pic:nvPicPr>
                  <pic:blipFill>
                    <a:blip r:embed="rId27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68" name="Picture 26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0_02.png"/>
                    <pic:cNvPicPr/>
                  </pic:nvPicPr>
                  <pic:blipFill>
                    <a:blip r:embed="rId27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69" name="Picture 26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0_03.png"/>
                    <pic:cNvPicPr/>
                  </pic:nvPicPr>
                  <pic:blipFill>
                    <a:blip r:embed="rId27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70" name="Picture 27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0_04.png"/>
                    <pic:cNvPicPr/>
                  </pic:nvPicPr>
                  <pic:blipFill>
                    <a:blip r:embed="rId27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71" name="Picture 27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0_05.png"/>
                    <pic:cNvPicPr/>
                  </pic:nvPicPr>
                  <pic:blipFill>
                    <a:blip r:embed="rId27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72" name="Picture 27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0_06.png"/>
                    <pic:cNvPicPr/>
                  </pic:nvPicPr>
                  <pic:blipFill>
                    <a:blip r:embed="rId28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73" name="Picture 27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0_07.png"/>
                    <pic:cNvPicPr/>
                  </pic:nvPicPr>
                  <pic:blipFill>
                    <a:blip r:embed="rId28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74" name="Picture 27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0_08.png"/>
                    <pic:cNvPicPr/>
                  </pic:nvPicPr>
                  <pic:blipFill>
                    <a:blip r:embed="rId28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75" name="Picture 27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0_09.png"/>
                    <pic:cNvPicPr/>
                  </pic:nvPicPr>
                  <pic:blipFill>
                    <a:blip r:embed="rId28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1.32: Movimentos Contados - Ponto 61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76" name="Picture 27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61 (1).jpg"/>
                    <pic:cNvPicPr/>
                  </pic:nvPicPr>
                  <pic:blipFill>
                    <a:blip r:embed="rId28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77" name="Picture 27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61 (2).jpg"/>
                    <pic:cNvPicPr/>
                  </pic:nvPicPr>
                  <pic:blipFill>
                    <a:blip r:embed="rId28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1.32: Volumes Contados - Ponto 61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78" name="Picture 27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1_00.png"/>
                    <pic:cNvPicPr/>
                  </pic:nvPicPr>
                  <pic:blipFill>
                    <a:blip r:embed="rId28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79" name="Picture 27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1_01.png"/>
                    <pic:cNvPicPr/>
                  </pic:nvPicPr>
                  <pic:blipFill>
                    <a:blip r:embed="rId28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80" name="Picture 28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1_02.png"/>
                    <pic:cNvPicPr/>
                  </pic:nvPicPr>
                  <pic:blipFill>
                    <a:blip r:embed="rId28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81" name="Picture 28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1_03.png"/>
                    <pic:cNvPicPr/>
                  </pic:nvPicPr>
                  <pic:blipFill>
                    <a:blip r:embed="rId28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82" name="Picture 28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1_04.png"/>
                    <pic:cNvPicPr/>
                  </pic:nvPicPr>
                  <pic:blipFill>
                    <a:blip r:embed="rId29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83" name="Picture 28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1_05.png"/>
                    <pic:cNvPicPr/>
                  </pic:nvPicPr>
                  <pic:blipFill>
                    <a:blip r:embed="rId29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84" name="Picture 28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1_06.png"/>
                    <pic:cNvPicPr/>
                  </pic:nvPicPr>
                  <pic:blipFill>
                    <a:blip r:embed="rId29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85" name="Picture 28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1_07.png"/>
                    <pic:cNvPicPr/>
                  </pic:nvPicPr>
                  <pic:blipFill>
                    <a:blip r:embed="rId29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86" name="Picture 28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1_08.png"/>
                    <pic:cNvPicPr/>
                  </pic:nvPicPr>
                  <pic:blipFill>
                    <a:blip r:embed="rId29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87" name="Picture 28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1_09.png"/>
                    <pic:cNvPicPr/>
                  </pic:nvPicPr>
                  <pic:blipFill>
                    <a:blip r:embed="rId29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88" name="Picture 28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1_10.png"/>
                    <pic:cNvPicPr/>
                  </pic:nvPicPr>
                  <pic:blipFill>
                    <a:blip r:embed="rId29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89" name="Picture 28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1_11.png"/>
                    <pic:cNvPicPr/>
                  </pic:nvPicPr>
                  <pic:blipFill>
                    <a:blip r:embed="rId29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90" name="Picture 29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1_12.png"/>
                    <pic:cNvPicPr/>
                  </pic:nvPicPr>
                  <pic:blipFill>
                    <a:blip r:embed="rId29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91" name="Picture 29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1_13.png"/>
                    <pic:cNvPicPr/>
                  </pic:nvPicPr>
                  <pic:blipFill>
                    <a:blip r:embed="rId29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92" name="Picture 29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1_14.png"/>
                    <pic:cNvPicPr/>
                  </pic:nvPicPr>
                  <pic:blipFill>
                    <a:blip r:embed="rId30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1.33: Movimentos Contados - Ponto 62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93" name="Picture 29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62.jpg"/>
                    <pic:cNvPicPr/>
                  </pic:nvPicPr>
                  <pic:blipFill>
                    <a:blip r:embed="rId30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1.33: Volumes Contados - Ponto 62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94" name="Picture 29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2_00.png"/>
                    <pic:cNvPicPr/>
                  </pic:nvPicPr>
                  <pic:blipFill>
                    <a:blip r:embed="rId30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95" name="Picture 29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2_01.png"/>
                    <pic:cNvPicPr/>
                  </pic:nvPicPr>
                  <pic:blipFill>
                    <a:blip r:embed="rId30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96" name="Picture 29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2_02.png"/>
                    <pic:cNvPicPr/>
                  </pic:nvPicPr>
                  <pic:blipFill>
                    <a:blip r:embed="rId30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97" name="Picture 29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2_03.png"/>
                    <pic:cNvPicPr/>
                  </pic:nvPicPr>
                  <pic:blipFill>
                    <a:blip r:embed="rId30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98" name="Picture 29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2_04.png"/>
                    <pic:cNvPicPr/>
                  </pic:nvPicPr>
                  <pic:blipFill>
                    <a:blip r:embed="rId30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99" name="Picture 29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2_05.png"/>
                    <pic:cNvPicPr/>
                  </pic:nvPicPr>
                  <pic:blipFill>
                    <a:blip r:embed="rId30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00" name="Picture 30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2_06.png"/>
                    <pic:cNvPicPr/>
                  </pic:nvPicPr>
                  <pic:blipFill>
                    <a:blip r:embed="rId30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301" name="Picture 30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2_07.png"/>
                    <pic:cNvPicPr/>
                  </pic:nvPicPr>
                  <pic:blipFill>
                    <a:blip r:embed="rId30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02" name="Picture 30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2_08.png"/>
                    <pic:cNvPicPr/>
                  </pic:nvPicPr>
                  <pic:blipFill>
                    <a:blip r:embed="rId3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1.34: Movimentos Contados - Ponto 63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03" name="Picture 30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63.jpg"/>
                    <pic:cNvPicPr/>
                  </pic:nvPicPr>
                  <pic:blipFill>
                    <a:blip r:embed="rId3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1.34: Volumes Contados - Ponto 63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0562"/>
            <wp:docPr id="304" name="Picture 30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3_00.png"/>
                    <pic:cNvPicPr/>
                  </pic:nvPicPr>
                  <pic:blipFill>
                    <a:blip r:embed="rId3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056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05" name="Picture 30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3_01.png"/>
                    <pic:cNvPicPr/>
                  </pic:nvPicPr>
                  <pic:blipFill>
                    <a:blip r:embed="rId3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06" name="Picture 30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3_02.png"/>
                    <pic:cNvPicPr/>
                  </pic:nvPicPr>
                  <pic:blipFill>
                    <a:blip r:embed="rId3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07" name="Picture 30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3_03.png"/>
                    <pic:cNvPicPr/>
                  </pic:nvPicPr>
                  <pic:blipFill>
                    <a:blip r:embed="rId3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08" name="Picture 30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3_04.png"/>
                    <pic:cNvPicPr/>
                  </pic:nvPicPr>
                  <pic:blipFill>
                    <a:blip r:embed="rId3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09" name="Picture 30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3_05.png"/>
                    <pic:cNvPicPr/>
                  </pic:nvPicPr>
                  <pic:blipFill>
                    <a:blip r:embed="rId3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10" name="Picture 3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3_06.png"/>
                    <pic:cNvPicPr/>
                  </pic:nvPicPr>
                  <pic:blipFill>
                    <a:blip r:embed="rId3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0562"/>
            <wp:docPr id="311" name="Picture 3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3_07.png"/>
                    <pic:cNvPicPr/>
                  </pic:nvPicPr>
                  <pic:blipFill>
                    <a:blip r:embed="rId3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056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12" name="Picture 3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3_08.png"/>
                    <pic:cNvPicPr/>
                  </pic:nvPicPr>
                  <pic:blipFill>
                    <a:blip r:embed="rId3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13" name="Picture 3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3_09.png"/>
                    <pic:cNvPicPr/>
                  </pic:nvPicPr>
                  <pic:blipFill>
                    <a:blip r:embed="rId3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14" name="Picture 3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3_10.png"/>
                    <pic:cNvPicPr/>
                  </pic:nvPicPr>
                  <pic:blipFill>
                    <a:blip r:embed="rId3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15" name="Picture 3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3_11.png"/>
                    <pic:cNvPicPr/>
                  </pic:nvPicPr>
                  <pic:blipFill>
                    <a:blip r:embed="rId3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16" name="Picture 3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3_05.png"/>
                    <pic:cNvPicPr/>
                  </pic:nvPicPr>
                  <pic:blipFill>
                    <a:blip r:embed="rId3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17" name="Picture 3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3_13.png"/>
                    <pic:cNvPicPr/>
                  </pic:nvPicPr>
                  <pic:blipFill>
                    <a:blip r:embed="rId3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0562"/>
            <wp:docPr id="318" name="Picture 3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3_14.png"/>
                    <pic:cNvPicPr/>
                  </pic:nvPicPr>
                  <pic:blipFill>
                    <a:blip r:embed="rId3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056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19" name="Picture 3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3_15.png"/>
                    <pic:cNvPicPr/>
                  </pic:nvPicPr>
                  <pic:blipFill>
                    <a:blip r:embed="rId3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20" name="Picture 3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3_16.png"/>
                    <pic:cNvPicPr/>
                  </pic:nvPicPr>
                  <pic:blipFill>
                    <a:blip r:embed="rId3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21" name="Picture 3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3_17.png"/>
                    <pic:cNvPicPr/>
                  </pic:nvPicPr>
                  <pic:blipFill>
                    <a:blip r:embed="rId3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22" name="Picture 3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3_18.png"/>
                    <pic:cNvPicPr/>
                  </pic:nvPicPr>
                  <pic:blipFill>
                    <a:blip r:embed="rId32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23" name="Picture 32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3_19.png"/>
                    <pic:cNvPicPr/>
                  </pic:nvPicPr>
                  <pic:blipFill>
                    <a:blip r:embed="rId33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24" name="Picture 32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3_20.png"/>
                    <pic:cNvPicPr/>
                  </pic:nvPicPr>
                  <pic:blipFill>
                    <a:blip r:embed="rId33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1.35: Movimentos Contados - Ponto 64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25" name="Picture 32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64.jpg"/>
                    <pic:cNvPicPr/>
                  </pic:nvPicPr>
                  <pic:blipFill>
                    <a:blip r:embed="rId33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1.35: Volumes Contados - Ponto 64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0562"/>
            <wp:docPr id="326" name="Picture 32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4_00.png"/>
                    <pic:cNvPicPr/>
                  </pic:nvPicPr>
                  <pic:blipFill>
                    <a:blip r:embed="rId33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056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27" name="Picture 32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4_01.png"/>
                    <pic:cNvPicPr/>
                  </pic:nvPicPr>
                  <pic:blipFill>
                    <a:blip r:embed="rId33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28" name="Picture 32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4_02.png"/>
                    <pic:cNvPicPr/>
                  </pic:nvPicPr>
                  <pic:blipFill>
                    <a:blip r:embed="rId33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29" name="Picture 32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4_03.png"/>
                    <pic:cNvPicPr/>
                  </pic:nvPicPr>
                  <pic:blipFill>
                    <a:blip r:embed="rId33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30" name="Picture 33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4_04.png"/>
                    <pic:cNvPicPr/>
                  </pic:nvPicPr>
                  <pic:blipFill>
                    <a:blip r:embed="rId33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31" name="Picture 33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4_05.png"/>
                    <pic:cNvPicPr/>
                  </pic:nvPicPr>
                  <pic:blipFill>
                    <a:blip r:embed="rId33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0562"/>
            <wp:docPr id="332" name="Picture 33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4_06.png"/>
                    <pic:cNvPicPr/>
                  </pic:nvPicPr>
                  <pic:blipFill>
                    <a:blip r:embed="rId33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056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33" name="Picture 33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4_07.png"/>
                    <pic:cNvPicPr/>
                  </pic:nvPicPr>
                  <pic:blipFill>
                    <a:blip r:embed="rId34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34" name="Picture 33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4_08.png"/>
                    <pic:cNvPicPr/>
                  </pic:nvPicPr>
                  <pic:blipFill>
                    <a:blip r:embed="rId34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35" name="Picture 33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4_09.png"/>
                    <pic:cNvPicPr/>
                  </pic:nvPicPr>
                  <pic:blipFill>
                    <a:blip r:embed="rId34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36" name="Picture 33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4_10.png"/>
                    <pic:cNvPicPr/>
                  </pic:nvPicPr>
                  <pic:blipFill>
                    <a:blip r:embed="rId34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37" name="Picture 33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4_11.png"/>
                    <pic:cNvPicPr/>
                  </pic:nvPicPr>
                  <pic:blipFill>
                    <a:blip r:embed="rId34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0562"/>
            <wp:docPr id="338" name="Picture 33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4_12.png"/>
                    <pic:cNvPicPr/>
                  </pic:nvPicPr>
                  <pic:blipFill>
                    <a:blip r:embed="rId34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056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39" name="Picture 33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4_13.png"/>
                    <pic:cNvPicPr/>
                  </pic:nvPicPr>
                  <pic:blipFill>
                    <a:blip r:embed="rId34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40" name="Picture 34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4_14.png"/>
                    <pic:cNvPicPr/>
                  </pic:nvPicPr>
                  <pic:blipFill>
                    <a:blip r:embed="rId34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41" name="Picture 34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4_15.png"/>
                    <pic:cNvPicPr/>
                  </pic:nvPicPr>
                  <pic:blipFill>
                    <a:blip r:embed="rId34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42" name="Picture 34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4_16.png"/>
                    <pic:cNvPicPr/>
                  </pic:nvPicPr>
                  <pic:blipFill>
                    <a:blip r:embed="rId34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43" name="Picture 34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4_17.png"/>
                    <pic:cNvPicPr/>
                  </pic:nvPicPr>
                  <pic:blipFill>
                    <a:blip r:embed="rId35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1.36: Movimentos Contados - Ponto 65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44" name="Picture 34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65.jpg"/>
                    <pic:cNvPicPr/>
                  </pic:nvPicPr>
                  <pic:blipFill>
                    <a:blip r:embed="rId35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1.36: Volumes Contados - Ponto 65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0562"/>
            <wp:docPr id="345" name="Picture 34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5_00.png"/>
                    <pic:cNvPicPr/>
                  </pic:nvPicPr>
                  <pic:blipFill>
                    <a:blip r:embed="rId35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056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46" name="Picture 34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5_01.png"/>
                    <pic:cNvPicPr/>
                  </pic:nvPicPr>
                  <pic:blipFill>
                    <a:blip r:embed="rId35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47" name="Picture 34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5_02.png"/>
                    <pic:cNvPicPr/>
                  </pic:nvPicPr>
                  <pic:blipFill>
                    <a:blip r:embed="rId35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48" name="Picture 34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5_03.png"/>
                    <pic:cNvPicPr/>
                  </pic:nvPicPr>
                  <pic:blipFill>
                    <a:blip r:embed="rId35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49" name="Picture 34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5_04.png"/>
                    <pic:cNvPicPr/>
                  </pic:nvPicPr>
                  <pic:blipFill>
                    <a:blip r:embed="rId35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50" name="Picture 35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5_05.png"/>
                    <pic:cNvPicPr/>
                  </pic:nvPicPr>
                  <pic:blipFill>
                    <a:blip r:embed="rId35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0562"/>
            <wp:docPr id="351" name="Picture 35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5_06.png"/>
                    <pic:cNvPicPr/>
                  </pic:nvPicPr>
                  <pic:blipFill>
                    <a:blip r:embed="rId35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056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52" name="Picture 35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5_07.png"/>
                    <pic:cNvPicPr/>
                  </pic:nvPicPr>
                  <pic:blipFill>
                    <a:blip r:embed="rId35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53" name="Picture 35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5_08.png"/>
                    <pic:cNvPicPr/>
                  </pic:nvPicPr>
                  <pic:blipFill>
                    <a:blip r:embed="rId36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54" name="Picture 35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5_09.png"/>
                    <pic:cNvPicPr/>
                  </pic:nvPicPr>
                  <pic:blipFill>
                    <a:blip r:embed="rId36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55" name="Picture 35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5_10.png"/>
                    <pic:cNvPicPr/>
                  </pic:nvPicPr>
                  <pic:blipFill>
                    <a:blip r:embed="rId36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56" name="Picture 35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5_11.png"/>
                    <pic:cNvPicPr/>
                  </pic:nvPicPr>
                  <pic:blipFill>
                    <a:blip r:embed="rId36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0562"/>
            <wp:docPr id="357" name="Picture 35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5_12.png"/>
                    <pic:cNvPicPr/>
                  </pic:nvPicPr>
                  <pic:blipFill>
                    <a:blip r:embed="rId36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056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58" name="Picture 35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5_13.png"/>
                    <pic:cNvPicPr/>
                  </pic:nvPicPr>
                  <pic:blipFill>
                    <a:blip r:embed="rId36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59" name="Picture 35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5_14.png"/>
                    <pic:cNvPicPr/>
                  </pic:nvPicPr>
                  <pic:blipFill>
                    <a:blip r:embed="rId36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60" name="Picture 36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5_15.png"/>
                    <pic:cNvPicPr/>
                  </pic:nvPicPr>
                  <pic:blipFill>
                    <a:blip r:embed="rId36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61" name="Picture 36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5_16.png"/>
                    <pic:cNvPicPr/>
                  </pic:nvPicPr>
                  <pic:blipFill>
                    <a:blip r:embed="rId36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62" name="Picture 36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5_17.png"/>
                    <pic:cNvPicPr/>
                  </pic:nvPicPr>
                  <pic:blipFill>
                    <a:blip r:embed="rId36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1.37: Movimentos Contados - Ponto 66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63" name="Picture 36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66.jpg"/>
                    <pic:cNvPicPr/>
                  </pic:nvPicPr>
                  <pic:blipFill>
                    <a:blip r:embed="rId37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1.37: Volumes Contados - Ponto 66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0562"/>
            <wp:docPr id="364" name="Picture 36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6_00.png"/>
                    <pic:cNvPicPr/>
                  </pic:nvPicPr>
                  <pic:blipFill>
                    <a:blip r:embed="rId37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056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65" name="Picture 36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6_01.png"/>
                    <pic:cNvPicPr/>
                  </pic:nvPicPr>
                  <pic:blipFill>
                    <a:blip r:embed="rId37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66" name="Picture 36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6_02.png"/>
                    <pic:cNvPicPr/>
                  </pic:nvPicPr>
                  <pic:blipFill>
                    <a:blip r:embed="rId37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67" name="Picture 36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6_03.png"/>
                    <pic:cNvPicPr/>
                  </pic:nvPicPr>
                  <pic:blipFill>
                    <a:blip r:embed="rId37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68" name="Picture 36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6_04.png"/>
                    <pic:cNvPicPr/>
                  </pic:nvPicPr>
                  <pic:blipFill>
                    <a:blip r:embed="rId37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69" name="Picture 36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6_05.png"/>
                    <pic:cNvPicPr/>
                  </pic:nvPicPr>
                  <pic:blipFill>
                    <a:blip r:embed="rId37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70" name="Picture 37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6_06.png"/>
                    <pic:cNvPicPr/>
                  </pic:nvPicPr>
                  <pic:blipFill>
                    <a:blip r:embed="rId37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0562"/>
            <wp:docPr id="371" name="Picture 37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6_07.png"/>
                    <pic:cNvPicPr/>
                  </pic:nvPicPr>
                  <pic:blipFill>
                    <a:blip r:embed="rId37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056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72" name="Picture 37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6_08.png"/>
                    <pic:cNvPicPr/>
                  </pic:nvPicPr>
                  <pic:blipFill>
                    <a:blip r:embed="rId37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73" name="Picture 37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6_09.png"/>
                    <pic:cNvPicPr/>
                  </pic:nvPicPr>
                  <pic:blipFill>
                    <a:blip r:embed="rId38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74" name="Picture 37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6_10.png"/>
                    <pic:cNvPicPr/>
                  </pic:nvPicPr>
                  <pic:blipFill>
                    <a:blip r:embed="rId38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75" name="Picture 37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6_11.png"/>
                    <pic:cNvPicPr/>
                  </pic:nvPicPr>
                  <pic:blipFill>
                    <a:blip r:embed="rId38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76" name="Picture 37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6_12.png"/>
                    <pic:cNvPicPr/>
                  </pic:nvPicPr>
                  <pic:blipFill>
                    <a:blip r:embed="rId38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77" name="Picture 37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6_13.png"/>
                    <pic:cNvPicPr/>
                  </pic:nvPicPr>
                  <pic:blipFill>
                    <a:blip r:embed="rId38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0562"/>
            <wp:docPr id="378" name="Picture 37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6_14.png"/>
                    <pic:cNvPicPr/>
                  </pic:nvPicPr>
                  <pic:blipFill>
                    <a:blip r:embed="rId38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056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79" name="Picture 37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6_15.png"/>
                    <pic:cNvPicPr/>
                  </pic:nvPicPr>
                  <pic:blipFill>
                    <a:blip r:embed="rId38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80" name="Picture 38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6_16.png"/>
                    <pic:cNvPicPr/>
                  </pic:nvPicPr>
                  <pic:blipFill>
                    <a:blip r:embed="rId38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81" name="Picture 38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6_17.png"/>
                    <pic:cNvPicPr/>
                  </pic:nvPicPr>
                  <pic:blipFill>
                    <a:blip r:embed="rId38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82" name="Picture 38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6_18.png"/>
                    <pic:cNvPicPr/>
                  </pic:nvPicPr>
                  <pic:blipFill>
                    <a:blip r:embed="rId38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83" name="Picture 38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6_19.png"/>
                    <pic:cNvPicPr/>
                  </pic:nvPicPr>
                  <pic:blipFill>
                    <a:blip r:embed="rId39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84" name="Picture 38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6_20.png"/>
                    <pic:cNvPicPr/>
                  </pic:nvPicPr>
                  <pic:blipFill>
                    <a:blip r:embed="rId39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1.38: Movimentos Contados - Ponto 67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85" name="Picture 38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67.jpg"/>
                    <pic:cNvPicPr/>
                  </pic:nvPicPr>
                  <pic:blipFill>
                    <a:blip r:embed="rId39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1.38: Volumes Contados - Ponto 67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386" name="Picture 38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7_00.png"/>
                    <pic:cNvPicPr/>
                  </pic:nvPicPr>
                  <pic:blipFill>
                    <a:blip r:embed="rId39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87" name="Picture 38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7_01.png"/>
                    <pic:cNvPicPr/>
                  </pic:nvPicPr>
                  <pic:blipFill>
                    <a:blip r:embed="rId39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88" name="Picture 38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7_02.png"/>
                    <pic:cNvPicPr/>
                  </pic:nvPicPr>
                  <pic:blipFill>
                    <a:blip r:embed="rId39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89" name="Picture 38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7_03.png"/>
                    <pic:cNvPicPr/>
                  </pic:nvPicPr>
                  <pic:blipFill>
                    <a:blip r:embed="rId39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1.39: Movimentos Contados - Ponto 68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90" name="Picture 39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68.jpg"/>
                    <pic:cNvPicPr/>
                  </pic:nvPicPr>
                  <pic:blipFill>
                    <a:blip r:embed="rId39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1.39: Volumes Contados - Ponto 68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391" name="Picture 39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8_00.png"/>
                    <pic:cNvPicPr/>
                  </pic:nvPicPr>
                  <pic:blipFill>
                    <a:blip r:embed="rId39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92" name="Picture 39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8_01.png"/>
                    <pic:cNvPicPr/>
                  </pic:nvPicPr>
                  <pic:blipFill>
                    <a:blip r:embed="rId39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93" name="Picture 39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8_02.png"/>
                    <pic:cNvPicPr/>
                  </pic:nvPicPr>
                  <pic:blipFill>
                    <a:blip r:embed="rId40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94" name="Picture 39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8_03.png"/>
                    <pic:cNvPicPr/>
                  </pic:nvPicPr>
                  <pic:blipFill>
                    <a:blip r:embed="rId40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1.40: Movimentos Contados - Ponto 69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95" name="Picture 39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69.jpg"/>
                    <pic:cNvPicPr/>
                  </pic:nvPicPr>
                  <pic:blipFill>
                    <a:blip r:embed="rId40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1.40: Volumes Contados - Ponto 69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396" name="Picture 39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9_00.png"/>
                    <pic:cNvPicPr/>
                  </pic:nvPicPr>
                  <pic:blipFill>
                    <a:blip r:embed="rId40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97" name="Picture 39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9_01.png"/>
                    <pic:cNvPicPr/>
                  </pic:nvPicPr>
                  <pic:blipFill>
                    <a:blip r:embed="rId40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98" name="Picture 39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9_02.png"/>
                    <pic:cNvPicPr/>
                  </pic:nvPicPr>
                  <pic:blipFill>
                    <a:blip r:embed="rId40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99" name="Picture 39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9_03.png"/>
                    <pic:cNvPicPr/>
                  </pic:nvPicPr>
                  <pic:blipFill>
                    <a:blip r:embed="rId40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1.41: Movimentos Contados - Ponto 70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00" name="Picture 40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70 (1).jpg"/>
                    <pic:cNvPicPr/>
                  </pic:nvPicPr>
                  <pic:blipFill>
                    <a:blip r:embed="rId40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01" name="Picture 40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70 (2).jpg"/>
                    <pic:cNvPicPr/>
                  </pic:nvPicPr>
                  <pic:blipFill>
                    <a:blip r:embed="rId40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1.41: Volumes Contados - Ponto 70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402" name="Picture 40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0_00.png"/>
                    <pic:cNvPicPr/>
                  </pic:nvPicPr>
                  <pic:blipFill>
                    <a:blip r:embed="rId40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403" name="Picture 40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0_01.png"/>
                    <pic:cNvPicPr/>
                  </pic:nvPicPr>
                  <pic:blipFill>
                    <a:blip r:embed="rId4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04" name="Picture 40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0_02.png"/>
                    <pic:cNvPicPr/>
                  </pic:nvPicPr>
                  <pic:blipFill>
                    <a:blip r:embed="rId4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05" name="Picture 40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0_03.png"/>
                    <pic:cNvPicPr/>
                  </pic:nvPicPr>
                  <pic:blipFill>
                    <a:blip r:embed="rId4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06" name="Picture 40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0_04.png"/>
                    <pic:cNvPicPr/>
                  </pic:nvPicPr>
                  <pic:blipFill>
                    <a:blip r:embed="rId4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07" name="Picture 40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0_05.png"/>
                    <pic:cNvPicPr/>
                  </pic:nvPicPr>
                  <pic:blipFill>
                    <a:blip r:embed="rId4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08" name="Picture 40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0_06.png"/>
                    <pic:cNvPicPr/>
                  </pic:nvPicPr>
                  <pic:blipFill>
                    <a:blip r:embed="rId4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409" name="Picture 40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0_07.png"/>
                    <pic:cNvPicPr/>
                  </pic:nvPicPr>
                  <pic:blipFill>
                    <a:blip r:embed="rId4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410" name="Picture 4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0_08.png"/>
                    <pic:cNvPicPr/>
                  </pic:nvPicPr>
                  <pic:blipFill>
                    <a:blip r:embed="rId4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11" name="Picture 4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0_09.png"/>
                    <pic:cNvPicPr/>
                  </pic:nvPicPr>
                  <pic:blipFill>
                    <a:blip r:embed="rId4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12" name="Picture 4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0_10.png"/>
                    <pic:cNvPicPr/>
                  </pic:nvPicPr>
                  <pic:blipFill>
                    <a:blip r:embed="rId4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13" name="Picture 4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0_11.png"/>
                    <pic:cNvPicPr/>
                  </pic:nvPicPr>
                  <pic:blipFill>
                    <a:blip r:embed="rId4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14" name="Picture 4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0_12.png"/>
                    <pic:cNvPicPr/>
                  </pic:nvPicPr>
                  <pic:blipFill>
                    <a:blip r:embed="rId4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15" name="Picture 4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0_13.png"/>
                    <pic:cNvPicPr/>
                  </pic:nvPicPr>
                  <pic:blipFill>
                    <a:blip r:embed="rId4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416" name="Picture 4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0_14.png"/>
                    <pic:cNvPicPr/>
                  </pic:nvPicPr>
                  <pic:blipFill>
                    <a:blip r:embed="rId4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417" name="Picture 4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0_15.png"/>
                    <pic:cNvPicPr/>
                  </pic:nvPicPr>
                  <pic:blipFill>
                    <a:blip r:embed="rId4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18" name="Picture 4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0_16.png"/>
                    <pic:cNvPicPr/>
                  </pic:nvPicPr>
                  <pic:blipFill>
                    <a:blip r:embed="rId4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19" name="Picture 4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0_17.png"/>
                    <pic:cNvPicPr/>
                  </pic:nvPicPr>
                  <pic:blipFill>
                    <a:blip r:embed="rId4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1.42: Movimentos Contados - Ponto 71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20" name="Picture 4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71.jpg"/>
                    <pic:cNvPicPr/>
                  </pic:nvPicPr>
                  <pic:blipFill>
                    <a:blip r:embed="rId4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1.42: Volumes Contados - Ponto 71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421" name="Picture 4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1_00.png"/>
                    <pic:cNvPicPr/>
                  </pic:nvPicPr>
                  <pic:blipFill>
                    <a:blip r:embed="rId4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422" name="Picture 4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1_01.png"/>
                    <pic:cNvPicPr/>
                  </pic:nvPicPr>
                  <pic:blipFill>
                    <a:blip r:embed="rId42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23" name="Picture 42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1_02.png"/>
                    <pic:cNvPicPr/>
                  </pic:nvPicPr>
                  <pic:blipFill>
                    <a:blip r:embed="rId43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24" name="Picture 42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1_03.png"/>
                    <pic:cNvPicPr/>
                  </pic:nvPicPr>
                  <pic:blipFill>
                    <a:blip r:embed="rId43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25" name="Picture 42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1_04.png"/>
                    <pic:cNvPicPr/>
                  </pic:nvPicPr>
                  <pic:blipFill>
                    <a:blip r:embed="rId43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26" name="Picture 42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1_05.png"/>
                    <pic:cNvPicPr/>
                  </pic:nvPicPr>
                  <pic:blipFill>
                    <a:blip r:embed="rId43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1.43: Movimentos Contados - Ponto 72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27" name="Picture 42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72.jpg"/>
                    <pic:cNvPicPr/>
                  </pic:nvPicPr>
                  <pic:blipFill>
                    <a:blip r:embed="rId43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1.43: Volumes Contados - Ponto 72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428" name="Picture 42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2_00.png"/>
                    <pic:cNvPicPr/>
                  </pic:nvPicPr>
                  <pic:blipFill>
                    <a:blip r:embed="rId43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429" name="Picture 42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2_01.png"/>
                    <pic:cNvPicPr/>
                  </pic:nvPicPr>
                  <pic:blipFill>
                    <a:blip r:embed="rId43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30" name="Picture 43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2_02.png"/>
                    <pic:cNvPicPr/>
                  </pic:nvPicPr>
                  <pic:blipFill>
                    <a:blip r:embed="rId43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31" name="Picture 43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2_03.png"/>
                    <pic:cNvPicPr/>
                  </pic:nvPicPr>
                  <pic:blipFill>
                    <a:blip r:embed="rId43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1.44: Movimentos Contados - Ponto 73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9767"/>
            <wp:docPr id="432" name="Picture 43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73.jpg"/>
                    <pic:cNvPicPr/>
                  </pic:nvPicPr>
                  <pic:blipFill>
                    <a:blip r:embed="rId43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976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1.44: Volumes Contados - Ponto 73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433" name="Picture 43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3_00.png"/>
                    <pic:cNvPicPr/>
                  </pic:nvPicPr>
                  <pic:blipFill>
                    <a:blip r:embed="rId44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434" name="Picture 43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3_01.png"/>
                    <pic:cNvPicPr/>
                  </pic:nvPicPr>
                  <pic:blipFill>
                    <a:blip r:embed="rId44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35" name="Picture 43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3_02.png"/>
                    <pic:cNvPicPr/>
                  </pic:nvPicPr>
                  <pic:blipFill>
                    <a:blip r:embed="rId44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36" name="Picture 43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3_03.png"/>
                    <pic:cNvPicPr/>
                  </pic:nvPicPr>
                  <pic:blipFill>
                    <a:blip r:embed="rId44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1.45: Movimentos Contados - Ponto 74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37" name="Picture 43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74.jpg"/>
                    <pic:cNvPicPr/>
                  </pic:nvPicPr>
                  <pic:blipFill>
                    <a:blip r:embed="rId44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1.45: Volumes Contados - Ponto 74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0562"/>
            <wp:docPr id="438" name="Picture 43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4_00.png"/>
                    <pic:cNvPicPr/>
                  </pic:nvPicPr>
                  <pic:blipFill>
                    <a:blip r:embed="rId44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056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439" name="Picture 43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4_01.png"/>
                    <pic:cNvPicPr/>
                  </pic:nvPicPr>
                  <pic:blipFill>
                    <a:blip r:embed="rId44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440" name="Picture 44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4_02.png"/>
                    <pic:cNvPicPr/>
                  </pic:nvPicPr>
                  <pic:blipFill>
                    <a:blip r:embed="rId44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441" name="Picture 44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4_03.png"/>
                    <pic:cNvPicPr/>
                  </pic:nvPicPr>
                  <pic:blipFill>
                    <a:blip r:embed="rId44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442" name="Picture 44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4_04.png"/>
                    <pic:cNvPicPr/>
                  </pic:nvPicPr>
                  <pic:blipFill>
                    <a:blip r:embed="rId44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443" name="Picture 44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4_05.png"/>
                    <pic:cNvPicPr/>
                  </pic:nvPicPr>
                  <pic:blipFill>
                    <a:blip r:embed="rId45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0562"/>
            <wp:docPr id="444" name="Picture 44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4_06.png"/>
                    <pic:cNvPicPr/>
                  </pic:nvPicPr>
                  <pic:blipFill>
                    <a:blip r:embed="rId45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056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445" name="Picture 44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4_07.png"/>
                    <pic:cNvPicPr/>
                  </pic:nvPicPr>
                  <pic:blipFill>
                    <a:blip r:embed="rId45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446" name="Picture 44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4_08.png"/>
                    <pic:cNvPicPr/>
                  </pic:nvPicPr>
                  <pic:blipFill>
                    <a:blip r:embed="rId45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447" name="Picture 44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4_09.png"/>
                    <pic:cNvPicPr/>
                  </pic:nvPicPr>
                  <pic:blipFill>
                    <a:blip r:embed="rId45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448" name="Picture 44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4_10.png"/>
                    <pic:cNvPicPr/>
                  </pic:nvPicPr>
                  <pic:blipFill>
                    <a:blip r:embed="rId45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449" name="Picture 44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4_11.png"/>
                    <pic:cNvPicPr/>
                  </pic:nvPicPr>
                  <pic:blipFill>
                    <a:blip r:embed="rId45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0562"/>
            <wp:docPr id="450" name="Picture 45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4_12.png"/>
                    <pic:cNvPicPr/>
                  </pic:nvPicPr>
                  <pic:blipFill>
                    <a:blip r:embed="rId45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056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451" name="Picture 45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4_13.png"/>
                    <pic:cNvPicPr/>
                  </pic:nvPicPr>
                  <pic:blipFill>
                    <a:blip r:embed="rId45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452" name="Picture 45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4_14.png"/>
                    <pic:cNvPicPr/>
                  </pic:nvPicPr>
                  <pic:blipFill>
                    <a:blip r:embed="rId45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453" name="Picture 45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4_15.png"/>
                    <pic:cNvPicPr/>
                  </pic:nvPicPr>
                  <pic:blipFill>
                    <a:blip r:embed="rId46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454" name="Picture 45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4_16.png"/>
                    <pic:cNvPicPr/>
                  </pic:nvPicPr>
                  <pic:blipFill>
                    <a:blip r:embed="rId46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455" name="Picture 45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4_17.png"/>
                    <pic:cNvPicPr/>
                  </pic:nvPicPr>
                  <pic:blipFill>
                    <a:blip r:embed="rId46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1.46: Movimentos Contados - Ponto 75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56" name="Picture 45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75.jpg"/>
                    <pic:cNvPicPr/>
                  </pic:nvPicPr>
                  <pic:blipFill>
                    <a:blip r:embed="rId46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1.46: Volumes Contados - Ponto 75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0562"/>
            <wp:docPr id="457" name="Picture 45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5_00.png"/>
                    <pic:cNvPicPr/>
                  </pic:nvPicPr>
                  <pic:blipFill>
                    <a:blip r:embed="rId46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056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458" name="Picture 45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5_01.png"/>
                    <pic:cNvPicPr/>
                  </pic:nvPicPr>
                  <pic:blipFill>
                    <a:blip r:embed="rId46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459" name="Picture 45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5_02.png"/>
                    <pic:cNvPicPr/>
                  </pic:nvPicPr>
                  <pic:blipFill>
                    <a:blip r:embed="rId46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0562"/>
            <wp:docPr id="460" name="Picture 46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5_03.png"/>
                    <pic:cNvPicPr/>
                  </pic:nvPicPr>
                  <pic:blipFill>
                    <a:blip r:embed="rId46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056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461" name="Picture 46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5_04.png"/>
                    <pic:cNvPicPr/>
                  </pic:nvPicPr>
                  <pic:blipFill>
                    <a:blip r:embed="rId46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462" name="Picture 46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5_05.png"/>
                    <pic:cNvPicPr/>
                  </pic:nvPicPr>
                  <pic:blipFill>
                    <a:blip r:embed="rId46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0562"/>
            <wp:docPr id="463" name="Picture 46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5_06.png"/>
                    <pic:cNvPicPr/>
                  </pic:nvPicPr>
                  <pic:blipFill>
                    <a:blip r:embed="rId47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056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464" name="Picture 46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5_07.png"/>
                    <pic:cNvPicPr/>
                  </pic:nvPicPr>
                  <pic:blipFill>
                    <a:blip r:embed="rId47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465" name="Picture 46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5_08.png"/>
                    <pic:cNvPicPr/>
                  </pic:nvPicPr>
                  <pic:blipFill>
                    <a:blip r:embed="rId47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1.47: Movimentos Contados - Ponto 76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66" name="Picture 46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76.jpg"/>
                    <pic:cNvPicPr/>
                  </pic:nvPicPr>
                  <pic:blipFill>
                    <a:blip r:embed="rId47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1.47: Volumes Contados - Ponto 76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0562"/>
            <wp:docPr id="467" name="Picture 46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6_00.png"/>
                    <pic:cNvPicPr/>
                  </pic:nvPicPr>
                  <pic:blipFill>
                    <a:blip r:embed="rId47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056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468" name="Picture 46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6_01.png"/>
                    <pic:cNvPicPr/>
                  </pic:nvPicPr>
                  <pic:blipFill>
                    <a:blip r:embed="rId47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469" name="Picture 46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6_02.png"/>
                    <pic:cNvPicPr/>
                  </pic:nvPicPr>
                  <pic:blipFill>
                    <a:blip r:embed="rId47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470" name="Picture 47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6_03.png"/>
                    <pic:cNvPicPr/>
                  </pic:nvPicPr>
                  <pic:blipFill>
                    <a:blip r:embed="rId47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471" name="Picture 47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6_04.png"/>
                    <pic:cNvPicPr/>
                  </pic:nvPicPr>
                  <pic:blipFill>
                    <a:blip r:embed="rId47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472" name="Picture 47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6_05.png"/>
                    <pic:cNvPicPr/>
                  </pic:nvPicPr>
                  <pic:blipFill>
                    <a:blip r:embed="rId47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473" name="Picture 47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6_06.png"/>
                    <pic:cNvPicPr/>
                  </pic:nvPicPr>
                  <pic:blipFill>
                    <a:blip r:embed="rId48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0562"/>
            <wp:docPr id="474" name="Picture 47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6_07.png"/>
                    <pic:cNvPicPr/>
                  </pic:nvPicPr>
                  <pic:blipFill>
                    <a:blip r:embed="rId48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056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475" name="Picture 47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6_08.png"/>
                    <pic:cNvPicPr/>
                  </pic:nvPicPr>
                  <pic:blipFill>
                    <a:blip r:embed="rId48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476" name="Picture 47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6_09.png"/>
                    <pic:cNvPicPr/>
                  </pic:nvPicPr>
                  <pic:blipFill>
                    <a:blip r:embed="rId48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477" name="Picture 47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6_10.png"/>
                    <pic:cNvPicPr/>
                  </pic:nvPicPr>
                  <pic:blipFill>
                    <a:blip r:embed="rId48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478" name="Picture 47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6_11.png"/>
                    <pic:cNvPicPr/>
                  </pic:nvPicPr>
                  <pic:blipFill>
                    <a:blip r:embed="rId48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479" name="Picture 47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6_12.png"/>
                    <pic:cNvPicPr/>
                  </pic:nvPicPr>
                  <pic:blipFill>
                    <a:blip r:embed="rId48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480" name="Picture 48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6_13.png"/>
                    <pic:cNvPicPr/>
                  </pic:nvPicPr>
                  <pic:blipFill>
                    <a:blip r:embed="rId48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0562"/>
            <wp:docPr id="481" name="Picture 48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6_14.png"/>
                    <pic:cNvPicPr/>
                  </pic:nvPicPr>
                  <pic:blipFill>
                    <a:blip r:embed="rId48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056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482" name="Picture 48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6_15.png"/>
                    <pic:cNvPicPr/>
                  </pic:nvPicPr>
                  <pic:blipFill>
                    <a:blip r:embed="rId48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483" name="Picture 48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6_16.png"/>
                    <pic:cNvPicPr/>
                  </pic:nvPicPr>
                  <pic:blipFill>
                    <a:blip r:embed="rId49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484" name="Picture 48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6_17.png"/>
                    <pic:cNvPicPr/>
                  </pic:nvPicPr>
                  <pic:blipFill>
                    <a:blip r:embed="rId49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485" name="Picture 48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6_18.png"/>
                    <pic:cNvPicPr/>
                  </pic:nvPicPr>
                  <pic:blipFill>
                    <a:blip r:embed="rId49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486" name="Picture 48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6_19.png"/>
                    <pic:cNvPicPr/>
                  </pic:nvPicPr>
                  <pic:blipFill>
                    <a:blip r:embed="rId49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487" name="Picture 48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6_20.png"/>
                    <pic:cNvPicPr/>
                  </pic:nvPicPr>
                  <pic:blipFill>
                    <a:blip r:embed="rId49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1.48: Movimentos Contados - Ponto 77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88" name="Picture 48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77.jpg"/>
                    <pic:cNvPicPr/>
                  </pic:nvPicPr>
                  <pic:blipFill>
                    <a:blip r:embed="rId49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1.48: Volumes Contados - Ponto 77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0562"/>
            <wp:docPr id="489" name="Picture 48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7_00.png"/>
                    <pic:cNvPicPr/>
                  </pic:nvPicPr>
                  <pic:blipFill>
                    <a:blip r:embed="rId49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056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490" name="Picture 49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7_01.png"/>
                    <pic:cNvPicPr/>
                  </pic:nvPicPr>
                  <pic:blipFill>
                    <a:blip r:embed="rId49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491" name="Picture 49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7_02.png"/>
                    <pic:cNvPicPr/>
                  </pic:nvPicPr>
                  <pic:blipFill>
                    <a:blip r:embed="rId49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492" name="Picture 49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7_03.png"/>
                    <pic:cNvPicPr/>
                  </pic:nvPicPr>
                  <pic:blipFill>
                    <a:blip r:embed="rId49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493" name="Picture 49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7_04.png"/>
                    <pic:cNvPicPr/>
                  </pic:nvPicPr>
                  <pic:blipFill>
                    <a:blip r:embed="rId50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494" name="Picture 49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7_05.png"/>
                    <pic:cNvPicPr/>
                  </pic:nvPicPr>
                  <pic:blipFill>
                    <a:blip r:embed="rId50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0562"/>
            <wp:docPr id="495" name="Picture 49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7_06.png"/>
                    <pic:cNvPicPr/>
                  </pic:nvPicPr>
                  <pic:blipFill>
                    <a:blip r:embed="rId50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056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496" name="Picture 49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7_07.png"/>
                    <pic:cNvPicPr/>
                  </pic:nvPicPr>
                  <pic:blipFill>
                    <a:blip r:embed="rId50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497" name="Picture 49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7_08.png"/>
                    <pic:cNvPicPr/>
                  </pic:nvPicPr>
                  <pic:blipFill>
                    <a:blip r:embed="rId50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498" name="Picture 49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7_09.png"/>
                    <pic:cNvPicPr/>
                  </pic:nvPicPr>
                  <pic:blipFill>
                    <a:blip r:embed="rId50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499" name="Picture 49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7_10.png"/>
                    <pic:cNvPicPr/>
                  </pic:nvPicPr>
                  <pic:blipFill>
                    <a:blip r:embed="rId50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500" name="Picture 50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7_11.png"/>
                    <pic:cNvPicPr/>
                  </pic:nvPicPr>
                  <pic:blipFill>
                    <a:blip r:embed="rId50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0562"/>
            <wp:docPr id="501" name="Picture 50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7_12.png"/>
                    <pic:cNvPicPr/>
                  </pic:nvPicPr>
                  <pic:blipFill>
                    <a:blip r:embed="rId50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056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502" name="Picture 50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7_13.png"/>
                    <pic:cNvPicPr/>
                  </pic:nvPicPr>
                  <pic:blipFill>
                    <a:blip r:embed="rId50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503" name="Picture 50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7_14.png"/>
                    <pic:cNvPicPr/>
                  </pic:nvPicPr>
                  <pic:blipFill>
                    <a:blip r:embed="rId5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504" name="Picture 50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7_15.png"/>
                    <pic:cNvPicPr/>
                  </pic:nvPicPr>
                  <pic:blipFill>
                    <a:blip r:embed="rId5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505" name="Picture 50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7_16.png"/>
                    <pic:cNvPicPr/>
                  </pic:nvPicPr>
                  <pic:blipFill>
                    <a:blip r:embed="rId5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506" name="Picture 50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7_17.png"/>
                    <pic:cNvPicPr/>
                  </pic:nvPicPr>
                  <pic:blipFill>
                    <a:blip r:embed="rId5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1.49: Movimentos Contados - Ponto 78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507" name="Picture 50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78.jpg"/>
                    <pic:cNvPicPr/>
                  </pic:nvPicPr>
                  <pic:blipFill>
                    <a:blip r:embed="rId5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1.49: Volumes Contados - Ponto 78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508" name="Picture 50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8_00.png"/>
                    <pic:cNvPicPr/>
                  </pic:nvPicPr>
                  <pic:blipFill>
                    <a:blip r:embed="rId5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509" name="Picture 50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8_01.png"/>
                    <pic:cNvPicPr/>
                  </pic:nvPicPr>
                  <pic:blipFill>
                    <a:blip r:embed="rId5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10" name="Picture 5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8_02.png"/>
                    <pic:cNvPicPr/>
                  </pic:nvPicPr>
                  <pic:blipFill>
                    <a:blip r:embed="rId5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1.50: Movimentos Contados - Ponto 79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511" name="Picture 5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79 (1).jpg"/>
                    <pic:cNvPicPr/>
                  </pic:nvPicPr>
                  <pic:blipFill>
                    <a:blip r:embed="rId5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512" name="Picture 5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79 (2).jpg"/>
                    <pic:cNvPicPr/>
                  </pic:nvPicPr>
                  <pic:blipFill>
                    <a:blip r:embed="rId5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1.50: Volumes Contados - Ponto 79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513" name="Picture 5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9_00.png"/>
                    <pic:cNvPicPr/>
                  </pic:nvPicPr>
                  <pic:blipFill>
                    <a:blip r:embed="rId5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514" name="Picture 5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9_01.png"/>
                    <pic:cNvPicPr/>
                  </pic:nvPicPr>
                  <pic:blipFill>
                    <a:blip r:embed="rId5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15" name="Picture 5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9_02.png"/>
                    <pic:cNvPicPr/>
                  </pic:nvPicPr>
                  <pic:blipFill>
                    <a:blip r:embed="rId5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16" name="Picture 5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9_03.png"/>
                    <pic:cNvPicPr/>
                  </pic:nvPicPr>
                  <pic:blipFill>
                    <a:blip r:embed="rId5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17" name="Picture 5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9_04.png"/>
                    <pic:cNvPicPr/>
                  </pic:nvPicPr>
                  <pic:blipFill>
                    <a:blip r:embed="rId5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18" name="Picture 5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9_05.png"/>
                    <pic:cNvPicPr/>
                  </pic:nvPicPr>
                  <pic:blipFill>
                    <a:blip r:embed="rId5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19" name="Picture 5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9_06.png"/>
                    <pic:cNvPicPr/>
                  </pic:nvPicPr>
                  <pic:blipFill>
                    <a:blip r:embed="rId5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520" name="Picture 5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9_07.png"/>
                    <pic:cNvPicPr/>
                  </pic:nvPicPr>
                  <pic:blipFill>
                    <a:blip r:embed="rId5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521" name="Picture 5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9_08.png"/>
                    <pic:cNvPicPr/>
                  </pic:nvPicPr>
                  <pic:blipFill>
                    <a:blip r:embed="rId5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1.51: Movimentos Contados - Ponto 80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522" name="Picture 5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80.jpg"/>
                    <pic:cNvPicPr/>
                  </pic:nvPicPr>
                  <pic:blipFill>
                    <a:blip r:embed="rId52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1.51: Volumes Contados - Ponto 80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523" name="Picture 52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0_00.png"/>
                    <pic:cNvPicPr/>
                  </pic:nvPicPr>
                  <pic:blipFill>
                    <a:blip r:embed="rId53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524" name="Picture 52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0_01.png"/>
                    <pic:cNvPicPr/>
                  </pic:nvPicPr>
                  <pic:blipFill>
                    <a:blip r:embed="rId53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1.52: Movimentos Contados - Ponto 81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525" name="Picture 52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81 (1).jpg"/>
                    <pic:cNvPicPr/>
                  </pic:nvPicPr>
                  <pic:blipFill>
                    <a:blip r:embed="rId53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526" name="Picture 52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81 (2).jpg"/>
                    <pic:cNvPicPr/>
                  </pic:nvPicPr>
                  <pic:blipFill>
                    <a:blip r:embed="rId53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1.52: Volumes Contados - Ponto 81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527" name="Picture 52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1_00.png"/>
                    <pic:cNvPicPr/>
                  </pic:nvPicPr>
                  <pic:blipFill>
                    <a:blip r:embed="rId53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528" name="Picture 52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1_01.png"/>
                    <pic:cNvPicPr/>
                  </pic:nvPicPr>
                  <pic:blipFill>
                    <a:blip r:embed="rId53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29" name="Picture 52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1_02.png"/>
                    <pic:cNvPicPr/>
                  </pic:nvPicPr>
                  <pic:blipFill>
                    <a:blip r:embed="rId53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30" name="Picture 53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1_03.png"/>
                    <pic:cNvPicPr/>
                  </pic:nvPicPr>
                  <pic:blipFill>
                    <a:blip r:embed="rId53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31" name="Picture 53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1_04.png"/>
                    <pic:cNvPicPr/>
                  </pic:nvPicPr>
                  <pic:blipFill>
                    <a:blip r:embed="rId53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32" name="Picture 53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1_05.png"/>
                    <pic:cNvPicPr/>
                  </pic:nvPicPr>
                  <pic:blipFill>
                    <a:blip r:embed="rId53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33" name="Picture 53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1_06.png"/>
                    <pic:cNvPicPr/>
                  </pic:nvPicPr>
                  <pic:blipFill>
                    <a:blip r:embed="rId54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534" name="Picture 53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1_07.png"/>
                    <pic:cNvPicPr/>
                  </pic:nvPicPr>
                  <pic:blipFill>
                    <a:blip r:embed="rId54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535" name="Picture 53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1_08.png"/>
                    <pic:cNvPicPr/>
                  </pic:nvPicPr>
                  <pic:blipFill>
                    <a:blip r:embed="rId54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36" name="Picture 53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1_09.png"/>
                    <pic:cNvPicPr/>
                  </pic:nvPicPr>
                  <pic:blipFill>
                    <a:blip r:embed="rId54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37" name="Picture 53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1_10.png"/>
                    <pic:cNvPicPr/>
                  </pic:nvPicPr>
                  <pic:blipFill>
                    <a:blip r:embed="rId54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38" name="Picture 53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1_11.png"/>
                    <pic:cNvPicPr/>
                  </pic:nvPicPr>
                  <pic:blipFill>
                    <a:blip r:embed="rId54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1.53: Movimentos Contados - Ponto 82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539" name="Picture 53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82 (1).jpg"/>
                    <pic:cNvPicPr/>
                  </pic:nvPicPr>
                  <pic:blipFill>
                    <a:blip r:embed="rId54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540" name="Picture 54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82 (2).jpg"/>
                    <pic:cNvPicPr/>
                  </pic:nvPicPr>
                  <pic:blipFill>
                    <a:blip r:embed="rId54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1.53: Volumes Contados - Ponto 82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541" name="Picture 54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2_00.png"/>
                    <pic:cNvPicPr/>
                  </pic:nvPicPr>
                  <pic:blipFill>
                    <a:blip r:embed="rId54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542" name="Picture 54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2_01.png"/>
                    <pic:cNvPicPr/>
                  </pic:nvPicPr>
                  <pic:blipFill>
                    <a:blip r:embed="rId54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43" name="Picture 54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2_02.png"/>
                    <pic:cNvPicPr/>
                  </pic:nvPicPr>
                  <pic:blipFill>
                    <a:blip r:embed="rId55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44" name="Picture 54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2_03.png"/>
                    <pic:cNvPicPr/>
                  </pic:nvPicPr>
                  <pic:blipFill>
                    <a:blip r:embed="rId55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45" name="Picture 54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2_04.png"/>
                    <pic:cNvPicPr/>
                  </pic:nvPicPr>
                  <pic:blipFill>
                    <a:blip r:embed="rId55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46" name="Picture 54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2_05.png"/>
                    <pic:cNvPicPr/>
                  </pic:nvPicPr>
                  <pic:blipFill>
                    <a:blip r:embed="rId55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47" name="Picture 54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2_06.png"/>
                    <pic:cNvPicPr/>
                  </pic:nvPicPr>
                  <pic:blipFill>
                    <a:blip r:embed="rId55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548" name="Picture 54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2_07.png"/>
                    <pic:cNvPicPr/>
                  </pic:nvPicPr>
                  <pic:blipFill>
                    <a:blip r:embed="rId55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549" name="Picture 54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2_08.png"/>
                    <pic:cNvPicPr/>
                  </pic:nvPicPr>
                  <pic:blipFill>
                    <a:blip r:embed="rId55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50" name="Picture 55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2_09.png"/>
                    <pic:cNvPicPr/>
                  </pic:nvPicPr>
                  <pic:blipFill>
                    <a:blip r:embed="rId55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51" name="Picture 55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2_10.png"/>
                    <pic:cNvPicPr/>
                  </pic:nvPicPr>
                  <pic:blipFill>
                    <a:blip r:embed="rId55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52" name="Picture 55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2_11.png"/>
                    <pic:cNvPicPr/>
                  </pic:nvPicPr>
                  <pic:blipFill>
                    <a:blip r:embed="rId55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1.54: Movimentos Contados - Ponto 83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553" name="Picture 55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83 (1).jpg"/>
                    <pic:cNvPicPr/>
                  </pic:nvPicPr>
                  <pic:blipFill>
                    <a:blip r:embed="rId56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554" name="Picture 55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83 (2).jpg"/>
                    <pic:cNvPicPr/>
                  </pic:nvPicPr>
                  <pic:blipFill>
                    <a:blip r:embed="rId56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1.54: Volumes Contados - Ponto 83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555" name="Picture 55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3_00.png"/>
                    <pic:cNvPicPr/>
                  </pic:nvPicPr>
                  <pic:blipFill>
                    <a:blip r:embed="rId56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556" name="Picture 55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3_01.png"/>
                    <pic:cNvPicPr/>
                  </pic:nvPicPr>
                  <pic:blipFill>
                    <a:blip r:embed="rId56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57" name="Picture 55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3_02.png"/>
                    <pic:cNvPicPr/>
                  </pic:nvPicPr>
                  <pic:blipFill>
                    <a:blip r:embed="rId56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58" name="Picture 55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3_03.png"/>
                    <pic:cNvPicPr/>
                  </pic:nvPicPr>
                  <pic:blipFill>
                    <a:blip r:embed="rId56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59" name="Picture 55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3_04.png"/>
                    <pic:cNvPicPr/>
                  </pic:nvPicPr>
                  <pic:blipFill>
                    <a:blip r:embed="rId56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60" name="Picture 56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3_05.png"/>
                    <pic:cNvPicPr/>
                  </pic:nvPicPr>
                  <pic:blipFill>
                    <a:blip r:embed="rId56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61" name="Picture 56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3_06.png"/>
                    <pic:cNvPicPr/>
                  </pic:nvPicPr>
                  <pic:blipFill>
                    <a:blip r:embed="rId56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562" name="Picture 56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3_07.png"/>
                    <pic:cNvPicPr/>
                  </pic:nvPicPr>
                  <pic:blipFill>
                    <a:blip r:embed="rId56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563" name="Picture 56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3_08.png"/>
                    <pic:cNvPicPr/>
                  </pic:nvPicPr>
                  <pic:blipFill>
                    <a:blip r:embed="rId57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64" name="Picture 56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3_09.png"/>
                    <pic:cNvPicPr/>
                  </pic:nvPicPr>
                  <pic:blipFill>
                    <a:blip r:embed="rId57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65" name="Picture 56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3_10.png"/>
                    <pic:cNvPicPr/>
                  </pic:nvPicPr>
                  <pic:blipFill>
                    <a:blip r:embed="rId57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66" name="Picture 56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3_11.png"/>
                    <pic:cNvPicPr/>
                  </pic:nvPicPr>
                  <pic:blipFill>
                    <a:blip r:embed="rId57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1.55: Movimentos Contados - Ponto 84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567" name="Picture 56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84.jpg"/>
                    <pic:cNvPicPr/>
                  </pic:nvPicPr>
                  <pic:blipFill>
                    <a:blip r:embed="rId57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1.55: Volumes Contados - Ponto 84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568" name="Picture 56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4_00.png"/>
                    <pic:cNvPicPr/>
                  </pic:nvPicPr>
                  <pic:blipFill>
                    <a:blip r:embed="rId57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1.56: Movimentos Contados - Ponto 85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569" name="Picture 56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85 (1).jpg"/>
                    <pic:cNvPicPr/>
                  </pic:nvPicPr>
                  <pic:blipFill>
                    <a:blip r:embed="rId57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570" name="Picture 57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85 (2).jpg"/>
                    <pic:cNvPicPr/>
                  </pic:nvPicPr>
                  <pic:blipFill>
                    <a:blip r:embed="rId57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1.56: Volumes Contados - Ponto 85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571" name="Picture 57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5_00.png"/>
                    <pic:cNvPicPr/>
                  </pic:nvPicPr>
                  <pic:blipFill>
                    <a:blip r:embed="rId57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572" name="Picture 57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5_01.png"/>
                    <pic:cNvPicPr/>
                  </pic:nvPicPr>
                  <pic:blipFill>
                    <a:blip r:embed="rId57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73" name="Picture 57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5_02.png"/>
                    <pic:cNvPicPr/>
                  </pic:nvPicPr>
                  <pic:blipFill>
                    <a:blip r:embed="rId58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74" name="Picture 57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5_03.png"/>
                    <pic:cNvPicPr/>
                  </pic:nvPicPr>
                  <pic:blipFill>
                    <a:blip r:embed="rId58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75" name="Picture 57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5_04.png"/>
                    <pic:cNvPicPr/>
                  </pic:nvPicPr>
                  <pic:blipFill>
                    <a:blip r:embed="rId58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76" name="Picture 57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5_05.png"/>
                    <pic:cNvPicPr/>
                  </pic:nvPicPr>
                  <pic:blipFill>
                    <a:blip r:embed="rId58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1.57: Movimentos Contados - Ponto 86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577" name="Picture 57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86 (1).jpg"/>
                    <pic:cNvPicPr/>
                  </pic:nvPicPr>
                  <pic:blipFill>
                    <a:blip r:embed="rId58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578" name="Picture 57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86 (2).jpg"/>
                    <pic:cNvPicPr/>
                  </pic:nvPicPr>
                  <pic:blipFill>
                    <a:blip r:embed="rId58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579" name="Picture 57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86 (3).jpg"/>
                    <pic:cNvPicPr/>
                  </pic:nvPicPr>
                  <pic:blipFill>
                    <a:blip r:embed="rId58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1.57: Volumes Contados - Ponto 86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580" name="Picture 58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6_00.png"/>
                    <pic:cNvPicPr/>
                  </pic:nvPicPr>
                  <pic:blipFill>
                    <a:blip r:embed="rId58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581" name="Picture 58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6_01.png"/>
                    <pic:cNvPicPr/>
                  </pic:nvPicPr>
                  <pic:blipFill>
                    <a:blip r:embed="rId58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82" name="Picture 58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6_02.png"/>
                    <pic:cNvPicPr/>
                  </pic:nvPicPr>
                  <pic:blipFill>
                    <a:blip r:embed="rId58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83" name="Picture 58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6_03.png"/>
                    <pic:cNvPicPr/>
                  </pic:nvPicPr>
                  <pic:blipFill>
                    <a:blip r:embed="rId59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84" name="Picture 58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6_04.png"/>
                    <pic:cNvPicPr/>
                  </pic:nvPicPr>
                  <pic:blipFill>
                    <a:blip r:embed="rId59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85" name="Picture 58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6_05.png"/>
                    <pic:cNvPicPr/>
                  </pic:nvPicPr>
                  <pic:blipFill>
                    <a:blip r:embed="rId59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86" name="Picture 58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6_06.png"/>
                    <pic:cNvPicPr/>
                  </pic:nvPicPr>
                  <pic:blipFill>
                    <a:blip r:embed="rId59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587" name="Picture 58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6_07.png"/>
                    <pic:cNvPicPr/>
                  </pic:nvPicPr>
                  <pic:blipFill>
                    <a:blip r:embed="rId59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588" name="Picture 58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6_08.png"/>
                    <pic:cNvPicPr/>
                  </pic:nvPicPr>
                  <pic:blipFill>
                    <a:blip r:embed="rId59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89" name="Picture 58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6_09.png"/>
                    <pic:cNvPicPr/>
                  </pic:nvPicPr>
                  <pic:blipFill>
                    <a:blip r:embed="rId59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90" name="Picture 59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6_10.png"/>
                    <pic:cNvPicPr/>
                  </pic:nvPicPr>
                  <pic:blipFill>
                    <a:blip r:embed="rId59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91" name="Picture 59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6_11.png"/>
                    <pic:cNvPicPr/>
                  </pic:nvPicPr>
                  <pic:blipFill>
                    <a:blip r:embed="rId59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92" name="Picture 59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6_12.png"/>
                    <pic:cNvPicPr/>
                  </pic:nvPicPr>
                  <pic:blipFill>
                    <a:blip r:embed="rId59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93" name="Picture 59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6_13.png"/>
                    <pic:cNvPicPr/>
                  </pic:nvPicPr>
                  <pic:blipFill>
                    <a:blip r:embed="rId60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594" name="Picture 59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6_14.png"/>
                    <pic:cNvPicPr/>
                  </pic:nvPicPr>
                  <pic:blipFill>
                    <a:blip r:embed="rId60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595" name="Picture 59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6_15.png"/>
                    <pic:cNvPicPr/>
                  </pic:nvPicPr>
                  <pic:blipFill>
                    <a:blip r:embed="rId60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96" name="Picture 59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6_16.png"/>
                    <pic:cNvPicPr/>
                  </pic:nvPicPr>
                  <pic:blipFill>
                    <a:blip r:embed="rId60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97" name="Picture 59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6_17.png"/>
                    <pic:cNvPicPr/>
                  </pic:nvPicPr>
                  <pic:blipFill>
                    <a:blip r:embed="rId60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98" name="Picture 59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6_18.png"/>
                    <pic:cNvPicPr/>
                  </pic:nvPicPr>
                  <pic:blipFill>
                    <a:blip r:embed="rId60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99" name="Picture 59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6_19.png"/>
                    <pic:cNvPicPr/>
                  </pic:nvPicPr>
                  <pic:blipFill>
                    <a:blip r:embed="rId60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00" name="Picture 60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6_20.png"/>
                    <pic:cNvPicPr/>
                  </pic:nvPicPr>
                  <pic:blipFill>
                    <a:blip r:embed="rId60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1.58: Movimentos Contados - Ponto 87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601" name="Picture 60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87 (1).jpg"/>
                    <pic:cNvPicPr/>
                  </pic:nvPicPr>
                  <pic:blipFill>
                    <a:blip r:embed="rId60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602" name="Picture 60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87 (2).jpg"/>
                    <pic:cNvPicPr/>
                  </pic:nvPicPr>
                  <pic:blipFill>
                    <a:blip r:embed="rId60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1.58: Volumes Contados - Ponto 87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603" name="Picture 60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7_00.png"/>
                    <pic:cNvPicPr/>
                  </pic:nvPicPr>
                  <pic:blipFill>
                    <a:blip r:embed="rId6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604" name="Picture 60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7_01.png"/>
                    <pic:cNvPicPr/>
                  </pic:nvPicPr>
                  <pic:blipFill>
                    <a:blip r:embed="rId6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05" name="Picture 60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7_02.png"/>
                    <pic:cNvPicPr/>
                  </pic:nvPicPr>
                  <pic:blipFill>
                    <a:blip r:embed="rId6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06" name="Picture 60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7_03.png"/>
                    <pic:cNvPicPr/>
                  </pic:nvPicPr>
                  <pic:blipFill>
                    <a:blip r:embed="rId6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07" name="Picture 60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7_04.png"/>
                    <pic:cNvPicPr/>
                  </pic:nvPicPr>
                  <pic:blipFill>
                    <a:blip r:embed="rId6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08" name="Picture 60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7_05.png"/>
                    <pic:cNvPicPr/>
                  </pic:nvPicPr>
                  <pic:blipFill>
                    <a:blip r:embed="rId6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09" name="Picture 60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7_06.png"/>
                    <pic:cNvPicPr/>
                  </pic:nvPicPr>
                  <pic:blipFill>
                    <a:blip r:embed="rId6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610" name="Picture 6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7_07.png"/>
                    <pic:cNvPicPr/>
                  </pic:nvPicPr>
                  <pic:blipFill>
                    <a:blip r:embed="rId6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611" name="Picture 6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7_08.png"/>
                    <pic:cNvPicPr/>
                  </pic:nvPicPr>
                  <pic:blipFill>
                    <a:blip r:embed="rId6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12" name="Picture 6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7_09.png"/>
                    <pic:cNvPicPr/>
                  </pic:nvPicPr>
                  <pic:blipFill>
                    <a:blip r:embed="rId6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13" name="Picture 6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7_10.png"/>
                    <pic:cNvPicPr/>
                  </pic:nvPicPr>
                  <pic:blipFill>
                    <a:blip r:embed="rId6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14" name="Picture 6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7_11.png"/>
                    <pic:cNvPicPr/>
                  </pic:nvPicPr>
                  <pic:blipFill>
                    <a:blip r:embed="rId6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15" name="Picture 6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7_12.png"/>
                    <pic:cNvPicPr/>
                  </pic:nvPicPr>
                  <pic:blipFill>
                    <a:blip r:embed="rId6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16" name="Picture 6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7_13.png"/>
                    <pic:cNvPicPr/>
                  </pic:nvPicPr>
                  <pic:blipFill>
                    <a:blip r:embed="rId6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617" name="Picture 6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7_14.png"/>
                    <pic:cNvPicPr/>
                  </pic:nvPicPr>
                  <pic:blipFill>
                    <a:blip r:embed="rId6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618" name="Picture 6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7_15.png"/>
                    <pic:cNvPicPr/>
                  </pic:nvPicPr>
                  <pic:blipFill>
                    <a:blip r:embed="rId6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19" name="Picture 6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7_16.png"/>
                    <pic:cNvPicPr/>
                  </pic:nvPicPr>
                  <pic:blipFill>
                    <a:blip r:embed="rId6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20" name="Picture 6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7_17.png"/>
                    <pic:cNvPicPr/>
                  </pic:nvPicPr>
                  <pic:blipFill>
                    <a:blip r:embed="rId6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21" name="Picture 6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7_18.png"/>
                    <pic:cNvPicPr/>
                  </pic:nvPicPr>
                  <pic:blipFill>
                    <a:blip r:embed="rId6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22" name="Picture 6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7_19.png"/>
                    <pic:cNvPicPr/>
                  </pic:nvPicPr>
                  <pic:blipFill>
                    <a:blip r:embed="rId62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23" name="Picture 62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7_20.png"/>
                    <pic:cNvPicPr/>
                  </pic:nvPicPr>
                  <pic:blipFill>
                    <a:blip r:embed="rId63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1.59: Movimentos Contados - Ponto 88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624" name="Picture 62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88 (1).jpg"/>
                    <pic:cNvPicPr/>
                  </pic:nvPicPr>
                  <pic:blipFill>
                    <a:blip r:embed="rId63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625" name="Picture 62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88 (2).jpg"/>
                    <pic:cNvPicPr/>
                  </pic:nvPicPr>
                  <pic:blipFill>
                    <a:blip r:embed="rId63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1.59: Volumes Contados - Ponto 88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626" name="Picture 62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8_00.png"/>
                    <pic:cNvPicPr/>
                  </pic:nvPicPr>
                  <pic:blipFill>
                    <a:blip r:embed="rId63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627" name="Picture 62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8_01.png"/>
                    <pic:cNvPicPr/>
                  </pic:nvPicPr>
                  <pic:blipFill>
                    <a:blip r:embed="rId63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28" name="Picture 62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8_02.png"/>
                    <pic:cNvPicPr/>
                  </pic:nvPicPr>
                  <pic:blipFill>
                    <a:blip r:embed="rId63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29" name="Picture 62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8_03.png"/>
                    <pic:cNvPicPr/>
                  </pic:nvPicPr>
                  <pic:blipFill>
                    <a:blip r:embed="rId63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30" name="Picture 63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8_04.png"/>
                    <pic:cNvPicPr/>
                  </pic:nvPicPr>
                  <pic:blipFill>
                    <a:blip r:embed="rId63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31" name="Picture 63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8_05.png"/>
                    <pic:cNvPicPr/>
                  </pic:nvPicPr>
                  <pic:blipFill>
                    <a:blip r:embed="rId63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32" name="Picture 63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8_06.png"/>
                    <pic:cNvPicPr/>
                  </pic:nvPicPr>
                  <pic:blipFill>
                    <a:blip r:embed="rId63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633" name="Picture 63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8_07.png"/>
                    <pic:cNvPicPr/>
                  </pic:nvPicPr>
                  <pic:blipFill>
                    <a:blip r:embed="rId64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634" name="Picture 63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8_08.png"/>
                    <pic:cNvPicPr/>
                  </pic:nvPicPr>
                  <pic:blipFill>
                    <a:blip r:embed="rId64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35" name="Picture 63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8_09.png"/>
                    <pic:cNvPicPr/>
                  </pic:nvPicPr>
                  <pic:blipFill>
                    <a:blip r:embed="rId64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36" name="Picture 63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8_10.png"/>
                    <pic:cNvPicPr/>
                  </pic:nvPicPr>
                  <pic:blipFill>
                    <a:blip r:embed="rId64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37" name="Picture 63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8_11.png"/>
                    <pic:cNvPicPr/>
                  </pic:nvPicPr>
                  <pic:blipFill>
                    <a:blip r:embed="rId64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38" name="Picture 63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8_12.png"/>
                    <pic:cNvPicPr/>
                  </pic:nvPicPr>
                  <pic:blipFill>
                    <a:blip r:embed="rId64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39" name="Picture 63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8_13.png"/>
                    <pic:cNvPicPr/>
                  </pic:nvPicPr>
                  <pic:blipFill>
                    <a:blip r:embed="rId64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640" name="Picture 64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8_14.png"/>
                    <pic:cNvPicPr/>
                  </pic:nvPicPr>
                  <pic:blipFill>
                    <a:blip r:embed="rId64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641" name="Picture 64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8_15.png"/>
                    <pic:cNvPicPr/>
                  </pic:nvPicPr>
                  <pic:blipFill>
                    <a:blip r:embed="rId64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42" name="Picture 64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8_16.png"/>
                    <pic:cNvPicPr/>
                  </pic:nvPicPr>
                  <pic:blipFill>
                    <a:blip r:embed="rId64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43" name="Picture 64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8_17.png"/>
                    <pic:cNvPicPr/>
                  </pic:nvPicPr>
                  <pic:blipFill>
                    <a:blip r:embed="rId65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1.60: Movimentos Contados - Ponto 89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644" name="Picture 64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89 (1).jpg"/>
                    <pic:cNvPicPr/>
                  </pic:nvPicPr>
                  <pic:blipFill>
                    <a:blip r:embed="rId65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645" name="Picture 64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89 (2).jpg"/>
                    <pic:cNvPicPr/>
                  </pic:nvPicPr>
                  <pic:blipFill>
                    <a:blip r:embed="rId65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1.60: Volumes Contados - Ponto 89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646" name="Picture 64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9_00.png"/>
                    <pic:cNvPicPr/>
                  </pic:nvPicPr>
                  <pic:blipFill>
                    <a:blip r:embed="rId65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647" name="Picture 64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9_01.png"/>
                    <pic:cNvPicPr/>
                  </pic:nvPicPr>
                  <pic:blipFill>
                    <a:blip r:embed="rId65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48" name="Picture 64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9_02.png"/>
                    <pic:cNvPicPr/>
                  </pic:nvPicPr>
                  <pic:blipFill>
                    <a:blip r:embed="rId65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49" name="Picture 64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9_03.png"/>
                    <pic:cNvPicPr/>
                  </pic:nvPicPr>
                  <pic:blipFill>
                    <a:blip r:embed="rId65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50" name="Picture 65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9_04.png"/>
                    <pic:cNvPicPr/>
                  </pic:nvPicPr>
                  <pic:blipFill>
                    <a:blip r:embed="rId65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51" name="Picture 65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9_05.png"/>
                    <pic:cNvPicPr/>
                  </pic:nvPicPr>
                  <pic:blipFill>
                    <a:blip r:embed="rId65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52" name="Picture 65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9_06.png"/>
                    <pic:cNvPicPr/>
                  </pic:nvPicPr>
                  <pic:blipFill>
                    <a:blip r:embed="rId65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653" name="Picture 65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9_07.png"/>
                    <pic:cNvPicPr/>
                  </pic:nvPicPr>
                  <pic:blipFill>
                    <a:blip r:embed="rId66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654" name="Picture 65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9_08.png"/>
                    <pic:cNvPicPr/>
                  </pic:nvPicPr>
                  <pic:blipFill>
                    <a:blip r:embed="rId66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55" name="Picture 65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9_09.png"/>
                    <pic:cNvPicPr/>
                  </pic:nvPicPr>
                  <pic:blipFill>
                    <a:blip r:embed="rId66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56" name="Picture 65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9_10.png"/>
                    <pic:cNvPicPr/>
                  </pic:nvPicPr>
                  <pic:blipFill>
                    <a:blip r:embed="rId66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57" name="Picture 65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9_11.png"/>
                    <pic:cNvPicPr/>
                  </pic:nvPicPr>
                  <pic:blipFill>
                    <a:blip r:embed="rId66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58" name="Picture 65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9_12.png"/>
                    <pic:cNvPicPr/>
                  </pic:nvPicPr>
                  <pic:blipFill>
                    <a:blip r:embed="rId66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59" name="Picture 65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9_13.png"/>
                    <pic:cNvPicPr/>
                  </pic:nvPicPr>
                  <pic:blipFill>
                    <a:blip r:embed="rId66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660" name="Picture 66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9_14.png"/>
                    <pic:cNvPicPr/>
                  </pic:nvPicPr>
                  <pic:blipFill>
                    <a:blip r:embed="rId66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661" name="Picture 66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9_15.png"/>
                    <pic:cNvPicPr/>
                  </pic:nvPicPr>
                  <pic:blipFill>
                    <a:blip r:embed="rId66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62" name="Picture 66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9_16.png"/>
                    <pic:cNvPicPr/>
                  </pic:nvPicPr>
                  <pic:blipFill>
                    <a:blip r:embed="rId66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jp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jpg"/><Relationship Id="rId17" Type="http://schemas.openxmlformats.org/officeDocument/2006/relationships/image" Target="media/image9.jpg"/><Relationship Id="rId18" Type="http://schemas.openxmlformats.org/officeDocument/2006/relationships/image" Target="media/image10.png"/><Relationship Id="rId19" Type="http://schemas.openxmlformats.org/officeDocument/2006/relationships/image" Target="media/image11.png"/><Relationship Id="rId20" Type="http://schemas.openxmlformats.org/officeDocument/2006/relationships/image" Target="media/image12.png"/><Relationship Id="rId21" Type="http://schemas.openxmlformats.org/officeDocument/2006/relationships/image" Target="media/image13.png"/><Relationship Id="rId22" Type="http://schemas.openxmlformats.org/officeDocument/2006/relationships/image" Target="media/image14.png"/><Relationship Id="rId23" Type="http://schemas.openxmlformats.org/officeDocument/2006/relationships/image" Target="media/image15.png"/><Relationship Id="rId24" Type="http://schemas.openxmlformats.org/officeDocument/2006/relationships/image" Target="media/image16.png"/><Relationship Id="rId25" Type="http://schemas.openxmlformats.org/officeDocument/2006/relationships/image" Target="media/image17.png"/><Relationship Id="rId26" Type="http://schemas.openxmlformats.org/officeDocument/2006/relationships/image" Target="media/image18.png"/><Relationship Id="rId27" Type="http://schemas.openxmlformats.org/officeDocument/2006/relationships/image" Target="media/image19.png"/><Relationship Id="rId28" Type="http://schemas.openxmlformats.org/officeDocument/2006/relationships/image" Target="media/image20.png"/><Relationship Id="rId29" Type="http://schemas.openxmlformats.org/officeDocument/2006/relationships/image" Target="media/image21.png"/><Relationship Id="rId30" Type="http://schemas.openxmlformats.org/officeDocument/2006/relationships/image" Target="media/image22.png"/><Relationship Id="rId31" Type="http://schemas.openxmlformats.org/officeDocument/2006/relationships/image" Target="media/image23.png"/><Relationship Id="rId32" Type="http://schemas.openxmlformats.org/officeDocument/2006/relationships/image" Target="media/image24.png"/><Relationship Id="rId33" Type="http://schemas.openxmlformats.org/officeDocument/2006/relationships/image" Target="media/image25.png"/><Relationship Id="rId34" Type="http://schemas.openxmlformats.org/officeDocument/2006/relationships/image" Target="media/image26.png"/><Relationship Id="rId35" Type="http://schemas.openxmlformats.org/officeDocument/2006/relationships/image" Target="media/image27.png"/><Relationship Id="rId36" Type="http://schemas.openxmlformats.org/officeDocument/2006/relationships/image" Target="media/image28.png"/><Relationship Id="rId37" Type="http://schemas.openxmlformats.org/officeDocument/2006/relationships/image" Target="media/image29.png"/><Relationship Id="rId38" Type="http://schemas.openxmlformats.org/officeDocument/2006/relationships/image" Target="media/image30.png"/><Relationship Id="rId39" Type="http://schemas.openxmlformats.org/officeDocument/2006/relationships/image" Target="media/image31.jpg"/><Relationship Id="rId40" Type="http://schemas.openxmlformats.org/officeDocument/2006/relationships/image" Target="media/image32.png"/><Relationship Id="rId41" Type="http://schemas.openxmlformats.org/officeDocument/2006/relationships/image" Target="media/image33.png"/><Relationship Id="rId42" Type="http://schemas.openxmlformats.org/officeDocument/2006/relationships/image" Target="media/image34.png"/><Relationship Id="rId43" Type="http://schemas.openxmlformats.org/officeDocument/2006/relationships/image" Target="media/image35.png"/><Relationship Id="rId44" Type="http://schemas.openxmlformats.org/officeDocument/2006/relationships/image" Target="media/image36.png"/><Relationship Id="rId45" Type="http://schemas.openxmlformats.org/officeDocument/2006/relationships/image" Target="media/image37.png"/><Relationship Id="rId46" Type="http://schemas.openxmlformats.org/officeDocument/2006/relationships/image" Target="media/image38.png"/><Relationship Id="rId47" Type="http://schemas.openxmlformats.org/officeDocument/2006/relationships/image" Target="media/image39.png"/><Relationship Id="rId48" Type="http://schemas.openxmlformats.org/officeDocument/2006/relationships/image" Target="media/image40.png"/><Relationship Id="rId49" Type="http://schemas.openxmlformats.org/officeDocument/2006/relationships/image" Target="media/image41.png"/><Relationship Id="rId50" Type="http://schemas.openxmlformats.org/officeDocument/2006/relationships/image" Target="media/image42.png"/><Relationship Id="rId51" Type="http://schemas.openxmlformats.org/officeDocument/2006/relationships/image" Target="media/image43.png"/><Relationship Id="rId52" Type="http://schemas.openxmlformats.org/officeDocument/2006/relationships/image" Target="media/image44.png"/><Relationship Id="rId53" Type="http://schemas.openxmlformats.org/officeDocument/2006/relationships/image" Target="media/image45.png"/><Relationship Id="rId54" Type="http://schemas.openxmlformats.org/officeDocument/2006/relationships/image" Target="media/image46.png"/><Relationship Id="rId55" Type="http://schemas.openxmlformats.org/officeDocument/2006/relationships/image" Target="media/image47.png"/><Relationship Id="rId56" Type="http://schemas.openxmlformats.org/officeDocument/2006/relationships/image" Target="media/image48.png"/><Relationship Id="rId57" Type="http://schemas.openxmlformats.org/officeDocument/2006/relationships/image" Target="media/image49.png"/><Relationship Id="rId58" Type="http://schemas.openxmlformats.org/officeDocument/2006/relationships/image" Target="media/image50.png"/><Relationship Id="rId59" Type="http://schemas.openxmlformats.org/officeDocument/2006/relationships/image" Target="media/image51.png"/><Relationship Id="rId60" Type="http://schemas.openxmlformats.org/officeDocument/2006/relationships/image" Target="media/image52.png"/><Relationship Id="rId61" Type="http://schemas.openxmlformats.org/officeDocument/2006/relationships/image" Target="media/image53.jpg"/><Relationship Id="rId62" Type="http://schemas.openxmlformats.org/officeDocument/2006/relationships/image" Target="media/image54.png"/><Relationship Id="rId63" Type="http://schemas.openxmlformats.org/officeDocument/2006/relationships/image" Target="media/image55.png"/><Relationship Id="rId64" Type="http://schemas.openxmlformats.org/officeDocument/2006/relationships/image" Target="media/image56.png"/><Relationship Id="rId65" Type="http://schemas.openxmlformats.org/officeDocument/2006/relationships/image" Target="media/image57.png"/><Relationship Id="rId66" Type="http://schemas.openxmlformats.org/officeDocument/2006/relationships/image" Target="media/image58.png"/><Relationship Id="rId67" Type="http://schemas.openxmlformats.org/officeDocument/2006/relationships/image" Target="media/image59.jpg"/><Relationship Id="rId68" Type="http://schemas.openxmlformats.org/officeDocument/2006/relationships/image" Target="media/image60.jpg"/><Relationship Id="rId69" Type="http://schemas.openxmlformats.org/officeDocument/2006/relationships/image" Target="media/image61.png"/><Relationship Id="rId70" Type="http://schemas.openxmlformats.org/officeDocument/2006/relationships/image" Target="media/image62.png"/><Relationship Id="rId71" Type="http://schemas.openxmlformats.org/officeDocument/2006/relationships/image" Target="media/image63.png"/><Relationship Id="rId72" Type="http://schemas.openxmlformats.org/officeDocument/2006/relationships/image" Target="media/image64.png"/><Relationship Id="rId73" Type="http://schemas.openxmlformats.org/officeDocument/2006/relationships/image" Target="media/image65.png"/><Relationship Id="rId74" Type="http://schemas.openxmlformats.org/officeDocument/2006/relationships/image" Target="media/image66.png"/><Relationship Id="rId75" Type="http://schemas.openxmlformats.org/officeDocument/2006/relationships/image" Target="media/image67.png"/><Relationship Id="rId76" Type="http://schemas.openxmlformats.org/officeDocument/2006/relationships/image" Target="media/image68.jpg"/><Relationship Id="rId77" Type="http://schemas.openxmlformats.org/officeDocument/2006/relationships/image" Target="media/image69.png"/><Relationship Id="rId78" Type="http://schemas.openxmlformats.org/officeDocument/2006/relationships/image" Target="media/image70.png"/><Relationship Id="rId79" Type="http://schemas.openxmlformats.org/officeDocument/2006/relationships/image" Target="media/image71.png"/><Relationship Id="rId80" Type="http://schemas.openxmlformats.org/officeDocument/2006/relationships/image" Target="media/image72.png"/><Relationship Id="rId81" Type="http://schemas.openxmlformats.org/officeDocument/2006/relationships/image" Target="media/image73.jpg"/><Relationship Id="rId82" Type="http://schemas.openxmlformats.org/officeDocument/2006/relationships/image" Target="media/image74.png"/><Relationship Id="rId83" Type="http://schemas.openxmlformats.org/officeDocument/2006/relationships/image" Target="media/image75.png"/><Relationship Id="rId84" Type="http://schemas.openxmlformats.org/officeDocument/2006/relationships/image" Target="media/image76.png"/><Relationship Id="rId85" Type="http://schemas.openxmlformats.org/officeDocument/2006/relationships/image" Target="media/image77.png"/><Relationship Id="rId86" Type="http://schemas.openxmlformats.org/officeDocument/2006/relationships/image" Target="media/image78.png"/><Relationship Id="rId87" Type="http://schemas.openxmlformats.org/officeDocument/2006/relationships/image" Target="media/image79.png"/><Relationship Id="rId88" Type="http://schemas.openxmlformats.org/officeDocument/2006/relationships/image" Target="media/image80.jpg"/><Relationship Id="rId89" Type="http://schemas.openxmlformats.org/officeDocument/2006/relationships/image" Target="media/image81.png"/><Relationship Id="rId90" Type="http://schemas.openxmlformats.org/officeDocument/2006/relationships/image" Target="media/image82.png"/><Relationship Id="rId91" Type="http://schemas.openxmlformats.org/officeDocument/2006/relationships/image" Target="media/image83.png"/><Relationship Id="rId92" Type="http://schemas.openxmlformats.org/officeDocument/2006/relationships/image" Target="media/image84.png"/><Relationship Id="rId93" Type="http://schemas.openxmlformats.org/officeDocument/2006/relationships/image" Target="media/image85.png"/><Relationship Id="rId94" Type="http://schemas.openxmlformats.org/officeDocument/2006/relationships/image" Target="media/image86.png"/><Relationship Id="rId95" Type="http://schemas.openxmlformats.org/officeDocument/2006/relationships/image" Target="media/image87.png"/><Relationship Id="rId96" Type="http://schemas.openxmlformats.org/officeDocument/2006/relationships/image" Target="media/image88.png"/><Relationship Id="rId97" Type="http://schemas.openxmlformats.org/officeDocument/2006/relationships/image" Target="media/image89.png"/><Relationship Id="rId98" Type="http://schemas.openxmlformats.org/officeDocument/2006/relationships/image" Target="media/image90.png"/><Relationship Id="rId99" Type="http://schemas.openxmlformats.org/officeDocument/2006/relationships/image" Target="media/image91.png"/><Relationship Id="rId100" Type="http://schemas.openxmlformats.org/officeDocument/2006/relationships/image" Target="media/image92.png"/><Relationship Id="rId101" Type="http://schemas.openxmlformats.org/officeDocument/2006/relationships/image" Target="media/image93.png"/><Relationship Id="rId102" Type="http://schemas.openxmlformats.org/officeDocument/2006/relationships/image" Target="media/image94.jpg"/><Relationship Id="rId103" Type="http://schemas.openxmlformats.org/officeDocument/2006/relationships/image" Target="media/image95.png"/><Relationship Id="rId104" Type="http://schemas.openxmlformats.org/officeDocument/2006/relationships/image" Target="media/image96.png"/><Relationship Id="rId105" Type="http://schemas.openxmlformats.org/officeDocument/2006/relationships/image" Target="media/image97.png"/><Relationship Id="rId106" Type="http://schemas.openxmlformats.org/officeDocument/2006/relationships/image" Target="media/image98.png"/><Relationship Id="rId107" Type="http://schemas.openxmlformats.org/officeDocument/2006/relationships/image" Target="media/image99.png"/><Relationship Id="rId108" Type="http://schemas.openxmlformats.org/officeDocument/2006/relationships/image" Target="media/image100.png"/><Relationship Id="rId109" Type="http://schemas.openxmlformats.org/officeDocument/2006/relationships/image" Target="media/image101.png"/><Relationship Id="rId110" Type="http://schemas.openxmlformats.org/officeDocument/2006/relationships/image" Target="media/image102.png"/><Relationship Id="rId111" Type="http://schemas.openxmlformats.org/officeDocument/2006/relationships/image" Target="media/image103.png"/><Relationship Id="rId112" Type="http://schemas.openxmlformats.org/officeDocument/2006/relationships/image" Target="media/image104.jpg"/><Relationship Id="rId113" Type="http://schemas.openxmlformats.org/officeDocument/2006/relationships/image" Target="media/image105.png"/><Relationship Id="rId114" Type="http://schemas.openxmlformats.org/officeDocument/2006/relationships/image" Target="media/image106.png"/><Relationship Id="rId115" Type="http://schemas.openxmlformats.org/officeDocument/2006/relationships/image" Target="media/image107.png"/><Relationship Id="rId116" Type="http://schemas.openxmlformats.org/officeDocument/2006/relationships/image" Target="media/image108.png"/><Relationship Id="rId117" Type="http://schemas.openxmlformats.org/officeDocument/2006/relationships/image" Target="media/image109.png"/><Relationship Id="rId118" Type="http://schemas.openxmlformats.org/officeDocument/2006/relationships/image" Target="media/image110.png"/><Relationship Id="rId119" Type="http://schemas.openxmlformats.org/officeDocument/2006/relationships/image" Target="media/image111.png"/><Relationship Id="rId120" Type="http://schemas.openxmlformats.org/officeDocument/2006/relationships/image" Target="media/image112.png"/><Relationship Id="rId121" Type="http://schemas.openxmlformats.org/officeDocument/2006/relationships/image" Target="media/image113.jpg"/><Relationship Id="rId122" Type="http://schemas.openxmlformats.org/officeDocument/2006/relationships/image" Target="media/image114.jpg"/><Relationship Id="rId123" Type="http://schemas.openxmlformats.org/officeDocument/2006/relationships/image" Target="media/image115.png"/><Relationship Id="rId124" Type="http://schemas.openxmlformats.org/officeDocument/2006/relationships/image" Target="media/image116.png"/><Relationship Id="rId125" Type="http://schemas.openxmlformats.org/officeDocument/2006/relationships/image" Target="media/image117.png"/><Relationship Id="rId126" Type="http://schemas.openxmlformats.org/officeDocument/2006/relationships/image" Target="media/image118.png"/><Relationship Id="rId127" Type="http://schemas.openxmlformats.org/officeDocument/2006/relationships/image" Target="media/image119.png"/><Relationship Id="rId128" Type="http://schemas.openxmlformats.org/officeDocument/2006/relationships/image" Target="media/image120.png"/><Relationship Id="rId129" Type="http://schemas.openxmlformats.org/officeDocument/2006/relationships/image" Target="media/image121.png"/><Relationship Id="rId130" Type="http://schemas.openxmlformats.org/officeDocument/2006/relationships/image" Target="media/image122.png"/><Relationship Id="rId131" Type="http://schemas.openxmlformats.org/officeDocument/2006/relationships/image" Target="media/image123.png"/><Relationship Id="rId132" Type="http://schemas.openxmlformats.org/officeDocument/2006/relationships/image" Target="media/image124.png"/><Relationship Id="rId133" Type="http://schemas.openxmlformats.org/officeDocument/2006/relationships/image" Target="media/image125.png"/><Relationship Id="rId134" Type="http://schemas.openxmlformats.org/officeDocument/2006/relationships/image" Target="media/image126.png"/><Relationship Id="rId135" Type="http://schemas.openxmlformats.org/officeDocument/2006/relationships/image" Target="media/image127.png"/><Relationship Id="rId136" Type="http://schemas.openxmlformats.org/officeDocument/2006/relationships/image" Target="media/image128.png"/><Relationship Id="rId137" Type="http://schemas.openxmlformats.org/officeDocument/2006/relationships/image" Target="media/image129.png"/><Relationship Id="rId138" Type="http://schemas.openxmlformats.org/officeDocument/2006/relationships/image" Target="media/image130.png"/><Relationship Id="rId139" Type="http://schemas.openxmlformats.org/officeDocument/2006/relationships/image" Target="media/image131.jpg"/><Relationship Id="rId140" Type="http://schemas.openxmlformats.org/officeDocument/2006/relationships/image" Target="media/image132.png"/><Relationship Id="rId141" Type="http://schemas.openxmlformats.org/officeDocument/2006/relationships/image" Target="media/image133.png"/><Relationship Id="rId142" Type="http://schemas.openxmlformats.org/officeDocument/2006/relationships/image" Target="media/image134.png"/><Relationship Id="rId143" Type="http://schemas.openxmlformats.org/officeDocument/2006/relationships/image" Target="media/image135.png"/><Relationship Id="rId144" Type="http://schemas.openxmlformats.org/officeDocument/2006/relationships/image" Target="media/image136.jpg"/><Relationship Id="rId145" Type="http://schemas.openxmlformats.org/officeDocument/2006/relationships/image" Target="media/image137.jpg"/><Relationship Id="rId146" Type="http://schemas.openxmlformats.org/officeDocument/2006/relationships/image" Target="media/image138.png"/><Relationship Id="rId147" Type="http://schemas.openxmlformats.org/officeDocument/2006/relationships/image" Target="media/image139.png"/><Relationship Id="rId148" Type="http://schemas.openxmlformats.org/officeDocument/2006/relationships/image" Target="media/image140.png"/><Relationship Id="rId149" Type="http://schemas.openxmlformats.org/officeDocument/2006/relationships/image" Target="media/image141.png"/><Relationship Id="rId150" Type="http://schemas.openxmlformats.org/officeDocument/2006/relationships/image" Target="media/image142.png"/><Relationship Id="rId151" Type="http://schemas.openxmlformats.org/officeDocument/2006/relationships/image" Target="media/image143.png"/><Relationship Id="rId152" Type="http://schemas.openxmlformats.org/officeDocument/2006/relationships/image" Target="media/image144.png"/><Relationship Id="rId153" Type="http://schemas.openxmlformats.org/officeDocument/2006/relationships/image" Target="media/image145.png"/><Relationship Id="rId154" Type="http://schemas.openxmlformats.org/officeDocument/2006/relationships/image" Target="media/image146.jpg"/><Relationship Id="rId155" Type="http://schemas.openxmlformats.org/officeDocument/2006/relationships/image" Target="media/image147.png"/><Relationship Id="rId156" Type="http://schemas.openxmlformats.org/officeDocument/2006/relationships/image" Target="media/image148.png"/><Relationship Id="rId157" Type="http://schemas.openxmlformats.org/officeDocument/2006/relationships/image" Target="media/image149.png"/><Relationship Id="rId158" Type="http://schemas.openxmlformats.org/officeDocument/2006/relationships/image" Target="media/image150.png"/><Relationship Id="rId159" Type="http://schemas.openxmlformats.org/officeDocument/2006/relationships/image" Target="media/image151.jpg"/><Relationship Id="rId160" Type="http://schemas.openxmlformats.org/officeDocument/2006/relationships/image" Target="media/image152.png"/><Relationship Id="rId161" Type="http://schemas.openxmlformats.org/officeDocument/2006/relationships/image" Target="media/image153.png"/><Relationship Id="rId162" Type="http://schemas.openxmlformats.org/officeDocument/2006/relationships/image" Target="media/image154.png"/><Relationship Id="rId163" Type="http://schemas.openxmlformats.org/officeDocument/2006/relationships/image" Target="media/image155.png"/><Relationship Id="rId164" Type="http://schemas.openxmlformats.org/officeDocument/2006/relationships/image" Target="media/image156.jpg"/><Relationship Id="rId165" Type="http://schemas.openxmlformats.org/officeDocument/2006/relationships/image" Target="media/image157.png"/><Relationship Id="rId166" Type="http://schemas.openxmlformats.org/officeDocument/2006/relationships/image" Target="media/image158.png"/><Relationship Id="rId167" Type="http://schemas.openxmlformats.org/officeDocument/2006/relationships/image" Target="media/image159.png"/><Relationship Id="rId168" Type="http://schemas.openxmlformats.org/officeDocument/2006/relationships/image" Target="media/image160.png"/><Relationship Id="rId169" Type="http://schemas.openxmlformats.org/officeDocument/2006/relationships/image" Target="media/image161.jpg"/><Relationship Id="rId170" Type="http://schemas.openxmlformats.org/officeDocument/2006/relationships/image" Target="media/image162.jpg"/><Relationship Id="rId171" Type="http://schemas.openxmlformats.org/officeDocument/2006/relationships/image" Target="media/image163.png"/><Relationship Id="rId172" Type="http://schemas.openxmlformats.org/officeDocument/2006/relationships/image" Target="media/image164.png"/><Relationship Id="rId173" Type="http://schemas.openxmlformats.org/officeDocument/2006/relationships/image" Target="media/image165.png"/><Relationship Id="rId174" Type="http://schemas.openxmlformats.org/officeDocument/2006/relationships/image" Target="media/image166.png"/><Relationship Id="rId175" Type="http://schemas.openxmlformats.org/officeDocument/2006/relationships/image" Target="media/image167.png"/><Relationship Id="rId176" Type="http://schemas.openxmlformats.org/officeDocument/2006/relationships/image" Target="media/image168.png"/><Relationship Id="rId177" Type="http://schemas.openxmlformats.org/officeDocument/2006/relationships/image" Target="media/image169.png"/><Relationship Id="rId178" Type="http://schemas.openxmlformats.org/officeDocument/2006/relationships/image" Target="media/image170.png"/><Relationship Id="rId179" Type="http://schemas.openxmlformats.org/officeDocument/2006/relationships/image" Target="media/image171.png"/><Relationship Id="rId180" Type="http://schemas.openxmlformats.org/officeDocument/2006/relationships/image" Target="media/image172.jpg"/><Relationship Id="rId181" Type="http://schemas.openxmlformats.org/officeDocument/2006/relationships/image" Target="media/image173.png"/><Relationship Id="rId182" Type="http://schemas.openxmlformats.org/officeDocument/2006/relationships/image" Target="media/image174.png"/><Relationship Id="rId183" Type="http://schemas.openxmlformats.org/officeDocument/2006/relationships/image" Target="media/image175.png"/><Relationship Id="rId184" Type="http://schemas.openxmlformats.org/officeDocument/2006/relationships/image" Target="media/image176.png"/><Relationship Id="rId185" Type="http://schemas.openxmlformats.org/officeDocument/2006/relationships/image" Target="media/image177.jpg"/><Relationship Id="rId186" Type="http://schemas.openxmlformats.org/officeDocument/2006/relationships/image" Target="media/image178.png"/><Relationship Id="rId187" Type="http://schemas.openxmlformats.org/officeDocument/2006/relationships/image" Target="media/image179.png"/><Relationship Id="rId188" Type="http://schemas.openxmlformats.org/officeDocument/2006/relationships/image" Target="media/image180.png"/><Relationship Id="rId189" Type="http://schemas.openxmlformats.org/officeDocument/2006/relationships/image" Target="media/image181.png"/><Relationship Id="rId190" Type="http://schemas.openxmlformats.org/officeDocument/2006/relationships/image" Target="media/image182.jpg"/><Relationship Id="rId191" Type="http://schemas.openxmlformats.org/officeDocument/2006/relationships/image" Target="media/image183.png"/><Relationship Id="rId192" Type="http://schemas.openxmlformats.org/officeDocument/2006/relationships/image" Target="media/image184.png"/><Relationship Id="rId193" Type="http://schemas.openxmlformats.org/officeDocument/2006/relationships/image" Target="media/image185.png"/><Relationship Id="rId194" Type="http://schemas.openxmlformats.org/officeDocument/2006/relationships/image" Target="media/image186.png"/><Relationship Id="rId195" Type="http://schemas.openxmlformats.org/officeDocument/2006/relationships/image" Target="media/image187.jpg"/><Relationship Id="rId196" Type="http://schemas.openxmlformats.org/officeDocument/2006/relationships/image" Target="media/image188.png"/><Relationship Id="rId197" Type="http://schemas.openxmlformats.org/officeDocument/2006/relationships/image" Target="media/image189.png"/><Relationship Id="rId198" Type="http://schemas.openxmlformats.org/officeDocument/2006/relationships/image" Target="media/image190.png"/><Relationship Id="rId199" Type="http://schemas.openxmlformats.org/officeDocument/2006/relationships/image" Target="media/image191.png"/><Relationship Id="rId200" Type="http://schemas.openxmlformats.org/officeDocument/2006/relationships/image" Target="media/image192.png"/><Relationship Id="rId201" Type="http://schemas.openxmlformats.org/officeDocument/2006/relationships/image" Target="media/image193.png"/><Relationship Id="rId202" Type="http://schemas.openxmlformats.org/officeDocument/2006/relationships/image" Target="media/image194.png"/><Relationship Id="rId203" Type="http://schemas.openxmlformats.org/officeDocument/2006/relationships/image" Target="media/image195.png"/><Relationship Id="rId204" Type="http://schemas.openxmlformats.org/officeDocument/2006/relationships/image" Target="media/image196.jpg"/><Relationship Id="rId205" Type="http://schemas.openxmlformats.org/officeDocument/2006/relationships/image" Target="media/image197.png"/><Relationship Id="rId206" Type="http://schemas.openxmlformats.org/officeDocument/2006/relationships/image" Target="media/image198.png"/><Relationship Id="rId207" Type="http://schemas.openxmlformats.org/officeDocument/2006/relationships/image" Target="media/image199.png"/><Relationship Id="rId208" Type="http://schemas.openxmlformats.org/officeDocument/2006/relationships/image" Target="media/image200.png"/><Relationship Id="rId209" Type="http://schemas.openxmlformats.org/officeDocument/2006/relationships/image" Target="media/image201.jpg"/><Relationship Id="rId210" Type="http://schemas.openxmlformats.org/officeDocument/2006/relationships/image" Target="media/image202.png"/><Relationship Id="rId211" Type="http://schemas.openxmlformats.org/officeDocument/2006/relationships/image" Target="media/image203.png"/><Relationship Id="rId212" Type="http://schemas.openxmlformats.org/officeDocument/2006/relationships/image" Target="media/image204.png"/><Relationship Id="rId213" Type="http://schemas.openxmlformats.org/officeDocument/2006/relationships/image" Target="media/image205.png"/><Relationship Id="rId214" Type="http://schemas.openxmlformats.org/officeDocument/2006/relationships/image" Target="media/image206.jpg"/><Relationship Id="rId215" Type="http://schemas.openxmlformats.org/officeDocument/2006/relationships/image" Target="media/image207.png"/><Relationship Id="rId216" Type="http://schemas.openxmlformats.org/officeDocument/2006/relationships/image" Target="media/image208.png"/><Relationship Id="rId217" Type="http://schemas.openxmlformats.org/officeDocument/2006/relationships/image" Target="media/image209.png"/><Relationship Id="rId218" Type="http://schemas.openxmlformats.org/officeDocument/2006/relationships/image" Target="media/image210.png"/><Relationship Id="rId219" Type="http://schemas.openxmlformats.org/officeDocument/2006/relationships/image" Target="media/image211.jpg"/><Relationship Id="rId220" Type="http://schemas.openxmlformats.org/officeDocument/2006/relationships/image" Target="media/image212.png"/><Relationship Id="rId221" Type="http://schemas.openxmlformats.org/officeDocument/2006/relationships/image" Target="media/image213.png"/><Relationship Id="rId222" Type="http://schemas.openxmlformats.org/officeDocument/2006/relationships/image" Target="media/image214.png"/><Relationship Id="rId223" Type="http://schemas.openxmlformats.org/officeDocument/2006/relationships/image" Target="media/image215.png"/><Relationship Id="rId224" Type="http://schemas.openxmlformats.org/officeDocument/2006/relationships/image" Target="media/image216.png"/><Relationship Id="rId225" Type="http://schemas.openxmlformats.org/officeDocument/2006/relationships/image" Target="media/image217.png"/><Relationship Id="rId226" Type="http://schemas.openxmlformats.org/officeDocument/2006/relationships/image" Target="media/image218.png"/><Relationship Id="rId227" Type="http://schemas.openxmlformats.org/officeDocument/2006/relationships/image" Target="media/image219.png"/><Relationship Id="rId228" Type="http://schemas.openxmlformats.org/officeDocument/2006/relationships/image" Target="media/image220.png"/><Relationship Id="rId229" Type="http://schemas.openxmlformats.org/officeDocument/2006/relationships/image" Target="media/image221.jpg"/><Relationship Id="rId230" Type="http://schemas.openxmlformats.org/officeDocument/2006/relationships/image" Target="media/image222.png"/><Relationship Id="rId231" Type="http://schemas.openxmlformats.org/officeDocument/2006/relationships/image" Target="media/image223.png"/><Relationship Id="rId232" Type="http://schemas.openxmlformats.org/officeDocument/2006/relationships/image" Target="media/image224.png"/><Relationship Id="rId233" Type="http://schemas.openxmlformats.org/officeDocument/2006/relationships/image" Target="media/image225.png"/><Relationship Id="rId234" Type="http://schemas.openxmlformats.org/officeDocument/2006/relationships/image" Target="media/image226.png"/><Relationship Id="rId235" Type="http://schemas.openxmlformats.org/officeDocument/2006/relationships/image" Target="media/image227.png"/><Relationship Id="rId236" Type="http://schemas.openxmlformats.org/officeDocument/2006/relationships/image" Target="media/image228.png"/><Relationship Id="rId237" Type="http://schemas.openxmlformats.org/officeDocument/2006/relationships/image" Target="media/image229.png"/><Relationship Id="rId238" Type="http://schemas.openxmlformats.org/officeDocument/2006/relationships/image" Target="media/image230.png"/><Relationship Id="rId239" Type="http://schemas.openxmlformats.org/officeDocument/2006/relationships/image" Target="media/image231.png"/><Relationship Id="rId240" Type="http://schemas.openxmlformats.org/officeDocument/2006/relationships/image" Target="media/image232.jpg"/><Relationship Id="rId241" Type="http://schemas.openxmlformats.org/officeDocument/2006/relationships/image" Target="media/image233.png"/><Relationship Id="rId242" Type="http://schemas.openxmlformats.org/officeDocument/2006/relationships/image" Target="media/image234.png"/><Relationship Id="rId243" Type="http://schemas.openxmlformats.org/officeDocument/2006/relationships/image" Target="media/image235.png"/><Relationship Id="rId244" Type="http://schemas.openxmlformats.org/officeDocument/2006/relationships/image" Target="media/image236.png"/><Relationship Id="rId245" Type="http://schemas.openxmlformats.org/officeDocument/2006/relationships/image" Target="media/image237.png"/><Relationship Id="rId246" Type="http://schemas.openxmlformats.org/officeDocument/2006/relationships/image" Target="media/image238.png"/><Relationship Id="rId247" Type="http://schemas.openxmlformats.org/officeDocument/2006/relationships/image" Target="media/image239.png"/><Relationship Id="rId248" Type="http://schemas.openxmlformats.org/officeDocument/2006/relationships/image" Target="media/image240.png"/><Relationship Id="rId249" Type="http://schemas.openxmlformats.org/officeDocument/2006/relationships/image" Target="media/image241.png"/><Relationship Id="rId250" Type="http://schemas.openxmlformats.org/officeDocument/2006/relationships/image" Target="media/image242.png"/><Relationship Id="rId251" Type="http://schemas.openxmlformats.org/officeDocument/2006/relationships/image" Target="media/image243.jpg"/><Relationship Id="rId252" Type="http://schemas.openxmlformats.org/officeDocument/2006/relationships/image" Target="media/image244.png"/><Relationship Id="rId253" Type="http://schemas.openxmlformats.org/officeDocument/2006/relationships/image" Target="media/image245.png"/><Relationship Id="rId254" Type="http://schemas.openxmlformats.org/officeDocument/2006/relationships/image" Target="media/image246.png"/><Relationship Id="rId255" Type="http://schemas.openxmlformats.org/officeDocument/2006/relationships/image" Target="media/image247.png"/><Relationship Id="rId256" Type="http://schemas.openxmlformats.org/officeDocument/2006/relationships/image" Target="media/image248.png"/><Relationship Id="rId257" Type="http://schemas.openxmlformats.org/officeDocument/2006/relationships/image" Target="media/image249.png"/><Relationship Id="rId258" Type="http://schemas.openxmlformats.org/officeDocument/2006/relationships/image" Target="media/image250.png"/><Relationship Id="rId259" Type="http://schemas.openxmlformats.org/officeDocument/2006/relationships/image" Target="media/image251.png"/><Relationship Id="rId260" Type="http://schemas.openxmlformats.org/officeDocument/2006/relationships/image" Target="media/image252.png"/><Relationship Id="rId261" Type="http://schemas.openxmlformats.org/officeDocument/2006/relationships/image" Target="media/image253.png"/><Relationship Id="rId262" Type="http://schemas.openxmlformats.org/officeDocument/2006/relationships/image" Target="media/image254.jpg"/><Relationship Id="rId263" Type="http://schemas.openxmlformats.org/officeDocument/2006/relationships/image" Target="media/image255.png"/><Relationship Id="rId264" Type="http://schemas.openxmlformats.org/officeDocument/2006/relationships/image" Target="media/image256.png"/><Relationship Id="rId265" Type="http://schemas.openxmlformats.org/officeDocument/2006/relationships/image" Target="media/image257.png"/><Relationship Id="rId266" Type="http://schemas.openxmlformats.org/officeDocument/2006/relationships/image" Target="media/image258.png"/><Relationship Id="rId267" Type="http://schemas.openxmlformats.org/officeDocument/2006/relationships/image" Target="media/image259.png"/><Relationship Id="rId268" Type="http://schemas.openxmlformats.org/officeDocument/2006/relationships/image" Target="media/image260.png"/><Relationship Id="rId269" Type="http://schemas.openxmlformats.org/officeDocument/2006/relationships/image" Target="media/image261.png"/><Relationship Id="rId270" Type="http://schemas.openxmlformats.org/officeDocument/2006/relationships/image" Target="media/image262.png"/><Relationship Id="rId271" Type="http://schemas.openxmlformats.org/officeDocument/2006/relationships/image" Target="media/image263.png"/><Relationship Id="rId272" Type="http://schemas.openxmlformats.org/officeDocument/2006/relationships/image" Target="media/image264.png"/><Relationship Id="rId273" Type="http://schemas.openxmlformats.org/officeDocument/2006/relationships/image" Target="media/image265.jpg"/><Relationship Id="rId274" Type="http://schemas.openxmlformats.org/officeDocument/2006/relationships/image" Target="media/image266.png"/><Relationship Id="rId275" Type="http://schemas.openxmlformats.org/officeDocument/2006/relationships/image" Target="media/image267.png"/><Relationship Id="rId276" Type="http://schemas.openxmlformats.org/officeDocument/2006/relationships/image" Target="media/image268.png"/><Relationship Id="rId277" Type="http://schemas.openxmlformats.org/officeDocument/2006/relationships/image" Target="media/image269.png"/><Relationship Id="rId278" Type="http://schemas.openxmlformats.org/officeDocument/2006/relationships/image" Target="media/image270.png"/><Relationship Id="rId279" Type="http://schemas.openxmlformats.org/officeDocument/2006/relationships/image" Target="media/image271.png"/><Relationship Id="rId280" Type="http://schemas.openxmlformats.org/officeDocument/2006/relationships/image" Target="media/image272.png"/><Relationship Id="rId281" Type="http://schemas.openxmlformats.org/officeDocument/2006/relationships/image" Target="media/image273.png"/><Relationship Id="rId282" Type="http://schemas.openxmlformats.org/officeDocument/2006/relationships/image" Target="media/image274.png"/><Relationship Id="rId283" Type="http://schemas.openxmlformats.org/officeDocument/2006/relationships/image" Target="media/image275.png"/><Relationship Id="rId284" Type="http://schemas.openxmlformats.org/officeDocument/2006/relationships/image" Target="media/image276.jpg"/><Relationship Id="rId285" Type="http://schemas.openxmlformats.org/officeDocument/2006/relationships/image" Target="media/image277.jpg"/><Relationship Id="rId286" Type="http://schemas.openxmlformats.org/officeDocument/2006/relationships/image" Target="media/image278.png"/><Relationship Id="rId287" Type="http://schemas.openxmlformats.org/officeDocument/2006/relationships/image" Target="media/image279.png"/><Relationship Id="rId288" Type="http://schemas.openxmlformats.org/officeDocument/2006/relationships/image" Target="media/image280.png"/><Relationship Id="rId289" Type="http://schemas.openxmlformats.org/officeDocument/2006/relationships/image" Target="media/image281.png"/><Relationship Id="rId290" Type="http://schemas.openxmlformats.org/officeDocument/2006/relationships/image" Target="media/image282.png"/><Relationship Id="rId291" Type="http://schemas.openxmlformats.org/officeDocument/2006/relationships/image" Target="media/image283.png"/><Relationship Id="rId292" Type="http://schemas.openxmlformats.org/officeDocument/2006/relationships/image" Target="media/image284.png"/><Relationship Id="rId293" Type="http://schemas.openxmlformats.org/officeDocument/2006/relationships/image" Target="media/image285.png"/><Relationship Id="rId294" Type="http://schemas.openxmlformats.org/officeDocument/2006/relationships/image" Target="media/image286.png"/><Relationship Id="rId295" Type="http://schemas.openxmlformats.org/officeDocument/2006/relationships/image" Target="media/image287.png"/><Relationship Id="rId296" Type="http://schemas.openxmlformats.org/officeDocument/2006/relationships/image" Target="media/image288.png"/><Relationship Id="rId297" Type="http://schemas.openxmlformats.org/officeDocument/2006/relationships/image" Target="media/image289.png"/><Relationship Id="rId298" Type="http://schemas.openxmlformats.org/officeDocument/2006/relationships/image" Target="media/image290.png"/><Relationship Id="rId299" Type="http://schemas.openxmlformats.org/officeDocument/2006/relationships/image" Target="media/image291.png"/><Relationship Id="rId300" Type="http://schemas.openxmlformats.org/officeDocument/2006/relationships/image" Target="media/image292.png"/><Relationship Id="rId301" Type="http://schemas.openxmlformats.org/officeDocument/2006/relationships/image" Target="media/image293.jpg"/><Relationship Id="rId302" Type="http://schemas.openxmlformats.org/officeDocument/2006/relationships/image" Target="media/image294.png"/><Relationship Id="rId303" Type="http://schemas.openxmlformats.org/officeDocument/2006/relationships/image" Target="media/image295.png"/><Relationship Id="rId304" Type="http://schemas.openxmlformats.org/officeDocument/2006/relationships/image" Target="media/image296.png"/><Relationship Id="rId305" Type="http://schemas.openxmlformats.org/officeDocument/2006/relationships/image" Target="media/image297.png"/><Relationship Id="rId306" Type="http://schemas.openxmlformats.org/officeDocument/2006/relationships/image" Target="media/image298.png"/><Relationship Id="rId307" Type="http://schemas.openxmlformats.org/officeDocument/2006/relationships/image" Target="media/image299.png"/><Relationship Id="rId308" Type="http://schemas.openxmlformats.org/officeDocument/2006/relationships/image" Target="media/image300.png"/><Relationship Id="rId309" Type="http://schemas.openxmlformats.org/officeDocument/2006/relationships/image" Target="media/image301.png"/><Relationship Id="rId310" Type="http://schemas.openxmlformats.org/officeDocument/2006/relationships/image" Target="media/image302.png"/><Relationship Id="rId311" Type="http://schemas.openxmlformats.org/officeDocument/2006/relationships/image" Target="media/image303.jpg"/><Relationship Id="rId312" Type="http://schemas.openxmlformats.org/officeDocument/2006/relationships/image" Target="media/image304.png"/><Relationship Id="rId313" Type="http://schemas.openxmlformats.org/officeDocument/2006/relationships/image" Target="media/image305.png"/><Relationship Id="rId314" Type="http://schemas.openxmlformats.org/officeDocument/2006/relationships/image" Target="media/image306.png"/><Relationship Id="rId315" Type="http://schemas.openxmlformats.org/officeDocument/2006/relationships/image" Target="media/image307.png"/><Relationship Id="rId316" Type="http://schemas.openxmlformats.org/officeDocument/2006/relationships/image" Target="media/image308.png"/><Relationship Id="rId317" Type="http://schemas.openxmlformats.org/officeDocument/2006/relationships/image" Target="media/image309.png"/><Relationship Id="rId318" Type="http://schemas.openxmlformats.org/officeDocument/2006/relationships/image" Target="media/image310.png"/><Relationship Id="rId319" Type="http://schemas.openxmlformats.org/officeDocument/2006/relationships/image" Target="media/image311.png"/><Relationship Id="rId320" Type="http://schemas.openxmlformats.org/officeDocument/2006/relationships/image" Target="media/image312.png"/><Relationship Id="rId321" Type="http://schemas.openxmlformats.org/officeDocument/2006/relationships/image" Target="media/image313.png"/><Relationship Id="rId322" Type="http://schemas.openxmlformats.org/officeDocument/2006/relationships/image" Target="media/image314.png"/><Relationship Id="rId323" Type="http://schemas.openxmlformats.org/officeDocument/2006/relationships/image" Target="media/image315.png"/><Relationship Id="rId324" Type="http://schemas.openxmlformats.org/officeDocument/2006/relationships/image" Target="media/image316.png"/><Relationship Id="rId325" Type="http://schemas.openxmlformats.org/officeDocument/2006/relationships/image" Target="media/image317.png"/><Relationship Id="rId326" Type="http://schemas.openxmlformats.org/officeDocument/2006/relationships/image" Target="media/image318.png"/><Relationship Id="rId327" Type="http://schemas.openxmlformats.org/officeDocument/2006/relationships/image" Target="media/image319.png"/><Relationship Id="rId328" Type="http://schemas.openxmlformats.org/officeDocument/2006/relationships/image" Target="media/image320.png"/><Relationship Id="rId329" Type="http://schemas.openxmlformats.org/officeDocument/2006/relationships/image" Target="media/image321.png"/><Relationship Id="rId330" Type="http://schemas.openxmlformats.org/officeDocument/2006/relationships/image" Target="media/image322.png"/><Relationship Id="rId331" Type="http://schemas.openxmlformats.org/officeDocument/2006/relationships/image" Target="media/image323.png"/><Relationship Id="rId332" Type="http://schemas.openxmlformats.org/officeDocument/2006/relationships/image" Target="media/image324.jpg"/><Relationship Id="rId333" Type="http://schemas.openxmlformats.org/officeDocument/2006/relationships/image" Target="media/image325.png"/><Relationship Id="rId334" Type="http://schemas.openxmlformats.org/officeDocument/2006/relationships/image" Target="media/image326.png"/><Relationship Id="rId335" Type="http://schemas.openxmlformats.org/officeDocument/2006/relationships/image" Target="media/image327.png"/><Relationship Id="rId336" Type="http://schemas.openxmlformats.org/officeDocument/2006/relationships/image" Target="media/image328.png"/><Relationship Id="rId337" Type="http://schemas.openxmlformats.org/officeDocument/2006/relationships/image" Target="media/image329.png"/><Relationship Id="rId338" Type="http://schemas.openxmlformats.org/officeDocument/2006/relationships/image" Target="media/image330.png"/><Relationship Id="rId339" Type="http://schemas.openxmlformats.org/officeDocument/2006/relationships/image" Target="media/image331.png"/><Relationship Id="rId340" Type="http://schemas.openxmlformats.org/officeDocument/2006/relationships/image" Target="media/image332.png"/><Relationship Id="rId341" Type="http://schemas.openxmlformats.org/officeDocument/2006/relationships/image" Target="media/image333.png"/><Relationship Id="rId342" Type="http://schemas.openxmlformats.org/officeDocument/2006/relationships/image" Target="media/image334.png"/><Relationship Id="rId343" Type="http://schemas.openxmlformats.org/officeDocument/2006/relationships/image" Target="media/image335.png"/><Relationship Id="rId344" Type="http://schemas.openxmlformats.org/officeDocument/2006/relationships/image" Target="media/image336.png"/><Relationship Id="rId345" Type="http://schemas.openxmlformats.org/officeDocument/2006/relationships/image" Target="media/image337.png"/><Relationship Id="rId346" Type="http://schemas.openxmlformats.org/officeDocument/2006/relationships/image" Target="media/image338.png"/><Relationship Id="rId347" Type="http://schemas.openxmlformats.org/officeDocument/2006/relationships/image" Target="media/image339.png"/><Relationship Id="rId348" Type="http://schemas.openxmlformats.org/officeDocument/2006/relationships/image" Target="media/image340.png"/><Relationship Id="rId349" Type="http://schemas.openxmlformats.org/officeDocument/2006/relationships/image" Target="media/image341.png"/><Relationship Id="rId350" Type="http://schemas.openxmlformats.org/officeDocument/2006/relationships/image" Target="media/image342.png"/><Relationship Id="rId351" Type="http://schemas.openxmlformats.org/officeDocument/2006/relationships/image" Target="media/image343.jpg"/><Relationship Id="rId352" Type="http://schemas.openxmlformats.org/officeDocument/2006/relationships/image" Target="media/image344.png"/><Relationship Id="rId353" Type="http://schemas.openxmlformats.org/officeDocument/2006/relationships/image" Target="media/image345.png"/><Relationship Id="rId354" Type="http://schemas.openxmlformats.org/officeDocument/2006/relationships/image" Target="media/image346.png"/><Relationship Id="rId355" Type="http://schemas.openxmlformats.org/officeDocument/2006/relationships/image" Target="media/image347.png"/><Relationship Id="rId356" Type="http://schemas.openxmlformats.org/officeDocument/2006/relationships/image" Target="media/image348.png"/><Relationship Id="rId357" Type="http://schemas.openxmlformats.org/officeDocument/2006/relationships/image" Target="media/image349.png"/><Relationship Id="rId358" Type="http://schemas.openxmlformats.org/officeDocument/2006/relationships/image" Target="media/image350.png"/><Relationship Id="rId359" Type="http://schemas.openxmlformats.org/officeDocument/2006/relationships/image" Target="media/image351.png"/><Relationship Id="rId360" Type="http://schemas.openxmlformats.org/officeDocument/2006/relationships/image" Target="media/image352.png"/><Relationship Id="rId361" Type="http://schemas.openxmlformats.org/officeDocument/2006/relationships/image" Target="media/image353.png"/><Relationship Id="rId362" Type="http://schemas.openxmlformats.org/officeDocument/2006/relationships/image" Target="media/image354.png"/><Relationship Id="rId363" Type="http://schemas.openxmlformats.org/officeDocument/2006/relationships/image" Target="media/image355.png"/><Relationship Id="rId364" Type="http://schemas.openxmlformats.org/officeDocument/2006/relationships/image" Target="media/image356.png"/><Relationship Id="rId365" Type="http://schemas.openxmlformats.org/officeDocument/2006/relationships/image" Target="media/image357.png"/><Relationship Id="rId366" Type="http://schemas.openxmlformats.org/officeDocument/2006/relationships/image" Target="media/image358.png"/><Relationship Id="rId367" Type="http://schemas.openxmlformats.org/officeDocument/2006/relationships/image" Target="media/image359.png"/><Relationship Id="rId368" Type="http://schemas.openxmlformats.org/officeDocument/2006/relationships/image" Target="media/image360.png"/><Relationship Id="rId369" Type="http://schemas.openxmlformats.org/officeDocument/2006/relationships/image" Target="media/image361.png"/><Relationship Id="rId370" Type="http://schemas.openxmlformats.org/officeDocument/2006/relationships/image" Target="media/image362.jpg"/><Relationship Id="rId371" Type="http://schemas.openxmlformats.org/officeDocument/2006/relationships/image" Target="media/image363.png"/><Relationship Id="rId372" Type="http://schemas.openxmlformats.org/officeDocument/2006/relationships/image" Target="media/image364.png"/><Relationship Id="rId373" Type="http://schemas.openxmlformats.org/officeDocument/2006/relationships/image" Target="media/image365.png"/><Relationship Id="rId374" Type="http://schemas.openxmlformats.org/officeDocument/2006/relationships/image" Target="media/image366.png"/><Relationship Id="rId375" Type="http://schemas.openxmlformats.org/officeDocument/2006/relationships/image" Target="media/image367.png"/><Relationship Id="rId376" Type="http://schemas.openxmlformats.org/officeDocument/2006/relationships/image" Target="media/image368.png"/><Relationship Id="rId377" Type="http://schemas.openxmlformats.org/officeDocument/2006/relationships/image" Target="media/image369.png"/><Relationship Id="rId378" Type="http://schemas.openxmlformats.org/officeDocument/2006/relationships/image" Target="media/image370.png"/><Relationship Id="rId379" Type="http://schemas.openxmlformats.org/officeDocument/2006/relationships/image" Target="media/image371.png"/><Relationship Id="rId380" Type="http://schemas.openxmlformats.org/officeDocument/2006/relationships/image" Target="media/image372.png"/><Relationship Id="rId381" Type="http://schemas.openxmlformats.org/officeDocument/2006/relationships/image" Target="media/image373.png"/><Relationship Id="rId382" Type="http://schemas.openxmlformats.org/officeDocument/2006/relationships/image" Target="media/image374.png"/><Relationship Id="rId383" Type="http://schemas.openxmlformats.org/officeDocument/2006/relationships/image" Target="media/image375.png"/><Relationship Id="rId384" Type="http://schemas.openxmlformats.org/officeDocument/2006/relationships/image" Target="media/image376.png"/><Relationship Id="rId385" Type="http://schemas.openxmlformats.org/officeDocument/2006/relationships/image" Target="media/image377.png"/><Relationship Id="rId386" Type="http://schemas.openxmlformats.org/officeDocument/2006/relationships/image" Target="media/image378.png"/><Relationship Id="rId387" Type="http://schemas.openxmlformats.org/officeDocument/2006/relationships/image" Target="media/image379.png"/><Relationship Id="rId388" Type="http://schemas.openxmlformats.org/officeDocument/2006/relationships/image" Target="media/image380.png"/><Relationship Id="rId389" Type="http://schemas.openxmlformats.org/officeDocument/2006/relationships/image" Target="media/image381.png"/><Relationship Id="rId390" Type="http://schemas.openxmlformats.org/officeDocument/2006/relationships/image" Target="media/image382.png"/><Relationship Id="rId391" Type="http://schemas.openxmlformats.org/officeDocument/2006/relationships/image" Target="media/image383.png"/><Relationship Id="rId392" Type="http://schemas.openxmlformats.org/officeDocument/2006/relationships/image" Target="media/image384.jpg"/><Relationship Id="rId393" Type="http://schemas.openxmlformats.org/officeDocument/2006/relationships/image" Target="media/image385.png"/><Relationship Id="rId394" Type="http://schemas.openxmlformats.org/officeDocument/2006/relationships/image" Target="media/image386.png"/><Relationship Id="rId395" Type="http://schemas.openxmlformats.org/officeDocument/2006/relationships/image" Target="media/image387.png"/><Relationship Id="rId396" Type="http://schemas.openxmlformats.org/officeDocument/2006/relationships/image" Target="media/image388.png"/><Relationship Id="rId397" Type="http://schemas.openxmlformats.org/officeDocument/2006/relationships/image" Target="media/image389.jpg"/><Relationship Id="rId398" Type="http://schemas.openxmlformats.org/officeDocument/2006/relationships/image" Target="media/image390.png"/><Relationship Id="rId399" Type="http://schemas.openxmlformats.org/officeDocument/2006/relationships/image" Target="media/image391.png"/><Relationship Id="rId400" Type="http://schemas.openxmlformats.org/officeDocument/2006/relationships/image" Target="media/image392.png"/><Relationship Id="rId401" Type="http://schemas.openxmlformats.org/officeDocument/2006/relationships/image" Target="media/image393.png"/><Relationship Id="rId402" Type="http://schemas.openxmlformats.org/officeDocument/2006/relationships/image" Target="media/image394.jpg"/><Relationship Id="rId403" Type="http://schemas.openxmlformats.org/officeDocument/2006/relationships/image" Target="media/image395.png"/><Relationship Id="rId404" Type="http://schemas.openxmlformats.org/officeDocument/2006/relationships/image" Target="media/image396.png"/><Relationship Id="rId405" Type="http://schemas.openxmlformats.org/officeDocument/2006/relationships/image" Target="media/image397.png"/><Relationship Id="rId406" Type="http://schemas.openxmlformats.org/officeDocument/2006/relationships/image" Target="media/image398.png"/><Relationship Id="rId407" Type="http://schemas.openxmlformats.org/officeDocument/2006/relationships/image" Target="media/image399.jpg"/><Relationship Id="rId408" Type="http://schemas.openxmlformats.org/officeDocument/2006/relationships/image" Target="media/image400.jpg"/><Relationship Id="rId409" Type="http://schemas.openxmlformats.org/officeDocument/2006/relationships/image" Target="media/image401.png"/><Relationship Id="rId410" Type="http://schemas.openxmlformats.org/officeDocument/2006/relationships/image" Target="media/image402.png"/><Relationship Id="rId411" Type="http://schemas.openxmlformats.org/officeDocument/2006/relationships/image" Target="media/image403.png"/><Relationship Id="rId412" Type="http://schemas.openxmlformats.org/officeDocument/2006/relationships/image" Target="media/image404.png"/><Relationship Id="rId413" Type="http://schemas.openxmlformats.org/officeDocument/2006/relationships/image" Target="media/image405.png"/><Relationship Id="rId414" Type="http://schemas.openxmlformats.org/officeDocument/2006/relationships/image" Target="media/image406.png"/><Relationship Id="rId415" Type="http://schemas.openxmlformats.org/officeDocument/2006/relationships/image" Target="media/image407.png"/><Relationship Id="rId416" Type="http://schemas.openxmlformats.org/officeDocument/2006/relationships/image" Target="media/image408.png"/><Relationship Id="rId417" Type="http://schemas.openxmlformats.org/officeDocument/2006/relationships/image" Target="media/image409.png"/><Relationship Id="rId418" Type="http://schemas.openxmlformats.org/officeDocument/2006/relationships/image" Target="media/image410.png"/><Relationship Id="rId419" Type="http://schemas.openxmlformats.org/officeDocument/2006/relationships/image" Target="media/image411.png"/><Relationship Id="rId420" Type="http://schemas.openxmlformats.org/officeDocument/2006/relationships/image" Target="media/image412.png"/><Relationship Id="rId421" Type="http://schemas.openxmlformats.org/officeDocument/2006/relationships/image" Target="media/image413.png"/><Relationship Id="rId422" Type="http://schemas.openxmlformats.org/officeDocument/2006/relationships/image" Target="media/image414.png"/><Relationship Id="rId423" Type="http://schemas.openxmlformats.org/officeDocument/2006/relationships/image" Target="media/image415.png"/><Relationship Id="rId424" Type="http://schemas.openxmlformats.org/officeDocument/2006/relationships/image" Target="media/image416.png"/><Relationship Id="rId425" Type="http://schemas.openxmlformats.org/officeDocument/2006/relationships/image" Target="media/image417.png"/><Relationship Id="rId426" Type="http://schemas.openxmlformats.org/officeDocument/2006/relationships/image" Target="media/image418.png"/><Relationship Id="rId427" Type="http://schemas.openxmlformats.org/officeDocument/2006/relationships/image" Target="media/image419.jpg"/><Relationship Id="rId428" Type="http://schemas.openxmlformats.org/officeDocument/2006/relationships/image" Target="media/image420.png"/><Relationship Id="rId429" Type="http://schemas.openxmlformats.org/officeDocument/2006/relationships/image" Target="media/image421.png"/><Relationship Id="rId430" Type="http://schemas.openxmlformats.org/officeDocument/2006/relationships/image" Target="media/image422.png"/><Relationship Id="rId431" Type="http://schemas.openxmlformats.org/officeDocument/2006/relationships/image" Target="media/image423.png"/><Relationship Id="rId432" Type="http://schemas.openxmlformats.org/officeDocument/2006/relationships/image" Target="media/image424.png"/><Relationship Id="rId433" Type="http://schemas.openxmlformats.org/officeDocument/2006/relationships/image" Target="media/image425.png"/><Relationship Id="rId434" Type="http://schemas.openxmlformats.org/officeDocument/2006/relationships/image" Target="media/image426.jpg"/><Relationship Id="rId435" Type="http://schemas.openxmlformats.org/officeDocument/2006/relationships/image" Target="media/image427.png"/><Relationship Id="rId436" Type="http://schemas.openxmlformats.org/officeDocument/2006/relationships/image" Target="media/image428.png"/><Relationship Id="rId437" Type="http://schemas.openxmlformats.org/officeDocument/2006/relationships/image" Target="media/image429.png"/><Relationship Id="rId438" Type="http://schemas.openxmlformats.org/officeDocument/2006/relationships/image" Target="media/image430.png"/><Relationship Id="rId439" Type="http://schemas.openxmlformats.org/officeDocument/2006/relationships/image" Target="media/image431.jpg"/><Relationship Id="rId440" Type="http://schemas.openxmlformats.org/officeDocument/2006/relationships/image" Target="media/image432.png"/><Relationship Id="rId441" Type="http://schemas.openxmlformats.org/officeDocument/2006/relationships/image" Target="media/image433.png"/><Relationship Id="rId442" Type="http://schemas.openxmlformats.org/officeDocument/2006/relationships/image" Target="media/image434.png"/><Relationship Id="rId443" Type="http://schemas.openxmlformats.org/officeDocument/2006/relationships/image" Target="media/image435.png"/><Relationship Id="rId444" Type="http://schemas.openxmlformats.org/officeDocument/2006/relationships/image" Target="media/image436.jpg"/><Relationship Id="rId445" Type="http://schemas.openxmlformats.org/officeDocument/2006/relationships/image" Target="media/image437.png"/><Relationship Id="rId446" Type="http://schemas.openxmlformats.org/officeDocument/2006/relationships/image" Target="media/image438.png"/><Relationship Id="rId447" Type="http://schemas.openxmlformats.org/officeDocument/2006/relationships/image" Target="media/image439.png"/><Relationship Id="rId448" Type="http://schemas.openxmlformats.org/officeDocument/2006/relationships/image" Target="media/image440.png"/><Relationship Id="rId449" Type="http://schemas.openxmlformats.org/officeDocument/2006/relationships/image" Target="media/image441.png"/><Relationship Id="rId450" Type="http://schemas.openxmlformats.org/officeDocument/2006/relationships/image" Target="media/image442.png"/><Relationship Id="rId451" Type="http://schemas.openxmlformats.org/officeDocument/2006/relationships/image" Target="media/image443.png"/><Relationship Id="rId452" Type="http://schemas.openxmlformats.org/officeDocument/2006/relationships/image" Target="media/image444.png"/><Relationship Id="rId453" Type="http://schemas.openxmlformats.org/officeDocument/2006/relationships/image" Target="media/image445.png"/><Relationship Id="rId454" Type="http://schemas.openxmlformats.org/officeDocument/2006/relationships/image" Target="media/image446.png"/><Relationship Id="rId455" Type="http://schemas.openxmlformats.org/officeDocument/2006/relationships/image" Target="media/image447.png"/><Relationship Id="rId456" Type="http://schemas.openxmlformats.org/officeDocument/2006/relationships/image" Target="media/image448.png"/><Relationship Id="rId457" Type="http://schemas.openxmlformats.org/officeDocument/2006/relationships/image" Target="media/image449.png"/><Relationship Id="rId458" Type="http://schemas.openxmlformats.org/officeDocument/2006/relationships/image" Target="media/image450.png"/><Relationship Id="rId459" Type="http://schemas.openxmlformats.org/officeDocument/2006/relationships/image" Target="media/image451.png"/><Relationship Id="rId460" Type="http://schemas.openxmlformats.org/officeDocument/2006/relationships/image" Target="media/image452.png"/><Relationship Id="rId461" Type="http://schemas.openxmlformats.org/officeDocument/2006/relationships/image" Target="media/image453.png"/><Relationship Id="rId462" Type="http://schemas.openxmlformats.org/officeDocument/2006/relationships/image" Target="media/image454.png"/><Relationship Id="rId463" Type="http://schemas.openxmlformats.org/officeDocument/2006/relationships/image" Target="media/image455.jpg"/><Relationship Id="rId464" Type="http://schemas.openxmlformats.org/officeDocument/2006/relationships/image" Target="media/image456.png"/><Relationship Id="rId465" Type="http://schemas.openxmlformats.org/officeDocument/2006/relationships/image" Target="media/image457.png"/><Relationship Id="rId466" Type="http://schemas.openxmlformats.org/officeDocument/2006/relationships/image" Target="media/image458.png"/><Relationship Id="rId467" Type="http://schemas.openxmlformats.org/officeDocument/2006/relationships/image" Target="media/image459.png"/><Relationship Id="rId468" Type="http://schemas.openxmlformats.org/officeDocument/2006/relationships/image" Target="media/image460.png"/><Relationship Id="rId469" Type="http://schemas.openxmlformats.org/officeDocument/2006/relationships/image" Target="media/image461.png"/><Relationship Id="rId470" Type="http://schemas.openxmlformats.org/officeDocument/2006/relationships/image" Target="media/image462.png"/><Relationship Id="rId471" Type="http://schemas.openxmlformats.org/officeDocument/2006/relationships/image" Target="media/image463.png"/><Relationship Id="rId472" Type="http://schemas.openxmlformats.org/officeDocument/2006/relationships/image" Target="media/image464.png"/><Relationship Id="rId473" Type="http://schemas.openxmlformats.org/officeDocument/2006/relationships/image" Target="media/image465.jpg"/><Relationship Id="rId474" Type="http://schemas.openxmlformats.org/officeDocument/2006/relationships/image" Target="media/image466.png"/><Relationship Id="rId475" Type="http://schemas.openxmlformats.org/officeDocument/2006/relationships/image" Target="media/image467.png"/><Relationship Id="rId476" Type="http://schemas.openxmlformats.org/officeDocument/2006/relationships/image" Target="media/image468.png"/><Relationship Id="rId477" Type="http://schemas.openxmlformats.org/officeDocument/2006/relationships/image" Target="media/image469.png"/><Relationship Id="rId478" Type="http://schemas.openxmlformats.org/officeDocument/2006/relationships/image" Target="media/image470.png"/><Relationship Id="rId479" Type="http://schemas.openxmlformats.org/officeDocument/2006/relationships/image" Target="media/image471.png"/><Relationship Id="rId480" Type="http://schemas.openxmlformats.org/officeDocument/2006/relationships/image" Target="media/image472.png"/><Relationship Id="rId481" Type="http://schemas.openxmlformats.org/officeDocument/2006/relationships/image" Target="media/image473.png"/><Relationship Id="rId482" Type="http://schemas.openxmlformats.org/officeDocument/2006/relationships/image" Target="media/image474.png"/><Relationship Id="rId483" Type="http://schemas.openxmlformats.org/officeDocument/2006/relationships/image" Target="media/image475.png"/><Relationship Id="rId484" Type="http://schemas.openxmlformats.org/officeDocument/2006/relationships/image" Target="media/image476.png"/><Relationship Id="rId485" Type="http://schemas.openxmlformats.org/officeDocument/2006/relationships/image" Target="media/image477.png"/><Relationship Id="rId486" Type="http://schemas.openxmlformats.org/officeDocument/2006/relationships/image" Target="media/image478.png"/><Relationship Id="rId487" Type="http://schemas.openxmlformats.org/officeDocument/2006/relationships/image" Target="media/image479.png"/><Relationship Id="rId488" Type="http://schemas.openxmlformats.org/officeDocument/2006/relationships/image" Target="media/image480.png"/><Relationship Id="rId489" Type="http://schemas.openxmlformats.org/officeDocument/2006/relationships/image" Target="media/image481.png"/><Relationship Id="rId490" Type="http://schemas.openxmlformats.org/officeDocument/2006/relationships/image" Target="media/image482.png"/><Relationship Id="rId491" Type="http://schemas.openxmlformats.org/officeDocument/2006/relationships/image" Target="media/image483.png"/><Relationship Id="rId492" Type="http://schemas.openxmlformats.org/officeDocument/2006/relationships/image" Target="media/image484.png"/><Relationship Id="rId493" Type="http://schemas.openxmlformats.org/officeDocument/2006/relationships/image" Target="media/image485.png"/><Relationship Id="rId494" Type="http://schemas.openxmlformats.org/officeDocument/2006/relationships/image" Target="media/image486.png"/><Relationship Id="rId495" Type="http://schemas.openxmlformats.org/officeDocument/2006/relationships/image" Target="media/image487.jpg"/><Relationship Id="rId496" Type="http://schemas.openxmlformats.org/officeDocument/2006/relationships/image" Target="media/image488.png"/><Relationship Id="rId497" Type="http://schemas.openxmlformats.org/officeDocument/2006/relationships/image" Target="media/image489.png"/><Relationship Id="rId498" Type="http://schemas.openxmlformats.org/officeDocument/2006/relationships/image" Target="media/image490.png"/><Relationship Id="rId499" Type="http://schemas.openxmlformats.org/officeDocument/2006/relationships/image" Target="media/image491.png"/><Relationship Id="rId500" Type="http://schemas.openxmlformats.org/officeDocument/2006/relationships/image" Target="media/image492.png"/><Relationship Id="rId501" Type="http://schemas.openxmlformats.org/officeDocument/2006/relationships/image" Target="media/image493.png"/><Relationship Id="rId502" Type="http://schemas.openxmlformats.org/officeDocument/2006/relationships/image" Target="media/image494.png"/><Relationship Id="rId503" Type="http://schemas.openxmlformats.org/officeDocument/2006/relationships/image" Target="media/image495.png"/><Relationship Id="rId504" Type="http://schemas.openxmlformats.org/officeDocument/2006/relationships/image" Target="media/image496.png"/><Relationship Id="rId505" Type="http://schemas.openxmlformats.org/officeDocument/2006/relationships/image" Target="media/image497.png"/><Relationship Id="rId506" Type="http://schemas.openxmlformats.org/officeDocument/2006/relationships/image" Target="media/image498.png"/><Relationship Id="rId507" Type="http://schemas.openxmlformats.org/officeDocument/2006/relationships/image" Target="media/image499.png"/><Relationship Id="rId508" Type="http://schemas.openxmlformats.org/officeDocument/2006/relationships/image" Target="media/image500.png"/><Relationship Id="rId509" Type="http://schemas.openxmlformats.org/officeDocument/2006/relationships/image" Target="media/image501.png"/><Relationship Id="rId510" Type="http://schemas.openxmlformats.org/officeDocument/2006/relationships/image" Target="media/image502.png"/><Relationship Id="rId511" Type="http://schemas.openxmlformats.org/officeDocument/2006/relationships/image" Target="media/image503.png"/><Relationship Id="rId512" Type="http://schemas.openxmlformats.org/officeDocument/2006/relationships/image" Target="media/image504.png"/><Relationship Id="rId513" Type="http://schemas.openxmlformats.org/officeDocument/2006/relationships/image" Target="media/image505.png"/><Relationship Id="rId514" Type="http://schemas.openxmlformats.org/officeDocument/2006/relationships/image" Target="media/image506.jpg"/><Relationship Id="rId515" Type="http://schemas.openxmlformats.org/officeDocument/2006/relationships/image" Target="media/image507.png"/><Relationship Id="rId516" Type="http://schemas.openxmlformats.org/officeDocument/2006/relationships/image" Target="media/image508.png"/><Relationship Id="rId517" Type="http://schemas.openxmlformats.org/officeDocument/2006/relationships/image" Target="media/image509.png"/><Relationship Id="rId518" Type="http://schemas.openxmlformats.org/officeDocument/2006/relationships/image" Target="media/image510.jpg"/><Relationship Id="rId519" Type="http://schemas.openxmlformats.org/officeDocument/2006/relationships/image" Target="media/image511.jpg"/><Relationship Id="rId520" Type="http://schemas.openxmlformats.org/officeDocument/2006/relationships/image" Target="media/image512.png"/><Relationship Id="rId521" Type="http://schemas.openxmlformats.org/officeDocument/2006/relationships/image" Target="media/image513.png"/><Relationship Id="rId522" Type="http://schemas.openxmlformats.org/officeDocument/2006/relationships/image" Target="media/image514.png"/><Relationship Id="rId523" Type="http://schemas.openxmlformats.org/officeDocument/2006/relationships/image" Target="media/image515.png"/><Relationship Id="rId524" Type="http://schemas.openxmlformats.org/officeDocument/2006/relationships/image" Target="media/image516.png"/><Relationship Id="rId525" Type="http://schemas.openxmlformats.org/officeDocument/2006/relationships/image" Target="media/image517.png"/><Relationship Id="rId526" Type="http://schemas.openxmlformats.org/officeDocument/2006/relationships/image" Target="media/image518.png"/><Relationship Id="rId527" Type="http://schemas.openxmlformats.org/officeDocument/2006/relationships/image" Target="media/image519.png"/><Relationship Id="rId528" Type="http://schemas.openxmlformats.org/officeDocument/2006/relationships/image" Target="media/image520.png"/><Relationship Id="rId529" Type="http://schemas.openxmlformats.org/officeDocument/2006/relationships/image" Target="media/image521.jpg"/><Relationship Id="rId530" Type="http://schemas.openxmlformats.org/officeDocument/2006/relationships/image" Target="media/image522.png"/><Relationship Id="rId531" Type="http://schemas.openxmlformats.org/officeDocument/2006/relationships/image" Target="media/image523.png"/><Relationship Id="rId532" Type="http://schemas.openxmlformats.org/officeDocument/2006/relationships/image" Target="media/image524.jpg"/><Relationship Id="rId533" Type="http://schemas.openxmlformats.org/officeDocument/2006/relationships/image" Target="media/image525.jpg"/><Relationship Id="rId534" Type="http://schemas.openxmlformats.org/officeDocument/2006/relationships/image" Target="media/image526.png"/><Relationship Id="rId535" Type="http://schemas.openxmlformats.org/officeDocument/2006/relationships/image" Target="media/image527.png"/><Relationship Id="rId536" Type="http://schemas.openxmlformats.org/officeDocument/2006/relationships/image" Target="media/image528.png"/><Relationship Id="rId537" Type="http://schemas.openxmlformats.org/officeDocument/2006/relationships/image" Target="media/image529.png"/><Relationship Id="rId538" Type="http://schemas.openxmlformats.org/officeDocument/2006/relationships/image" Target="media/image530.png"/><Relationship Id="rId539" Type="http://schemas.openxmlformats.org/officeDocument/2006/relationships/image" Target="media/image531.png"/><Relationship Id="rId540" Type="http://schemas.openxmlformats.org/officeDocument/2006/relationships/image" Target="media/image532.png"/><Relationship Id="rId541" Type="http://schemas.openxmlformats.org/officeDocument/2006/relationships/image" Target="media/image533.png"/><Relationship Id="rId542" Type="http://schemas.openxmlformats.org/officeDocument/2006/relationships/image" Target="media/image534.png"/><Relationship Id="rId543" Type="http://schemas.openxmlformats.org/officeDocument/2006/relationships/image" Target="media/image535.png"/><Relationship Id="rId544" Type="http://schemas.openxmlformats.org/officeDocument/2006/relationships/image" Target="media/image536.png"/><Relationship Id="rId545" Type="http://schemas.openxmlformats.org/officeDocument/2006/relationships/image" Target="media/image537.png"/><Relationship Id="rId546" Type="http://schemas.openxmlformats.org/officeDocument/2006/relationships/image" Target="media/image538.jpg"/><Relationship Id="rId547" Type="http://schemas.openxmlformats.org/officeDocument/2006/relationships/image" Target="media/image539.jpg"/><Relationship Id="rId548" Type="http://schemas.openxmlformats.org/officeDocument/2006/relationships/image" Target="media/image540.png"/><Relationship Id="rId549" Type="http://schemas.openxmlformats.org/officeDocument/2006/relationships/image" Target="media/image541.png"/><Relationship Id="rId550" Type="http://schemas.openxmlformats.org/officeDocument/2006/relationships/image" Target="media/image542.png"/><Relationship Id="rId551" Type="http://schemas.openxmlformats.org/officeDocument/2006/relationships/image" Target="media/image543.png"/><Relationship Id="rId552" Type="http://schemas.openxmlformats.org/officeDocument/2006/relationships/image" Target="media/image544.png"/><Relationship Id="rId553" Type="http://schemas.openxmlformats.org/officeDocument/2006/relationships/image" Target="media/image545.png"/><Relationship Id="rId554" Type="http://schemas.openxmlformats.org/officeDocument/2006/relationships/image" Target="media/image546.png"/><Relationship Id="rId555" Type="http://schemas.openxmlformats.org/officeDocument/2006/relationships/image" Target="media/image547.png"/><Relationship Id="rId556" Type="http://schemas.openxmlformats.org/officeDocument/2006/relationships/image" Target="media/image548.png"/><Relationship Id="rId557" Type="http://schemas.openxmlformats.org/officeDocument/2006/relationships/image" Target="media/image549.png"/><Relationship Id="rId558" Type="http://schemas.openxmlformats.org/officeDocument/2006/relationships/image" Target="media/image550.png"/><Relationship Id="rId559" Type="http://schemas.openxmlformats.org/officeDocument/2006/relationships/image" Target="media/image551.png"/><Relationship Id="rId560" Type="http://schemas.openxmlformats.org/officeDocument/2006/relationships/image" Target="media/image552.jpg"/><Relationship Id="rId561" Type="http://schemas.openxmlformats.org/officeDocument/2006/relationships/image" Target="media/image553.jpg"/><Relationship Id="rId562" Type="http://schemas.openxmlformats.org/officeDocument/2006/relationships/image" Target="media/image554.png"/><Relationship Id="rId563" Type="http://schemas.openxmlformats.org/officeDocument/2006/relationships/image" Target="media/image555.png"/><Relationship Id="rId564" Type="http://schemas.openxmlformats.org/officeDocument/2006/relationships/image" Target="media/image556.png"/><Relationship Id="rId565" Type="http://schemas.openxmlformats.org/officeDocument/2006/relationships/image" Target="media/image557.png"/><Relationship Id="rId566" Type="http://schemas.openxmlformats.org/officeDocument/2006/relationships/image" Target="media/image558.png"/><Relationship Id="rId567" Type="http://schemas.openxmlformats.org/officeDocument/2006/relationships/image" Target="media/image559.png"/><Relationship Id="rId568" Type="http://schemas.openxmlformats.org/officeDocument/2006/relationships/image" Target="media/image560.png"/><Relationship Id="rId569" Type="http://schemas.openxmlformats.org/officeDocument/2006/relationships/image" Target="media/image561.png"/><Relationship Id="rId570" Type="http://schemas.openxmlformats.org/officeDocument/2006/relationships/image" Target="media/image562.png"/><Relationship Id="rId571" Type="http://schemas.openxmlformats.org/officeDocument/2006/relationships/image" Target="media/image563.png"/><Relationship Id="rId572" Type="http://schemas.openxmlformats.org/officeDocument/2006/relationships/image" Target="media/image564.png"/><Relationship Id="rId573" Type="http://schemas.openxmlformats.org/officeDocument/2006/relationships/image" Target="media/image565.png"/><Relationship Id="rId574" Type="http://schemas.openxmlformats.org/officeDocument/2006/relationships/image" Target="media/image566.jpg"/><Relationship Id="rId575" Type="http://schemas.openxmlformats.org/officeDocument/2006/relationships/image" Target="media/image567.png"/><Relationship Id="rId576" Type="http://schemas.openxmlformats.org/officeDocument/2006/relationships/image" Target="media/image568.jpg"/><Relationship Id="rId577" Type="http://schemas.openxmlformats.org/officeDocument/2006/relationships/image" Target="media/image569.jpg"/><Relationship Id="rId578" Type="http://schemas.openxmlformats.org/officeDocument/2006/relationships/image" Target="media/image570.png"/><Relationship Id="rId579" Type="http://schemas.openxmlformats.org/officeDocument/2006/relationships/image" Target="media/image571.png"/><Relationship Id="rId580" Type="http://schemas.openxmlformats.org/officeDocument/2006/relationships/image" Target="media/image572.png"/><Relationship Id="rId581" Type="http://schemas.openxmlformats.org/officeDocument/2006/relationships/image" Target="media/image573.png"/><Relationship Id="rId582" Type="http://schemas.openxmlformats.org/officeDocument/2006/relationships/image" Target="media/image574.png"/><Relationship Id="rId583" Type="http://schemas.openxmlformats.org/officeDocument/2006/relationships/image" Target="media/image575.png"/><Relationship Id="rId584" Type="http://schemas.openxmlformats.org/officeDocument/2006/relationships/image" Target="media/image576.jpg"/><Relationship Id="rId585" Type="http://schemas.openxmlformats.org/officeDocument/2006/relationships/image" Target="media/image577.jpg"/><Relationship Id="rId586" Type="http://schemas.openxmlformats.org/officeDocument/2006/relationships/image" Target="media/image578.jpg"/><Relationship Id="rId587" Type="http://schemas.openxmlformats.org/officeDocument/2006/relationships/image" Target="media/image579.png"/><Relationship Id="rId588" Type="http://schemas.openxmlformats.org/officeDocument/2006/relationships/image" Target="media/image580.png"/><Relationship Id="rId589" Type="http://schemas.openxmlformats.org/officeDocument/2006/relationships/image" Target="media/image581.png"/><Relationship Id="rId590" Type="http://schemas.openxmlformats.org/officeDocument/2006/relationships/image" Target="media/image582.png"/><Relationship Id="rId591" Type="http://schemas.openxmlformats.org/officeDocument/2006/relationships/image" Target="media/image583.png"/><Relationship Id="rId592" Type="http://schemas.openxmlformats.org/officeDocument/2006/relationships/image" Target="media/image584.png"/><Relationship Id="rId593" Type="http://schemas.openxmlformats.org/officeDocument/2006/relationships/image" Target="media/image585.png"/><Relationship Id="rId594" Type="http://schemas.openxmlformats.org/officeDocument/2006/relationships/image" Target="media/image586.png"/><Relationship Id="rId595" Type="http://schemas.openxmlformats.org/officeDocument/2006/relationships/image" Target="media/image587.png"/><Relationship Id="rId596" Type="http://schemas.openxmlformats.org/officeDocument/2006/relationships/image" Target="media/image588.png"/><Relationship Id="rId597" Type="http://schemas.openxmlformats.org/officeDocument/2006/relationships/image" Target="media/image589.png"/><Relationship Id="rId598" Type="http://schemas.openxmlformats.org/officeDocument/2006/relationships/image" Target="media/image590.png"/><Relationship Id="rId599" Type="http://schemas.openxmlformats.org/officeDocument/2006/relationships/image" Target="media/image591.png"/><Relationship Id="rId600" Type="http://schemas.openxmlformats.org/officeDocument/2006/relationships/image" Target="media/image592.png"/><Relationship Id="rId601" Type="http://schemas.openxmlformats.org/officeDocument/2006/relationships/image" Target="media/image593.png"/><Relationship Id="rId602" Type="http://schemas.openxmlformats.org/officeDocument/2006/relationships/image" Target="media/image594.png"/><Relationship Id="rId603" Type="http://schemas.openxmlformats.org/officeDocument/2006/relationships/image" Target="media/image595.png"/><Relationship Id="rId604" Type="http://schemas.openxmlformats.org/officeDocument/2006/relationships/image" Target="media/image596.png"/><Relationship Id="rId605" Type="http://schemas.openxmlformats.org/officeDocument/2006/relationships/image" Target="media/image597.png"/><Relationship Id="rId606" Type="http://schemas.openxmlformats.org/officeDocument/2006/relationships/image" Target="media/image598.png"/><Relationship Id="rId607" Type="http://schemas.openxmlformats.org/officeDocument/2006/relationships/image" Target="media/image599.png"/><Relationship Id="rId608" Type="http://schemas.openxmlformats.org/officeDocument/2006/relationships/image" Target="media/image600.jpg"/><Relationship Id="rId609" Type="http://schemas.openxmlformats.org/officeDocument/2006/relationships/image" Target="media/image601.jpg"/><Relationship Id="rId610" Type="http://schemas.openxmlformats.org/officeDocument/2006/relationships/image" Target="media/image602.png"/><Relationship Id="rId611" Type="http://schemas.openxmlformats.org/officeDocument/2006/relationships/image" Target="media/image603.png"/><Relationship Id="rId612" Type="http://schemas.openxmlformats.org/officeDocument/2006/relationships/image" Target="media/image604.png"/><Relationship Id="rId613" Type="http://schemas.openxmlformats.org/officeDocument/2006/relationships/image" Target="media/image605.png"/><Relationship Id="rId614" Type="http://schemas.openxmlformats.org/officeDocument/2006/relationships/image" Target="media/image606.png"/><Relationship Id="rId615" Type="http://schemas.openxmlformats.org/officeDocument/2006/relationships/image" Target="media/image607.png"/><Relationship Id="rId616" Type="http://schemas.openxmlformats.org/officeDocument/2006/relationships/image" Target="media/image608.png"/><Relationship Id="rId617" Type="http://schemas.openxmlformats.org/officeDocument/2006/relationships/image" Target="media/image609.png"/><Relationship Id="rId618" Type="http://schemas.openxmlformats.org/officeDocument/2006/relationships/image" Target="media/image610.png"/><Relationship Id="rId619" Type="http://schemas.openxmlformats.org/officeDocument/2006/relationships/image" Target="media/image611.png"/><Relationship Id="rId620" Type="http://schemas.openxmlformats.org/officeDocument/2006/relationships/image" Target="media/image612.png"/><Relationship Id="rId621" Type="http://schemas.openxmlformats.org/officeDocument/2006/relationships/image" Target="media/image613.png"/><Relationship Id="rId622" Type="http://schemas.openxmlformats.org/officeDocument/2006/relationships/image" Target="media/image614.png"/><Relationship Id="rId623" Type="http://schemas.openxmlformats.org/officeDocument/2006/relationships/image" Target="media/image615.png"/><Relationship Id="rId624" Type="http://schemas.openxmlformats.org/officeDocument/2006/relationships/image" Target="media/image616.png"/><Relationship Id="rId625" Type="http://schemas.openxmlformats.org/officeDocument/2006/relationships/image" Target="media/image617.png"/><Relationship Id="rId626" Type="http://schemas.openxmlformats.org/officeDocument/2006/relationships/image" Target="media/image618.png"/><Relationship Id="rId627" Type="http://schemas.openxmlformats.org/officeDocument/2006/relationships/image" Target="media/image619.png"/><Relationship Id="rId628" Type="http://schemas.openxmlformats.org/officeDocument/2006/relationships/image" Target="media/image620.png"/><Relationship Id="rId629" Type="http://schemas.openxmlformats.org/officeDocument/2006/relationships/image" Target="media/image621.png"/><Relationship Id="rId630" Type="http://schemas.openxmlformats.org/officeDocument/2006/relationships/image" Target="media/image622.png"/><Relationship Id="rId631" Type="http://schemas.openxmlformats.org/officeDocument/2006/relationships/image" Target="media/image623.jpg"/><Relationship Id="rId632" Type="http://schemas.openxmlformats.org/officeDocument/2006/relationships/image" Target="media/image624.jpg"/><Relationship Id="rId633" Type="http://schemas.openxmlformats.org/officeDocument/2006/relationships/image" Target="media/image625.png"/><Relationship Id="rId634" Type="http://schemas.openxmlformats.org/officeDocument/2006/relationships/image" Target="media/image626.png"/><Relationship Id="rId635" Type="http://schemas.openxmlformats.org/officeDocument/2006/relationships/image" Target="media/image627.png"/><Relationship Id="rId636" Type="http://schemas.openxmlformats.org/officeDocument/2006/relationships/image" Target="media/image628.png"/><Relationship Id="rId637" Type="http://schemas.openxmlformats.org/officeDocument/2006/relationships/image" Target="media/image629.png"/><Relationship Id="rId638" Type="http://schemas.openxmlformats.org/officeDocument/2006/relationships/image" Target="media/image630.png"/><Relationship Id="rId639" Type="http://schemas.openxmlformats.org/officeDocument/2006/relationships/image" Target="media/image631.png"/><Relationship Id="rId640" Type="http://schemas.openxmlformats.org/officeDocument/2006/relationships/image" Target="media/image632.png"/><Relationship Id="rId641" Type="http://schemas.openxmlformats.org/officeDocument/2006/relationships/image" Target="media/image633.png"/><Relationship Id="rId642" Type="http://schemas.openxmlformats.org/officeDocument/2006/relationships/image" Target="media/image634.png"/><Relationship Id="rId643" Type="http://schemas.openxmlformats.org/officeDocument/2006/relationships/image" Target="media/image635.png"/><Relationship Id="rId644" Type="http://schemas.openxmlformats.org/officeDocument/2006/relationships/image" Target="media/image636.png"/><Relationship Id="rId645" Type="http://schemas.openxmlformats.org/officeDocument/2006/relationships/image" Target="media/image637.png"/><Relationship Id="rId646" Type="http://schemas.openxmlformats.org/officeDocument/2006/relationships/image" Target="media/image638.png"/><Relationship Id="rId647" Type="http://schemas.openxmlformats.org/officeDocument/2006/relationships/image" Target="media/image639.png"/><Relationship Id="rId648" Type="http://schemas.openxmlformats.org/officeDocument/2006/relationships/image" Target="media/image640.png"/><Relationship Id="rId649" Type="http://schemas.openxmlformats.org/officeDocument/2006/relationships/image" Target="media/image641.png"/><Relationship Id="rId650" Type="http://schemas.openxmlformats.org/officeDocument/2006/relationships/image" Target="media/image642.png"/><Relationship Id="rId651" Type="http://schemas.openxmlformats.org/officeDocument/2006/relationships/image" Target="media/image643.jpg"/><Relationship Id="rId652" Type="http://schemas.openxmlformats.org/officeDocument/2006/relationships/image" Target="media/image644.jpg"/><Relationship Id="rId653" Type="http://schemas.openxmlformats.org/officeDocument/2006/relationships/image" Target="media/image645.png"/><Relationship Id="rId654" Type="http://schemas.openxmlformats.org/officeDocument/2006/relationships/image" Target="media/image646.png"/><Relationship Id="rId655" Type="http://schemas.openxmlformats.org/officeDocument/2006/relationships/image" Target="media/image647.png"/><Relationship Id="rId656" Type="http://schemas.openxmlformats.org/officeDocument/2006/relationships/image" Target="media/image648.png"/><Relationship Id="rId657" Type="http://schemas.openxmlformats.org/officeDocument/2006/relationships/image" Target="media/image649.png"/><Relationship Id="rId658" Type="http://schemas.openxmlformats.org/officeDocument/2006/relationships/image" Target="media/image650.png"/><Relationship Id="rId659" Type="http://schemas.openxmlformats.org/officeDocument/2006/relationships/image" Target="media/image651.png"/><Relationship Id="rId660" Type="http://schemas.openxmlformats.org/officeDocument/2006/relationships/image" Target="media/image652.png"/><Relationship Id="rId661" Type="http://schemas.openxmlformats.org/officeDocument/2006/relationships/image" Target="media/image653.png"/><Relationship Id="rId662" Type="http://schemas.openxmlformats.org/officeDocument/2006/relationships/image" Target="media/image654.png"/><Relationship Id="rId663" Type="http://schemas.openxmlformats.org/officeDocument/2006/relationships/image" Target="media/image655.png"/><Relationship Id="rId664" Type="http://schemas.openxmlformats.org/officeDocument/2006/relationships/image" Target="media/image656.png"/><Relationship Id="rId665" Type="http://schemas.openxmlformats.org/officeDocument/2006/relationships/image" Target="media/image657.png"/><Relationship Id="rId666" Type="http://schemas.openxmlformats.org/officeDocument/2006/relationships/image" Target="media/image658.png"/><Relationship Id="rId667" Type="http://schemas.openxmlformats.org/officeDocument/2006/relationships/image" Target="media/image659.png"/><Relationship Id="rId668" Type="http://schemas.openxmlformats.org/officeDocument/2006/relationships/image" Target="media/image660.png"/><Relationship Id="rId669" Type="http://schemas.openxmlformats.org/officeDocument/2006/relationships/image" Target="media/image66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