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0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1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2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3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hr_04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 - A-B-C-D-E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 - F-G-H-I-J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0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1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2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3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4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5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6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7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8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hr_09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- A-B-C-D-E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- F-G-H-I-J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 - K-L-M-N-O.jp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0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1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2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3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4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5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6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7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8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09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0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1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2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3.pn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hr_14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.jp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0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1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2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hr_03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0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1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2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hr_03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0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1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2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hr_03.pn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0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1.pn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2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hr_03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0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1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2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3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4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5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hr_06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0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hr_01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1.jp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0.pn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1_hr_01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2.jp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0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2_hr_01.pn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3.jp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0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8" name="Picture 7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3_hr_01.png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79" name="Picture 7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4.jpg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0" name="Picture 8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4_hr_00.png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1" name="Picture 8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5.jpg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82" name="Picture 8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0.png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83" name="Picture 8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1.png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84" name="Picture 8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2.png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85" name="Picture 8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3.png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86" name="Picture 8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4.png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69438"/>
            <wp:docPr id="87" name="Picture 8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5_hr_05.png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6943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8" name="Picture 8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6.jpg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89" name="Picture 8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0.png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0" name="Picture 9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1.png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1" name="Picture 9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2.png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2" name="Picture 9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6_hr_03.png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3" name="Picture 9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7.jpg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4" name="Picture 9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0.png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95" name="Picture 9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1.png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6" name="Picture 9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7_hr_02.png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97" name="Picture 9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8.jpg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8" name="Picture 9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8_hr_00.png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jp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jpg"/><Relationship Id="rId18" Type="http://schemas.openxmlformats.org/officeDocument/2006/relationships/image" Target="media/image10.jp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jpg"/><Relationship Id="rId31" Type="http://schemas.openxmlformats.org/officeDocument/2006/relationships/image" Target="media/image23.jp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png"/><Relationship Id="rId46" Type="http://schemas.openxmlformats.org/officeDocument/2006/relationships/image" Target="media/image38.png"/><Relationship Id="rId47" Type="http://schemas.openxmlformats.org/officeDocument/2006/relationships/image" Target="media/image39.jp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jp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jp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png"/><Relationship Id="rId62" Type="http://schemas.openxmlformats.org/officeDocument/2006/relationships/image" Target="media/image54.jpg"/><Relationship Id="rId63" Type="http://schemas.openxmlformats.org/officeDocument/2006/relationships/image" Target="media/image55.png"/><Relationship Id="rId64" Type="http://schemas.openxmlformats.org/officeDocument/2006/relationships/image" Target="media/image56.pn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jp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jp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jpg"/><Relationship Id="rId79" Type="http://schemas.openxmlformats.org/officeDocument/2006/relationships/image" Target="media/image71.png"/><Relationship Id="rId80" Type="http://schemas.openxmlformats.org/officeDocument/2006/relationships/image" Target="media/image72.png"/><Relationship Id="rId81" Type="http://schemas.openxmlformats.org/officeDocument/2006/relationships/image" Target="media/image73.jpg"/><Relationship Id="rId82" Type="http://schemas.openxmlformats.org/officeDocument/2006/relationships/image" Target="media/image74.png"/><Relationship Id="rId83" Type="http://schemas.openxmlformats.org/officeDocument/2006/relationships/image" Target="media/image75.png"/><Relationship Id="rId84" Type="http://schemas.openxmlformats.org/officeDocument/2006/relationships/image" Target="media/image76.jpg"/><Relationship Id="rId85" Type="http://schemas.openxmlformats.org/officeDocument/2006/relationships/image" Target="media/image77.png"/><Relationship Id="rId86" Type="http://schemas.openxmlformats.org/officeDocument/2006/relationships/image" Target="media/image78.png"/><Relationship Id="rId87" Type="http://schemas.openxmlformats.org/officeDocument/2006/relationships/image" Target="media/image79.jpg"/><Relationship Id="rId88" Type="http://schemas.openxmlformats.org/officeDocument/2006/relationships/image" Target="media/image80.png"/><Relationship Id="rId89" Type="http://schemas.openxmlformats.org/officeDocument/2006/relationships/image" Target="media/image81.jpg"/><Relationship Id="rId90" Type="http://schemas.openxmlformats.org/officeDocument/2006/relationships/image" Target="media/image82.png"/><Relationship Id="rId91" Type="http://schemas.openxmlformats.org/officeDocument/2006/relationships/image" Target="media/image83.png"/><Relationship Id="rId92" Type="http://schemas.openxmlformats.org/officeDocument/2006/relationships/image" Target="media/image84.png"/><Relationship Id="rId93" Type="http://schemas.openxmlformats.org/officeDocument/2006/relationships/image" Target="media/image85.png"/><Relationship Id="rId94" Type="http://schemas.openxmlformats.org/officeDocument/2006/relationships/image" Target="media/image86.png"/><Relationship Id="rId95" Type="http://schemas.openxmlformats.org/officeDocument/2006/relationships/image" Target="media/image87.png"/><Relationship Id="rId96" Type="http://schemas.openxmlformats.org/officeDocument/2006/relationships/image" Target="media/image88.jpg"/><Relationship Id="rId97" Type="http://schemas.openxmlformats.org/officeDocument/2006/relationships/image" Target="media/image89.png"/><Relationship Id="rId98" Type="http://schemas.openxmlformats.org/officeDocument/2006/relationships/image" Target="media/image90.png"/><Relationship Id="rId99" Type="http://schemas.openxmlformats.org/officeDocument/2006/relationships/image" Target="media/image91.png"/><Relationship Id="rId100" Type="http://schemas.openxmlformats.org/officeDocument/2006/relationships/image" Target="media/image92.png"/><Relationship Id="rId101" Type="http://schemas.openxmlformats.org/officeDocument/2006/relationships/image" Target="media/image93.jpg"/><Relationship Id="rId102" Type="http://schemas.openxmlformats.org/officeDocument/2006/relationships/image" Target="media/image94.png"/><Relationship Id="rId103" Type="http://schemas.openxmlformats.org/officeDocument/2006/relationships/image" Target="media/image95.png"/><Relationship Id="rId104" Type="http://schemas.openxmlformats.org/officeDocument/2006/relationships/image" Target="media/image96.png"/><Relationship Id="rId105" Type="http://schemas.openxmlformats.org/officeDocument/2006/relationships/image" Target="media/image97.jpg"/><Relationship Id="rId106" Type="http://schemas.openxmlformats.org/officeDocument/2006/relationships/image" Target="media/image9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