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50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50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51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1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51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4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5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6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7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8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9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52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2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52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3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53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3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53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3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54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4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54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0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1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2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3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55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5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55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0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1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2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3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4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5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6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7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8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9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56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6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56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0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1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2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3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4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5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6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7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8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9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57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7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57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0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1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2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3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4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5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6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7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8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9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58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8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58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0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1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2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3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4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5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6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7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8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9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59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9.jp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59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0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1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2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3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4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5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6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7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8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9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60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0.jp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60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0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1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2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3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4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5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6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7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8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9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61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1 (1).jp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1 (2).jp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61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0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1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2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3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4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5.pn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6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7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8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9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10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11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12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13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14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62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2.jp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62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0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1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2.p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3.p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4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5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6.p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7.p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8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63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3.jp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63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0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1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2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3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4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5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6.p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7.p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8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9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0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1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5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3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4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5.p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6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7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8.pn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9.pn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20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64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4.jp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64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0.pn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1.pn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2.pn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3.p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4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5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6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7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8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9.pn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0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1.pn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2.pn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3.pn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4.png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5.png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6.png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7.png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65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5.jpg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2.16: Volumes Contados - Ponto 65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0.png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68" name="Picture 1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1.png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2.png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70" name="Picture 1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3.png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71" name="Picture 1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4.png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5.png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73" name="Picture 1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6.png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74" name="Picture 1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7.png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75" name="Picture 1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8.png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76" name="Picture 1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9.png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77" name="Picture 1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0.png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78" name="Picture 1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1.png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79" name="Picture 1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2.png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80" name="Picture 1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3.png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81" name="Picture 1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4.png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82" name="Picture 1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5.png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83" name="Picture 1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6.png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84" name="Picture 1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7.png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66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5" name="Picture 1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6.jpg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2.17: Volumes Contados - Ponto 66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86" name="Picture 1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0.png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87" name="Picture 1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1.png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88" name="Picture 1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2.png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89" name="Picture 1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3.png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90" name="Picture 1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4.png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91" name="Picture 1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5.png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92" name="Picture 1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6.png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93" name="Picture 1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7.png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94" name="Picture 1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8.png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95" name="Picture 1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9.png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96" name="Picture 1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0.png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97" name="Picture 1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1.png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98" name="Picture 1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2.png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99" name="Picture 1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3.png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200" name="Picture 2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4.png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01" name="Picture 2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5.png"/>
                    <pic:cNvPicPr/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02" name="Picture 2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6.png"/>
                    <pic:cNvPicPr/>
                  </pic:nvPicPr>
                  <pic:blipFill>
                    <a:blip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03" name="Picture 2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7.png"/>
                    <pic:cNvPicPr/>
                  </pic:nvPicPr>
                  <pic:blipFill>
                    <a:blip r:embed="rId2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04" name="Picture 2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8.png"/>
                    <pic:cNvPicPr/>
                  </pic:nvPicPr>
                  <pic:blipFill>
                    <a:blip r:embed="rId2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05" name="Picture 2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9.png"/>
                    <pic:cNvPicPr/>
                  </pic:nvPicPr>
                  <pic:blipFill>
                    <a:blip r:embed="rId2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06" name="Picture 2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20.png"/>
                    <pic:cNvPicPr/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67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7" name="Picture 2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7.jpg"/>
                    <pic:cNvPicPr/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2.18: Volumes Contados - Ponto 67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8" name="Picture 2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0.png"/>
                    <pic:cNvPicPr/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9" name="Picture 2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1.png"/>
                    <pic:cNvPicPr/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0" name="Picture 2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2.png"/>
                    <pic:cNvPicPr/>
                  </pic:nvPicPr>
                  <pic:blipFill>
                    <a:blip r:embed="rId2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1" name="Picture 2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3.png"/>
                    <pic:cNvPicPr/>
                  </pic:nvPicPr>
                  <pic:blipFill>
                    <a:blip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2" name="Picture 2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4.png"/>
                    <pic:cNvPicPr/>
                  </pic:nvPicPr>
                  <pic:blipFill>
                    <a:blip r:embed="rId2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3" name="Picture 2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5.png"/>
                    <pic:cNvPicPr/>
                  </pic:nvPicPr>
                  <pic:blipFill>
                    <a:blip r:embed="rId2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4" name="Picture 2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6.png"/>
                    <pic:cNvPicPr/>
                  </pic:nvPicPr>
                  <pic:blipFill>
                    <a:blip r:embed="rId2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5" name="Picture 2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7.png"/>
                    <pic:cNvPicPr/>
                  </pic:nvPicPr>
                  <pic:blipFill>
                    <a:blip r:embed="rId2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16" name="Picture 2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8.png"/>
                    <pic:cNvPicPr/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7" name="Picture 2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9.png"/>
                    <pic:cNvPicPr/>
                  </pic:nvPicPr>
                  <pic:blipFill>
                    <a:blip r:embed="rId2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8" name="Picture 2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10.png"/>
                    <pic:cNvPicPr/>
                  </pic:nvPicPr>
                  <pic:blipFill>
                    <a:blip r:embed="rId2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9" name="Picture 2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11.png"/>
                    <pic:cNvPicPr/>
                  </pic:nvPicPr>
                  <pic:blipFill>
                    <a:blip r:embed="rId2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68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0" name="Picture 2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8.jpg"/>
                    <pic:cNvPicPr/>
                  </pic:nvPicPr>
                  <pic:blipFill>
                    <a:blip r:embed="rId2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2.19: Volumes Contados - Ponto 68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1" name="Picture 2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8_00.png"/>
                    <pic:cNvPicPr/>
                  </pic:nvPicPr>
                  <pic:blipFill>
                    <a:blip r:embed="rId2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2" name="Picture 2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8_01.png"/>
                    <pic:cNvPicPr/>
                  </pic:nvPicPr>
                  <pic:blipFill>
                    <a:blip r:embed="rId2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3" name="Picture 2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8_02.png"/>
                    <pic:cNvPicPr/>
                  </pic:nvPicPr>
                  <pic:blipFill>
                    <a:blip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4" name="Picture 2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8_03.png"/>
                    <pic:cNvPicPr/>
                  </pic:nvPicPr>
                  <pic:blipFill>
                    <a:blip r:embed="rId2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69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5" name="Picture 2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9.jpg"/>
                    <pic:cNvPicPr/>
                  </pic:nvPicPr>
                  <pic:blipFill>
                    <a:blip r:embed="rId2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2.20: Volumes Contados - Ponto 69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6" name="Picture 2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9_00.png"/>
                    <pic:cNvPicPr/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7" name="Picture 2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9_01.png"/>
                    <pic:cNvPicPr/>
                  </pic:nvPicPr>
                  <pic:blipFill>
                    <a:blip r:embed="rId2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8" name="Picture 2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9_02.png"/>
                    <pic:cNvPicPr/>
                  </pic:nvPicPr>
                  <pic:blipFill>
                    <a:blip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9" name="Picture 2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9_03.png"/>
                    <pic:cNvPicPr/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2.21: Movimentos Contados - Ponto 70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0" name="Picture 2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0 (1).jpg"/>
                    <pic:cNvPicPr/>
                  </pic:nvPicPr>
                  <pic:blipFill>
                    <a:blip r:embed="rId2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1" name="Picture 2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0 (2).jpg"/>
                    <pic:cNvPicPr/>
                  </pic:nvPicPr>
                  <pic:blipFill>
                    <a:blip r:embed="rId2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2.21: Volumes Contados - Ponto 70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2" name="Picture 2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0.png"/>
                    <pic:cNvPicPr/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3" name="Picture 2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1.png"/>
                    <pic:cNvPicPr/>
                  </pic:nvPicPr>
                  <pic:blipFill>
                    <a:blip r:embed="rId2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4" name="Picture 2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2.png"/>
                    <pic:cNvPicPr/>
                  </pic:nvPicPr>
                  <pic:blipFill>
                    <a:blip r:embed="rId2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5" name="Picture 2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3.png"/>
                    <pic:cNvPicPr/>
                  </pic:nvPicPr>
                  <pic:blipFill>
                    <a:blip r:embed="rId2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6" name="Picture 2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4.png"/>
                    <pic:cNvPicPr/>
                  </pic:nvPicPr>
                  <pic:blipFill>
                    <a:blip r:embed="rId2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7" name="Picture 2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5.png"/>
                    <pic:cNvPicPr/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8" name="Picture 2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6.png"/>
                    <pic:cNvPicPr/>
                  </pic:nvPicPr>
                  <pic:blipFill>
                    <a:blip r:embed="rId2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9" name="Picture 2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7.png"/>
                    <pic:cNvPicPr/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0" name="Picture 2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8.png"/>
                    <pic:cNvPicPr/>
                  </pic:nvPicPr>
                  <pic:blipFill>
                    <a:blip r:embed="rId2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1" name="Picture 2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9.png"/>
                    <pic:cNvPicPr/>
                  </pic:nvPicPr>
                  <pic:blipFill>
                    <a:blip r:embed="rId2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2" name="Picture 2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0.png"/>
                    <pic:cNvPicPr/>
                  </pic:nvPicPr>
                  <pic:blipFill>
                    <a:blip r:embed="rId2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3" name="Picture 2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1.png"/>
                    <pic:cNvPicPr/>
                  </pic:nvPicPr>
                  <pic:blipFill>
                    <a:blip r:embed="rId2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4" name="Picture 2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2.png"/>
                    <pic:cNvPicPr/>
                  </pic:nvPicPr>
                  <pic:blipFill>
                    <a:blip r:embed="rId2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5" name="Picture 2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3.png"/>
                    <pic:cNvPicPr/>
                  </pic:nvPicPr>
                  <pic:blipFill>
                    <a:blip r:embed="rId2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46" name="Picture 2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4.png"/>
                    <pic:cNvPicPr/>
                  </pic:nvPicPr>
                  <pic:blipFill>
                    <a:blip r:embed="rId2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7" name="Picture 2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5.png"/>
                    <pic:cNvPicPr/>
                  </pic:nvPicPr>
                  <pic:blipFill>
                    <a:blip r:embed="rId2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8" name="Picture 2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6.png"/>
                    <pic:cNvPicPr/>
                  </pic:nvPicPr>
                  <pic:blipFill>
                    <a:blip r:embed="rId2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9" name="Picture 2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7.png"/>
                    <pic:cNvPicPr/>
                  </pic:nvPicPr>
                  <pic:blipFill>
                    <a:blip r:embed="rId2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2.22: Movimentos Contados - Ponto 71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0" name="Picture 2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.jpg"/>
                    <pic:cNvPicPr/>
                  </pic:nvPicPr>
                  <pic:blipFill>
                    <a:blip r:embed="rId2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2.22: Volumes Contados - Ponto 71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1" name="Picture 2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0.png"/>
                    <pic:cNvPicPr/>
                  </pic:nvPicPr>
                  <pic:blipFill>
                    <a:blip r:embed="rId2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52" name="Picture 2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1.png"/>
                    <pic:cNvPicPr/>
                  </pic:nvPicPr>
                  <pic:blipFill>
                    <a:blip r:embed="rId2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3" name="Picture 2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2.png"/>
                    <pic:cNvPicPr/>
                  </pic:nvPicPr>
                  <pic:blipFill>
                    <a:blip r:embed="rId2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4" name="Picture 2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3.png"/>
                    <pic:cNvPicPr/>
                  </pic:nvPicPr>
                  <pic:blipFill>
                    <a:blip r:embed="rId2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5" name="Picture 2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4.png"/>
                    <pic:cNvPicPr/>
                  </pic:nvPicPr>
                  <pic:blipFill>
                    <a:blip r:embed="rId2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6" name="Picture 2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5.png"/>
                    <pic:cNvPicPr/>
                  </pic:nvPicPr>
                  <pic:blipFill>
                    <a:blip r:embed="rId2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2.23: Movimentos Contados - Ponto 72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7" name="Picture 2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2.jpg"/>
                    <pic:cNvPicPr/>
                  </pic:nvPicPr>
                  <pic:blipFill>
                    <a:blip r:embed="rId2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2.23: Volumes Contados - Ponto 72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8" name="Picture 2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0.png"/>
                    <pic:cNvPicPr/>
                  </pic:nvPicPr>
                  <pic:blipFill>
                    <a:blip r:embed="rId2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59" name="Picture 2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1.png"/>
                    <pic:cNvPicPr/>
                  </pic:nvPicPr>
                  <pic:blipFill>
                    <a:blip r:embed="rId2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0" name="Picture 2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2.png"/>
                    <pic:cNvPicPr/>
                  </pic:nvPicPr>
                  <pic:blipFill>
                    <a:blip r:embed="rId2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1" name="Picture 2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3.png"/>
                    <pic:cNvPicPr/>
                  </pic:nvPicPr>
                  <pic:blipFill>
                    <a:blip r:embed="rId2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2.24: Movimentos Contados - Ponto 73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9767"/>
            <wp:docPr id="262" name="Picture 2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3.jpg"/>
                    <pic:cNvPicPr/>
                  </pic:nvPicPr>
                  <pic:blipFill>
                    <a:blip r:embed="rId2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976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2.24: Volumes Contados - Ponto 73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3" name="Picture 2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0.png"/>
                    <pic:cNvPicPr/>
                  </pic:nvPicPr>
                  <pic:blipFill>
                    <a:blip r:embed="rId2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64" name="Picture 2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1.png"/>
                    <pic:cNvPicPr/>
                  </pic:nvPicPr>
                  <pic:blipFill>
                    <a:blip r:embed="rId2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5" name="Picture 2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2.png"/>
                    <pic:cNvPicPr/>
                  </pic:nvPicPr>
                  <pic:blipFill>
                    <a:blip r:embed="rId2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6" name="Picture 2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3.png"/>
                    <pic:cNvPicPr/>
                  </pic:nvPicPr>
                  <pic:blipFill>
                    <a:blip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2.25: Movimentos Contados - Ponto 74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7" name="Picture 2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.jpg"/>
                    <pic:cNvPicPr/>
                  </pic:nvPicPr>
                  <pic:blipFill>
                    <a:blip r:embed="rId2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2.25: Volumes Contados - Ponto 74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268" name="Picture 2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0.png"/>
                    <pic:cNvPicPr/>
                  </pic:nvPicPr>
                  <pic:blipFill>
                    <a:blip r:embed="rId2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69" name="Picture 2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1.png"/>
                    <pic:cNvPicPr/>
                  </pic:nvPicPr>
                  <pic:blipFill>
                    <a:blip r:embed="rId2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70" name="Picture 2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2.png"/>
                    <pic:cNvPicPr/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71" name="Picture 2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3.png"/>
                    <pic:cNvPicPr/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72" name="Picture 2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4.png"/>
                    <pic:cNvPicPr/>
                  </pic:nvPicPr>
                  <pic:blipFill>
                    <a:blip r:embed="rId2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73" name="Picture 2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5.png"/>
                    <pic:cNvPicPr/>
                  </pic:nvPicPr>
                  <pic:blipFill>
                    <a:blip r:embed="rId2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274" name="Picture 2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6.png"/>
                    <pic:cNvPicPr/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75" name="Picture 2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7.png"/>
                    <pic:cNvPicPr/>
                  </pic:nvPicPr>
                  <pic:blipFill>
                    <a:blip r:embed="rId2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76" name="Picture 2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8.png"/>
                    <pic:cNvPicPr/>
                  </pic:nvPicPr>
                  <pic:blipFill>
                    <a:blip r:embed="rId2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77" name="Picture 2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9.png"/>
                    <pic:cNvPicPr/>
                  </pic:nvPicPr>
                  <pic:blipFill>
                    <a:blip r:embed="rId2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78" name="Picture 2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0.png"/>
                    <pic:cNvPicPr/>
                  </pic:nvPicPr>
                  <pic:blipFill>
                    <a:blip r:embed="rId2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79" name="Picture 2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1.png"/>
                    <pic:cNvPicPr/>
                  </pic:nvPicPr>
                  <pic:blipFill>
                    <a:blip r:embed="rId2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280" name="Picture 2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2.png"/>
                    <pic:cNvPicPr/>
                  </pic:nvPicPr>
                  <pic:blipFill>
                    <a:blip r:embed="rId2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81" name="Picture 2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3.png"/>
                    <pic:cNvPicPr/>
                  </pic:nvPicPr>
                  <pic:blipFill>
                    <a:blip r:embed="rId2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82" name="Picture 2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4.png"/>
                    <pic:cNvPicPr/>
                  </pic:nvPicPr>
                  <pic:blipFill>
                    <a:blip r:embed="rId2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83" name="Picture 2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5.png"/>
                    <pic:cNvPicPr/>
                  </pic:nvPicPr>
                  <pic:blipFill>
                    <a:blip r:embed="rId2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84" name="Picture 2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6.png"/>
                    <pic:cNvPicPr/>
                  </pic:nvPicPr>
                  <pic:blipFill>
                    <a:blip r:embed="rId2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85" name="Picture 2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7.png"/>
                    <pic:cNvPicPr/>
                  </pic:nvPicPr>
                  <pic:blipFill>
                    <a:blip r:embed="rId2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2.26: Movimentos Contados - Ponto 75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6" name="Picture 2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5.jpg"/>
                    <pic:cNvPicPr/>
                  </pic:nvPicPr>
                  <pic:blipFill>
                    <a:blip r:embed="rId2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2.26: Volumes Contados - Ponto 75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287" name="Picture 2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0.png"/>
                    <pic:cNvPicPr/>
                  </pic:nvPicPr>
                  <pic:blipFill>
                    <a:blip r:embed="rId2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88" name="Picture 2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1.png"/>
                    <pic:cNvPicPr/>
                  </pic:nvPicPr>
                  <pic:blipFill>
                    <a:blip r:embed="rId2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89" name="Picture 2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2.png"/>
                    <pic:cNvPicPr/>
                  </pic:nvPicPr>
                  <pic:blipFill>
                    <a:blip r:embed="rId2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90" name="Picture 2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3.png"/>
                    <pic:cNvPicPr/>
                  </pic:nvPicPr>
                  <pic:blipFill>
                    <a:blip r:embed="rId2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91" name="Picture 2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4.png"/>
                    <pic:cNvPicPr/>
                  </pic:nvPicPr>
                  <pic:blipFill>
                    <a:blip r:embed="rId2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92" name="Picture 2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5.png"/>
                    <pic:cNvPicPr/>
                  </pic:nvPicPr>
                  <pic:blipFill>
                    <a:blip r:embed="rId2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93" name="Picture 2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6.png"/>
                    <pic:cNvPicPr/>
                  </pic:nvPicPr>
                  <pic:blipFill>
                    <a:blip r:embed="rId3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294" name="Picture 2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7.png"/>
                    <pic:cNvPicPr/>
                  </pic:nvPicPr>
                  <pic:blipFill>
                    <a:blip r:embed="rId3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95" name="Picture 2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8.png"/>
                    <pic:cNvPicPr/>
                  </pic:nvPicPr>
                  <pic:blipFill>
                    <a:blip r:embed="rId3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96" name="Picture 2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9.png"/>
                    <pic:cNvPicPr/>
                  </pic:nvPicPr>
                  <pic:blipFill>
                    <a:blip r:embed="rId3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97" name="Picture 2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10.png"/>
                    <pic:cNvPicPr/>
                  </pic:nvPicPr>
                  <pic:blipFill>
                    <a:blip r:embed="rId3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98" name="Picture 2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11.png"/>
                    <pic:cNvPicPr/>
                  </pic:nvPicPr>
                  <pic:blipFill>
                    <a:blip r:embed="rId3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99" name="Picture 2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12.png"/>
                    <pic:cNvPicPr/>
                  </pic:nvPicPr>
                  <pic:blipFill>
                    <a:blip r:embed="rId3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0" name="Picture 3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13.png"/>
                    <pic:cNvPicPr/>
                  </pic:nvPicPr>
                  <pic:blipFill>
                    <a:blip r:embed="rId3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01" name="Picture 3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14.png"/>
                    <pic:cNvPicPr/>
                  </pic:nvPicPr>
                  <pic:blipFill>
                    <a:blip r:embed="rId3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2" name="Picture 3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15.png"/>
                    <pic:cNvPicPr/>
                  </pic:nvPicPr>
                  <pic:blipFill>
                    <a:blip r:embed="rId3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3" name="Picture 3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16.png"/>
                    <pic:cNvPicPr/>
                  </pic:nvPicPr>
                  <pic:blipFill>
                    <a:blip r:embed="rId3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4" name="Picture 3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17.png"/>
                    <pic:cNvPicPr/>
                  </pic:nvPicPr>
                  <pic:blipFill>
                    <a:blip r:embed="rId3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5" name="Picture 3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18.png"/>
                    <pic:cNvPicPr/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6" name="Picture 3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19.png"/>
                    <pic:cNvPicPr/>
                  </pic:nvPicPr>
                  <pic:blipFill>
                    <a:blip r:embed="rId3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7" name="Picture 3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20.png"/>
                    <pic:cNvPicPr/>
                  </pic:nvPicPr>
                  <pic:blipFill>
                    <a:blip r:embed="rId3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2.27: Movimentos Contados - Ponto 76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8" name="Picture 3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6.jpg"/>
                    <pic:cNvPicPr/>
                  </pic:nvPicPr>
                  <pic:blipFill>
                    <a:blip r:embed="rId3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2.27: Volumes Contados - Ponto 76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09" name="Picture 3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0.png"/>
                    <pic:cNvPicPr/>
                  </pic:nvPicPr>
                  <pic:blipFill>
                    <a:blip r:embed="rId3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0" name="Picture 3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1.png"/>
                    <pic:cNvPicPr/>
                  </pic:nvPicPr>
                  <pic:blipFill>
                    <a:blip r:embed="rId3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1" name="Picture 3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2.png"/>
                    <pic:cNvPicPr/>
                  </pic:nvPicPr>
                  <pic:blipFill>
                    <a:blip r:embed="rId3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2" name="Picture 3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3.png"/>
                    <pic:cNvPicPr/>
                  </pic:nvPicPr>
                  <pic:blipFill>
                    <a:blip r:embed="rId3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3" name="Picture 3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4.png"/>
                    <pic:cNvPicPr/>
                  </pic:nvPicPr>
                  <pic:blipFill>
                    <a:blip r:embed="rId3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4" name="Picture 3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5.png"/>
                    <pic:cNvPicPr/>
                  </pic:nvPicPr>
                  <pic:blipFill>
                    <a:blip r:embed="rId3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5" name="Picture 3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6.png"/>
                    <pic:cNvPicPr/>
                  </pic:nvPicPr>
                  <pic:blipFill>
                    <a:blip r:embed="rId3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16" name="Picture 3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7.png"/>
                    <pic:cNvPicPr/>
                  </pic:nvPicPr>
                  <pic:blipFill>
                    <a:blip r:embed="rId3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7" name="Picture 3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8.png"/>
                    <pic:cNvPicPr/>
                  </pic:nvPicPr>
                  <pic:blipFill>
                    <a:blip r:embed="rId3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8" name="Picture 3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9.png"/>
                    <pic:cNvPicPr/>
                  </pic:nvPicPr>
                  <pic:blipFill>
                    <a:blip r:embed="rId3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9" name="Picture 3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0.png"/>
                    <pic:cNvPicPr/>
                  </pic:nvPicPr>
                  <pic:blipFill>
                    <a:blip r:embed="rId3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0" name="Picture 3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1.png"/>
                    <pic:cNvPicPr/>
                  </pic:nvPicPr>
                  <pic:blipFill>
                    <a:blip r:embed="rId3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1" name="Picture 3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2.png"/>
                    <pic:cNvPicPr/>
                  </pic:nvPicPr>
                  <pic:blipFill>
                    <a:blip r:embed="rId3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2" name="Picture 3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3.png"/>
                    <pic:cNvPicPr/>
                  </pic:nvPicPr>
                  <pic:blipFill>
                    <a:blip r:embed="rId3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23" name="Picture 3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4.png"/>
                    <pic:cNvPicPr/>
                  </pic:nvPicPr>
                  <pic:blipFill>
                    <a:blip r:embed="rId3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4" name="Picture 3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5.png"/>
                    <pic:cNvPicPr/>
                  </pic:nvPicPr>
                  <pic:blipFill>
                    <a:blip r:embed="rId3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5" name="Picture 3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6.png"/>
                    <pic:cNvPicPr/>
                  </pic:nvPicPr>
                  <pic:blipFill>
                    <a:blip r:embed="rId3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6" name="Picture 3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7.png"/>
                    <pic:cNvPicPr/>
                  </pic:nvPicPr>
                  <pic:blipFill>
                    <a:blip r:embed="rId3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7" name="Picture 3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8.png"/>
                    <pic:cNvPicPr/>
                  </pic:nvPicPr>
                  <pic:blipFill>
                    <a:blip r:embed="rId3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8" name="Picture 3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9.png"/>
                    <pic:cNvPicPr/>
                  </pic:nvPicPr>
                  <pic:blipFill>
                    <a:blip r:embed="rId3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9" name="Picture 3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20.png"/>
                    <pic:cNvPicPr/>
                  </pic:nvPicPr>
                  <pic:blipFill>
                    <a:blip r:embed="rId3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2.28: Movimentos Contados - Ponto 77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30" name="Picture 3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3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2.28: Volumes Contados - Ponto 77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31" name="Picture 3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0.png"/>
                    <pic:cNvPicPr/>
                  </pic:nvPicPr>
                  <pic:blipFill>
                    <a:blip r:embed="rId3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2" name="Picture 3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1.png"/>
                    <pic:cNvPicPr/>
                  </pic:nvPicPr>
                  <pic:blipFill>
                    <a:blip r:embed="rId3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3" name="Picture 3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2.png"/>
                    <pic:cNvPicPr/>
                  </pic:nvPicPr>
                  <pic:blipFill>
                    <a:blip r:embed="rId3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4" name="Picture 3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3.png"/>
                    <pic:cNvPicPr/>
                  </pic:nvPicPr>
                  <pic:blipFill>
                    <a:blip r:embed="rId3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5" name="Picture 3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4.png"/>
                    <pic:cNvPicPr/>
                  </pic:nvPicPr>
                  <pic:blipFill>
                    <a:blip r:embed="rId3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6" name="Picture 3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5.png"/>
                    <pic:cNvPicPr/>
                  </pic:nvPicPr>
                  <pic:blipFill>
                    <a:blip r:embed="rId3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37" name="Picture 3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6.png"/>
                    <pic:cNvPicPr/>
                  </pic:nvPicPr>
                  <pic:blipFill>
                    <a:blip r:embed="rId3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8" name="Picture 3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7.png"/>
                    <pic:cNvPicPr/>
                  </pic:nvPicPr>
                  <pic:blipFill>
                    <a:blip r:embed="rId3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9" name="Picture 3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8.png"/>
                    <pic:cNvPicPr/>
                  </pic:nvPicPr>
                  <pic:blipFill>
                    <a:blip r:embed="rId3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0" name="Picture 3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9.png"/>
                    <pic:cNvPicPr/>
                  </pic:nvPicPr>
                  <pic:blipFill>
                    <a:blip r:embed="rId3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1" name="Picture 3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0.png"/>
                    <pic:cNvPicPr/>
                  </pic:nvPicPr>
                  <pic:blipFill>
                    <a:blip r:embed="rId3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2" name="Picture 3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1.png"/>
                    <pic:cNvPicPr/>
                  </pic:nvPicPr>
                  <pic:blipFill>
                    <a:blip r:embed="rId3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43" name="Picture 3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2.png"/>
                    <pic:cNvPicPr/>
                  </pic:nvPicPr>
                  <pic:blipFill>
                    <a:blip r:embed="rId3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4" name="Picture 3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3.png"/>
                    <pic:cNvPicPr/>
                  </pic:nvPicPr>
                  <pic:blipFill>
                    <a:blip r:embed="rId3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5" name="Picture 3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4.png"/>
                    <pic:cNvPicPr/>
                  </pic:nvPicPr>
                  <pic:blipFill>
                    <a:blip r:embed="rId3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6" name="Picture 3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5.png"/>
                    <pic:cNvPicPr/>
                  </pic:nvPicPr>
                  <pic:blipFill>
                    <a:blip r:embed="rId3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7" name="Picture 3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6.png"/>
                    <pic:cNvPicPr/>
                  </pic:nvPicPr>
                  <pic:blipFill>
                    <a:blip r:embed="rId3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8" name="Picture 3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7.png"/>
                    <pic:cNvPicPr/>
                  </pic:nvPicPr>
                  <pic:blipFill>
                    <a:blip r:embed="rId3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2.29: Movimentos Contados - Ponto 78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9" name="Picture 3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8.jpg"/>
                    <pic:cNvPicPr/>
                  </pic:nvPicPr>
                  <pic:blipFill>
                    <a:blip r:embed="rId3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2.29: Volumes Contados - Ponto 78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50" name="Picture 3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0.png"/>
                    <pic:cNvPicPr/>
                  </pic:nvPicPr>
                  <pic:blipFill>
                    <a:blip r:embed="rId3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51" name="Picture 3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1.png"/>
                    <pic:cNvPicPr/>
                  </pic:nvPicPr>
                  <pic:blipFill>
                    <a:blip r:embed="rId3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2" name="Picture 3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2.png"/>
                    <pic:cNvPicPr/>
                  </pic:nvPicPr>
                  <pic:blipFill>
                    <a:blip r:embed="rId3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2.30: Movimentos Contados - Ponto 79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53" name="Picture 3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9 (1).jpg"/>
                    <pic:cNvPicPr/>
                  </pic:nvPicPr>
                  <pic:blipFill>
                    <a:blip r:embed="rId3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54" name="Picture 3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9 (2).jpg"/>
                    <pic:cNvPicPr/>
                  </pic:nvPicPr>
                  <pic:blipFill>
                    <a:blip r:embed="rId3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2.30: Volumes Contados - Ponto 79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55" name="Picture 3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0.png"/>
                    <pic:cNvPicPr/>
                  </pic:nvPicPr>
                  <pic:blipFill>
                    <a:blip r:embed="rId3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56" name="Picture 3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1.png"/>
                    <pic:cNvPicPr/>
                  </pic:nvPicPr>
                  <pic:blipFill>
                    <a:blip r:embed="rId3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7" name="Picture 3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2.png"/>
                    <pic:cNvPicPr/>
                  </pic:nvPicPr>
                  <pic:blipFill>
                    <a:blip r:embed="rId3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8" name="Picture 3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3.png"/>
                    <pic:cNvPicPr/>
                  </pic:nvPicPr>
                  <pic:blipFill>
                    <a:blip r:embed="rId3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9" name="Picture 3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4.png"/>
                    <pic:cNvPicPr/>
                  </pic:nvPicPr>
                  <pic:blipFill>
                    <a:blip r:embed="rId3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0" name="Picture 3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5.png"/>
                    <pic:cNvPicPr/>
                  </pic:nvPicPr>
                  <pic:blipFill>
                    <a:blip r:embed="rId3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1" name="Picture 3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6.png"/>
                    <pic:cNvPicPr/>
                  </pic:nvPicPr>
                  <pic:blipFill>
                    <a:blip r:embed="rId3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62" name="Picture 3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7.png"/>
                    <pic:cNvPicPr/>
                  </pic:nvPicPr>
                  <pic:blipFill>
                    <a:blip r:embed="rId3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63" name="Picture 3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8.png"/>
                    <pic:cNvPicPr/>
                  </pic:nvPicPr>
                  <pic:blipFill>
                    <a:blip r:embed="rId3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2.31: Movimentos Contados - Ponto 80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4" name="Picture 3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0.jpg"/>
                    <pic:cNvPicPr/>
                  </pic:nvPicPr>
                  <pic:blipFill>
                    <a:blip r:embed="rId3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2.31: Volumes Contados - Ponto 80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65" name="Picture 3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00.png"/>
                    <pic:cNvPicPr/>
                  </pic:nvPicPr>
                  <pic:blipFill>
                    <a:blip r:embed="rId3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66" name="Picture 3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01.png"/>
                    <pic:cNvPicPr/>
                  </pic:nvPicPr>
                  <pic:blipFill>
                    <a:blip r:embed="rId3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2.32: Movimentos Contados - Ponto 81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7" name="Picture 3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1 (1).jpg"/>
                    <pic:cNvPicPr/>
                  </pic:nvPicPr>
                  <pic:blipFill>
                    <a:blip r:embed="rId3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8" name="Picture 3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1 (2).jpg"/>
                    <pic:cNvPicPr/>
                  </pic:nvPicPr>
                  <pic:blipFill>
                    <a:blip r:embed="rId3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2.32: Volumes Contados - Ponto 81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69" name="Picture 3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0.png"/>
                    <pic:cNvPicPr/>
                  </pic:nvPicPr>
                  <pic:blipFill>
                    <a:blip r:embed="rId3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70" name="Picture 3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1.png"/>
                    <pic:cNvPicPr/>
                  </pic:nvPicPr>
                  <pic:blipFill>
                    <a:blip r:embed="rId3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1" name="Picture 3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2.png"/>
                    <pic:cNvPicPr/>
                  </pic:nvPicPr>
                  <pic:blipFill>
                    <a:blip r:embed="rId3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2" name="Picture 3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3.png"/>
                    <pic:cNvPicPr/>
                  </pic:nvPicPr>
                  <pic:blipFill>
                    <a:blip r:embed="rId3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3" name="Picture 3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4.png"/>
                    <pic:cNvPicPr/>
                  </pic:nvPicPr>
                  <pic:blipFill>
                    <a:blip r:embed="rId3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4" name="Picture 3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5.png"/>
                    <pic:cNvPicPr/>
                  </pic:nvPicPr>
                  <pic:blipFill>
                    <a:blip r:embed="rId3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5" name="Picture 3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6.png"/>
                    <pic:cNvPicPr/>
                  </pic:nvPicPr>
                  <pic:blipFill>
                    <a:blip r:embed="rId3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6" name="Picture 3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7.png"/>
                    <pic:cNvPicPr/>
                  </pic:nvPicPr>
                  <pic:blipFill>
                    <a:blip r:embed="rId3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77" name="Picture 3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8.png"/>
                    <pic:cNvPicPr/>
                  </pic:nvPicPr>
                  <pic:blipFill>
                    <a:blip r:embed="rId3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8" name="Picture 3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9.png"/>
                    <pic:cNvPicPr/>
                  </pic:nvPicPr>
                  <pic:blipFill>
                    <a:blip r:embed="rId3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9" name="Picture 3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10.png"/>
                    <pic:cNvPicPr/>
                  </pic:nvPicPr>
                  <pic:blipFill>
                    <a:blip r:embed="rId3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0" name="Picture 3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11.png"/>
                    <pic:cNvPicPr/>
                  </pic:nvPicPr>
                  <pic:blipFill>
                    <a:blip r:embed="rId3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2.33: Movimentos Contados - Ponto 82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81" name="Picture 3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2 (1).jpg"/>
                    <pic:cNvPicPr/>
                  </pic:nvPicPr>
                  <pic:blipFill>
                    <a:blip r:embed="rId3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82" name="Picture 3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2 (2).jpg"/>
                    <pic:cNvPicPr/>
                  </pic:nvPicPr>
                  <pic:blipFill>
                    <a:blip r:embed="rId3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2.33: Volumes Contados - Ponto 82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83" name="Picture 3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0.png"/>
                    <pic:cNvPicPr/>
                  </pic:nvPicPr>
                  <pic:blipFill>
                    <a:blip r:embed="rId3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4" name="Picture 3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1.png"/>
                    <pic:cNvPicPr/>
                  </pic:nvPicPr>
                  <pic:blipFill>
                    <a:blip r:embed="rId3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5" name="Picture 3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2.png"/>
                    <pic:cNvPicPr/>
                  </pic:nvPicPr>
                  <pic:blipFill>
                    <a:blip r:embed="rId3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6" name="Picture 3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3.png"/>
                    <pic:cNvPicPr/>
                  </pic:nvPicPr>
                  <pic:blipFill>
                    <a:blip r:embed="rId3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7" name="Picture 3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4.png"/>
                    <pic:cNvPicPr/>
                  </pic:nvPicPr>
                  <pic:blipFill>
                    <a:blip r:embed="rId3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8" name="Picture 3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5.png"/>
                    <pic:cNvPicPr/>
                  </pic:nvPicPr>
                  <pic:blipFill>
                    <a:blip r:embed="rId3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9" name="Picture 3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6.png"/>
                    <pic:cNvPicPr/>
                  </pic:nvPicPr>
                  <pic:blipFill>
                    <a:blip r:embed="rId3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90" name="Picture 3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7.png"/>
                    <pic:cNvPicPr/>
                  </pic:nvPicPr>
                  <pic:blipFill>
                    <a:blip r:embed="rId3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91" name="Picture 3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8.png"/>
                    <pic:cNvPicPr/>
                  </pic:nvPicPr>
                  <pic:blipFill>
                    <a:blip r:embed="rId3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2" name="Picture 3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9.png"/>
                    <pic:cNvPicPr/>
                  </pic:nvPicPr>
                  <pic:blipFill>
                    <a:blip r:embed="rId3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3" name="Picture 3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10.png"/>
                    <pic:cNvPicPr/>
                  </pic:nvPicPr>
                  <pic:blipFill>
                    <a:blip r:embed="rId4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4" name="Picture 3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11.png"/>
                    <pic:cNvPicPr/>
                  </pic:nvPicPr>
                  <pic:blipFill>
                    <a:blip r:embed="rId4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2.34: Movimentos Contados - Ponto 83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5" name="Picture 3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3 (1).jpg"/>
                    <pic:cNvPicPr/>
                  </pic:nvPicPr>
                  <pic:blipFill>
                    <a:blip r:embed="rId4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6" name="Picture 3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3 (2).jpg"/>
                    <pic:cNvPicPr/>
                  </pic:nvPicPr>
                  <pic:blipFill>
                    <a:blip r:embed="rId4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2.34: Volumes Contados - Ponto 83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97" name="Picture 3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0.png"/>
                    <pic:cNvPicPr/>
                  </pic:nvPicPr>
                  <pic:blipFill>
                    <a:blip r:embed="rId4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98" name="Picture 3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1.png"/>
                    <pic:cNvPicPr/>
                  </pic:nvPicPr>
                  <pic:blipFill>
                    <a:blip r:embed="rId4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9" name="Picture 3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2.png"/>
                    <pic:cNvPicPr/>
                  </pic:nvPicPr>
                  <pic:blipFill>
                    <a:blip r:embed="rId4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0" name="Picture 4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3.png"/>
                    <pic:cNvPicPr/>
                  </pic:nvPicPr>
                  <pic:blipFill>
                    <a:blip r:embed="rId4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1" name="Picture 4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4.png"/>
                    <pic:cNvPicPr/>
                  </pic:nvPicPr>
                  <pic:blipFill>
                    <a:blip r:embed="rId4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2" name="Picture 4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5.png"/>
                    <pic:cNvPicPr/>
                  </pic:nvPicPr>
                  <pic:blipFill>
                    <a:blip r:embed="rId4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3" name="Picture 4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6.png"/>
                    <pic:cNvPicPr/>
                  </pic:nvPicPr>
                  <pic:blipFill>
                    <a:blip r:embed="rId4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04" name="Picture 4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7.png"/>
                    <pic:cNvPicPr/>
                  </pic:nvPicPr>
                  <pic:blipFill>
                    <a:blip r:embed="rId4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05" name="Picture 4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8.png"/>
                    <pic:cNvPicPr/>
                  </pic:nvPicPr>
                  <pic:blipFill>
                    <a:blip r:embed="rId4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6" name="Picture 4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9.png"/>
                    <pic:cNvPicPr/>
                  </pic:nvPicPr>
                  <pic:blipFill>
                    <a:blip r:embed="rId4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7" name="Picture 4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10.png"/>
                    <pic:cNvPicPr/>
                  </pic:nvPicPr>
                  <pic:blipFill>
                    <a:blip r:embed="rId4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8" name="Picture 4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11.png"/>
                    <pic:cNvPicPr/>
                  </pic:nvPicPr>
                  <pic:blipFill>
                    <a:blip r:embed="rId4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2.35: Movimentos Contados - Ponto 84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09" name="Picture 4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4.jpg"/>
                    <pic:cNvPicPr/>
                  </pic:nvPicPr>
                  <pic:blipFill>
                    <a:blip r:embed="rId4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2.35: Volumes Contados - Ponto 84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10" name="Picture 4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0.png"/>
                    <pic:cNvPicPr/>
                  </pic:nvPicPr>
                  <pic:blipFill>
                    <a:blip r:embed="rId4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11" name="Picture 4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1.png"/>
                    <pic:cNvPicPr/>
                  </pic:nvPicPr>
                  <pic:blipFill>
                    <a:blip r:embed="rId4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2.36: Movimentos Contados - Ponto 85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2" name="Picture 4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5 (1).jpg"/>
                    <pic:cNvPicPr/>
                  </pic:nvPicPr>
                  <pic:blipFill>
                    <a:blip r:embed="rId4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3" name="Picture 4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5 (2).jpg"/>
                    <pic:cNvPicPr/>
                  </pic:nvPicPr>
                  <pic:blipFill>
                    <a:blip r:embed="rId4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2.36: Volumes Contados - Ponto 85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14" name="Picture 4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0.png"/>
                    <pic:cNvPicPr/>
                  </pic:nvPicPr>
                  <pic:blipFill>
                    <a:blip r:embed="rId4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15" name="Picture 4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1.png"/>
                    <pic:cNvPicPr/>
                  </pic:nvPicPr>
                  <pic:blipFill>
                    <a:blip r:embed="rId4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6" name="Picture 4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2.png"/>
                    <pic:cNvPicPr/>
                  </pic:nvPicPr>
                  <pic:blipFill>
                    <a:blip r:embed="rId4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7" name="Picture 4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3.png"/>
                    <pic:cNvPicPr/>
                  </pic:nvPicPr>
                  <pic:blipFill>
                    <a:blip r:embed="rId4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8" name="Picture 4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4.png"/>
                    <pic:cNvPicPr/>
                  </pic:nvPicPr>
                  <pic:blipFill>
                    <a:blip r:embed="rId4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9" name="Picture 4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5.png"/>
                    <pic:cNvPicPr/>
                  </pic:nvPicPr>
                  <pic:blipFill>
                    <a:blip r:embed="rId4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0" name="Picture 4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6.png"/>
                    <pic:cNvPicPr/>
                  </pic:nvPicPr>
                  <pic:blipFill>
                    <a:blip r:embed="rId4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2.37: Movimentos Contados - Ponto 86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1" name="Picture 4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6 (1).jpg"/>
                    <pic:cNvPicPr/>
                  </pic:nvPicPr>
                  <pic:blipFill>
                    <a:blip r:embed="rId4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2" name="Picture 4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6 (2).jpg"/>
                    <pic:cNvPicPr/>
                  </pic:nvPicPr>
                  <pic:blipFill>
                    <a:blip r:embed="rId4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3" name="Picture 4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6 (3).jpg"/>
                    <pic:cNvPicPr/>
                  </pic:nvPicPr>
                  <pic:blipFill>
                    <a:blip r:embed="rId4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2.37: Volumes Contados - Ponto 86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4" name="Picture 4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0.png"/>
                    <pic:cNvPicPr/>
                  </pic:nvPicPr>
                  <pic:blipFill>
                    <a:blip r:embed="rId4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25" name="Picture 4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1.png"/>
                    <pic:cNvPicPr/>
                  </pic:nvPicPr>
                  <pic:blipFill>
                    <a:blip r:embed="rId4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6" name="Picture 4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2.png"/>
                    <pic:cNvPicPr/>
                  </pic:nvPicPr>
                  <pic:blipFill>
                    <a:blip r:embed="rId4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7" name="Picture 4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3.png"/>
                    <pic:cNvPicPr/>
                  </pic:nvPicPr>
                  <pic:blipFill>
                    <a:blip r:embed="rId4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8" name="Picture 4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4.png"/>
                    <pic:cNvPicPr/>
                  </pic:nvPicPr>
                  <pic:blipFill>
                    <a:blip r:embed="rId4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9" name="Picture 4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5.png"/>
                    <pic:cNvPicPr/>
                  </pic:nvPicPr>
                  <pic:blipFill>
                    <a:blip r:embed="rId4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0" name="Picture 4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6.png"/>
                    <pic:cNvPicPr/>
                  </pic:nvPicPr>
                  <pic:blipFill>
                    <a:blip r:embed="rId4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31" name="Picture 4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7.png"/>
                    <pic:cNvPicPr/>
                  </pic:nvPicPr>
                  <pic:blipFill>
                    <a:blip r:embed="rId4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2" name="Picture 4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8.png"/>
                    <pic:cNvPicPr/>
                  </pic:nvPicPr>
                  <pic:blipFill>
                    <a:blip r:embed="rId4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3" name="Picture 4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9.png"/>
                    <pic:cNvPicPr/>
                  </pic:nvPicPr>
                  <pic:blipFill>
                    <a:blip r:embed="rId4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4" name="Picture 4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0.png"/>
                    <pic:cNvPicPr/>
                  </pic:nvPicPr>
                  <pic:blipFill>
                    <a:blip r:embed="rId4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5" name="Picture 4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1.png"/>
                    <pic:cNvPicPr/>
                  </pic:nvPicPr>
                  <pic:blipFill>
                    <a:blip r:embed="rId4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6" name="Picture 4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2.png"/>
                    <pic:cNvPicPr/>
                  </pic:nvPicPr>
                  <pic:blipFill>
                    <a:blip r:embed="rId4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7" name="Picture 4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3.png"/>
                    <pic:cNvPicPr/>
                  </pic:nvPicPr>
                  <pic:blipFill>
                    <a:blip r:embed="rId4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38" name="Picture 4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4.png"/>
                    <pic:cNvPicPr/>
                  </pic:nvPicPr>
                  <pic:blipFill>
                    <a:blip r:embed="rId4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9" name="Picture 4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5.png"/>
                    <pic:cNvPicPr/>
                  </pic:nvPicPr>
                  <pic:blipFill>
                    <a:blip r:embed="rId4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0" name="Picture 4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6.png"/>
                    <pic:cNvPicPr/>
                  </pic:nvPicPr>
                  <pic:blipFill>
                    <a:blip r:embed="rId4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1" name="Picture 4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7.png"/>
                    <pic:cNvPicPr/>
                  </pic:nvPicPr>
                  <pic:blipFill>
                    <a:blip r:embed="rId4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2" name="Picture 4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8.png"/>
                    <pic:cNvPicPr/>
                  </pic:nvPicPr>
                  <pic:blipFill>
                    <a:blip r:embed="rId4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3" name="Picture 4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9.png"/>
                    <pic:cNvPicPr/>
                  </pic:nvPicPr>
                  <pic:blipFill>
                    <a:blip r:embed="rId4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4" name="Picture 4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20.png"/>
                    <pic:cNvPicPr/>
                  </pic:nvPicPr>
                  <pic:blipFill>
                    <a:blip r:embed="rId4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2.38: Movimentos Contados - Ponto 87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5" name="Picture 4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7 (1).jpg"/>
                    <pic:cNvPicPr/>
                  </pic:nvPicPr>
                  <pic:blipFill>
                    <a:blip r:embed="rId4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6" name="Picture 4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7 (2).jpg"/>
                    <pic:cNvPicPr/>
                  </pic:nvPicPr>
                  <pic:blipFill>
                    <a:blip r:embed="rId4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2.38: Volumes Contados - Ponto 87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47" name="Picture 4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0.png"/>
                    <pic:cNvPicPr/>
                  </pic:nvPicPr>
                  <pic:blipFill>
                    <a:blip r:embed="rId4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48" name="Picture 4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1.png"/>
                    <pic:cNvPicPr/>
                  </pic:nvPicPr>
                  <pic:blipFill>
                    <a:blip r:embed="rId4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9" name="Picture 4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2.png"/>
                    <pic:cNvPicPr/>
                  </pic:nvPicPr>
                  <pic:blipFill>
                    <a:blip r:embed="rId4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0" name="Picture 4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3.png"/>
                    <pic:cNvPicPr/>
                  </pic:nvPicPr>
                  <pic:blipFill>
                    <a:blip r:embed="rId4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1" name="Picture 4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4.png"/>
                    <pic:cNvPicPr/>
                  </pic:nvPicPr>
                  <pic:blipFill>
                    <a:blip r:embed="rId4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2" name="Picture 4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5.png"/>
                    <pic:cNvPicPr/>
                  </pic:nvPicPr>
                  <pic:blipFill>
                    <a:blip r:embed="rId4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3" name="Picture 4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6.png"/>
                    <pic:cNvPicPr/>
                  </pic:nvPicPr>
                  <pic:blipFill>
                    <a:blip r:embed="rId4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54" name="Picture 4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7.png"/>
                    <pic:cNvPicPr/>
                  </pic:nvPicPr>
                  <pic:blipFill>
                    <a:blip r:embed="rId4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55" name="Picture 4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8.png"/>
                    <pic:cNvPicPr/>
                  </pic:nvPicPr>
                  <pic:blipFill>
                    <a:blip r:embed="rId4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6" name="Picture 4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9.png"/>
                    <pic:cNvPicPr/>
                  </pic:nvPicPr>
                  <pic:blipFill>
                    <a:blip r:embed="rId4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7" name="Picture 4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0.png"/>
                    <pic:cNvPicPr/>
                  </pic:nvPicPr>
                  <pic:blipFill>
                    <a:blip r:embed="rId4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8" name="Picture 4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1.png"/>
                    <pic:cNvPicPr/>
                  </pic:nvPicPr>
                  <pic:blipFill>
                    <a:blip r:embed="rId4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9" name="Picture 4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2.png"/>
                    <pic:cNvPicPr/>
                  </pic:nvPicPr>
                  <pic:blipFill>
                    <a:blip r:embed="rId4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0" name="Picture 4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3.png"/>
                    <pic:cNvPicPr/>
                  </pic:nvPicPr>
                  <pic:blipFill>
                    <a:blip r:embed="rId4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61" name="Picture 4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4.png"/>
                    <pic:cNvPicPr/>
                  </pic:nvPicPr>
                  <pic:blipFill>
                    <a:blip r:embed="rId4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62" name="Picture 4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5.png"/>
                    <pic:cNvPicPr/>
                  </pic:nvPicPr>
                  <pic:blipFill>
                    <a:blip r:embed="rId4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3" name="Picture 4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6.png"/>
                    <pic:cNvPicPr/>
                  </pic:nvPicPr>
                  <pic:blipFill>
                    <a:blip r:embed="rId4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4" name="Picture 4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7.png"/>
                    <pic:cNvPicPr/>
                  </pic:nvPicPr>
                  <pic:blipFill>
                    <a:blip r:embed="rId4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5" name="Picture 4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8.png"/>
                    <pic:cNvPicPr/>
                  </pic:nvPicPr>
                  <pic:blipFill>
                    <a:blip r:embed="rId4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6" name="Picture 4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9.png"/>
                    <pic:cNvPicPr/>
                  </pic:nvPicPr>
                  <pic:blipFill>
                    <a:blip r:embed="rId4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7" name="Picture 4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20.png"/>
                    <pic:cNvPicPr/>
                  </pic:nvPicPr>
                  <pic:blipFill>
                    <a:blip r:embed="rId4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2.39: Movimentos Contados - Ponto 88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8" name="Picture 4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8 (1).jpg"/>
                    <pic:cNvPicPr/>
                  </pic:nvPicPr>
                  <pic:blipFill>
                    <a:blip r:embed="rId4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9" name="Picture 4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8 (2).jpg"/>
                    <pic:cNvPicPr/>
                  </pic:nvPicPr>
                  <pic:blipFill>
                    <a:blip r:embed="rId4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2.39: Volumes Contados - Ponto 88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70" name="Picture 4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0.png"/>
                    <pic:cNvPicPr/>
                  </pic:nvPicPr>
                  <pic:blipFill>
                    <a:blip r:embed="rId4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71" name="Picture 4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1.png"/>
                    <pic:cNvPicPr/>
                  </pic:nvPicPr>
                  <pic:blipFill>
                    <a:blip r:embed="rId4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2" name="Picture 4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2.png"/>
                    <pic:cNvPicPr/>
                  </pic:nvPicPr>
                  <pic:blipFill>
                    <a:blip r:embed="rId4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3" name="Picture 4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3.png"/>
                    <pic:cNvPicPr/>
                  </pic:nvPicPr>
                  <pic:blipFill>
                    <a:blip r:embed="rId4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4" name="Picture 4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4.png"/>
                    <pic:cNvPicPr/>
                  </pic:nvPicPr>
                  <pic:blipFill>
                    <a:blip r:embed="rId4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5" name="Picture 4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5.png"/>
                    <pic:cNvPicPr/>
                  </pic:nvPicPr>
                  <pic:blipFill>
                    <a:blip r:embed="rId4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6" name="Picture 4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6.png"/>
                    <pic:cNvPicPr/>
                  </pic:nvPicPr>
                  <pic:blipFill>
                    <a:blip r:embed="rId4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77" name="Picture 4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7.png"/>
                    <pic:cNvPicPr/>
                  </pic:nvPicPr>
                  <pic:blipFill>
                    <a:blip r:embed="rId4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78" name="Picture 4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8.png"/>
                    <pic:cNvPicPr/>
                  </pic:nvPicPr>
                  <pic:blipFill>
                    <a:blip r:embed="rId4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9" name="Picture 4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9.png"/>
                    <pic:cNvPicPr/>
                  </pic:nvPicPr>
                  <pic:blipFill>
                    <a:blip r:embed="rId4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0" name="Picture 4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0.png"/>
                    <pic:cNvPicPr/>
                  </pic:nvPicPr>
                  <pic:blipFill>
                    <a:blip r:embed="rId4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1" name="Picture 4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1.png"/>
                    <pic:cNvPicPr/>
                  </pic:nvPicPr>
                  <pic:blipFill>
                    <a:blip r:embed="rId4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2" name="Picture 4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2.png"/>
                    <pic:cNvPicPr/>
                  </pic:nvPicPr>
                  <pic:blipFill>
                    <a:blip r:embed="rId4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3" name="Picture 4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3.png"/>
                    <pic:cNvPicPr/>
                  </pic:nvPicPr>
                  <pic:blipFill>
                    <a:blip r:embed="rId4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84" name="Picture 4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4.png"/>
                    <pic:cNvPicPr/>
                  </pic:nvPicPr>
                  <pic:blipFill>
                    <a:blip r:embed="rId4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85" name="Picture 4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5.png"/>
                    <pic:cNvPicPr/>
                  </pic:nvPicPr>
                  <pic:blipFill>
                    <a:blip r:embed="rId4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6" name="Picture 4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6.png"/>
                    <pic:cNvPicPr/>
                  </pic:nvPicPr>
                  <pic:blipFill>
                    <a:blip r:embed="rId4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7" name="Picture 4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7.png"/>
                    <pic:cNvPicPr/>
                  </pic:nvPicPr>
                  <pic:blipFill>
                    <a:blip r:embed="rId4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2.40: Movimentos Contados - Ponto 89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88" name="Picture 4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9 (1).jpg"/>
                    <pic:cNvPicPr/>
                  </pic:nvPicPr>
                  <pic:blipFill>
                    <a:blip r:embed="rId4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89" name="Picture 4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9 (2).jpg"/>
                    <pic:cNvPicPr/>
                  </pic:nvPicPr>
                  <pic:blipFill>
                    <a:blip r:embed="rId4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2.40: Volumes Contados - Ponto 89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90" name="Picture 4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0.png"/>
                    <pic:cNvPicPr/>
                  </pic:nvPicPr>
                  <pic:blipFill>
                    <a:blip r:embed="rId4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91" name="Picture 4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1.png"/>
                    <pic:cNvPicPr/>
                  </pic:nvPicPr>
                  <pic:blipFill>
                    <a:blip r:embed="rId4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2" name="Picture 4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2.png"/>
                    <pic:cNvPicPr/>
                  </pic:nvPicPr>
                  <pic:blipFill>
                    <a:blip r:embed="rId4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3" name="Picture 4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3.png"/>
                    <pic:cNvPicPr/>
                  </pic:nvPicPr>
                  <pic:blipFill>
                    <a:blip r:embed="rId5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4" name="Picture 4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4.png"/>
                    <pic:cNvPicPr/>
                  </pic:nvPicPr>
                  <pic:blipFill>
                    <a:blip r:embed="rId5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5" name="Picture 4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5.png"/>
                    <pic:cNvPicPr/>
                  </pic:nvPicPr>
                  <pic:blipFill>
                    <a:blip r:embed="rId5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6" name="Picture 4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6.png"/>
                    <pic:cNvPicPr/>
                  </pic:nvPicPr>
                  <pic:blipFill>
                    <a:blip r:embed="rId5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97" name="Picture 4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7.png"/>
                    <pic:cNvPicPr/>
                  </pic:nvPicPr>
                  <pic:blipFill>
                    <a:blip r:embed="rId5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98" name="Picture 4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8.png"/>
                    <pic:cNvPicPr/>
                  </pic:nvPicPr>
                  <pic:blipFill>
                    <a:blip r:embed="rId5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9" name="Picture 4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9.png"/>
                    <pic:cNvPicPr/>
                  </pic:nvPicPr>
                  <pic:blipFill>
                    <a:blip r:embed="rId5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0" name="Picture 5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0.png"/>
                    <pic:cNvPicPr/>
                  </pic:nvPicPr>
                  <pic:blipFill>
                    <a:blip r:embed="rId5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1" name="Picture 5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1.png"/>
                    <pic:cNvPicPr/>
                  </pic:nvPicPr>
                  <pic:blipFill>
                    <a:blip r:embed="rId5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2" name="Picture 5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2.png"/>
                    <pic:cNvPicPr/>
                  </pic:nvPicPr>
                  <pic:blipFill>
                    <a:blip r:embed="rId5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3" name="Picture 5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3.png"/>
                    <pic:cNvPicPr/>
                  </pic:nvPicPr>
                  <pic:blipFill>
                    <a:blip r:embed="rId5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4" name="Picture 5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4.png"/>
                    <pic:cNvPicPr/>
                  </pic:nvPicPr>
                  <pic:blipFill>
                    <a:blip r:embed="rId5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05" name="Picture 5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5.png"/>
                    <pic:cNvPicPr/>
                  </pic:nvPicPr>
                  <pic:blipFill>
                    <a:blip r:embed="rId5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6" name="Picture 5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6.png"/>
                    <pic:cNvPicPr/>
                  </pic:nvPicPr>
                  <pic:blipFill>
                    <a:blip r:embed="rId5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7" name="Picture 5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7.png"/>
                    <pic:cNvPicPr/>
                  </pic:nvPicPr>
                  <pic:blipFill>
                    <a:blip r:embed="rId5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2.41: Movimentos Contados - Ponto 90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08" name="Picture 5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0 (1).jpg"/>
                    <pic:cNvPicPr/>
                  </pic:nvPicPr>
                  <pic:blipFill>
                    <a:blip r:embed="rId5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09" name="Picture 5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0 (2).jpg"/>
                    <pic:cNvPicPr/>
                  </pic:nvPicPr>
                  <pic:blipFill>
                    <a:blip r:embed="rId5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2.41: Volumes Contados - Ponto 90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10" name="Picture 5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0.png"/>
                    <pic:cNvPicPr/>
                  </pic:nvPicPr>
                  <pic:blipFill>
                    <a:blip r:embed="rId5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1" name="Picture 5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1.png"/>
                    <pic:cNvPicPr/>
                  </pic:nvPicPr>
                  <pic:blipFill>
                    <a:blip r:embed="rId5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2" name="Picture 5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2.png"/>
                    <pic:cNvPicPr/>
                  </pic:nvPicPr>
                  <pic:blipFill>
                    <a:blip r:embed="rId5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3" name="Picture 5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3.png"/>
                    <pic:cNvPicPr/>
                  </pic:nvPicPr>
                  <pic:blipFill>
                    <a:blip r:embed="rId5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4" name="Picture 5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4.png"/>
                    <pic:cNvPicPr/>
                  </pic:nvPicPr>
                  <pic:blipFill>
                    <a:blip r:embed="rId5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5" name="Picture 5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5.png"/>
                    <pic:cNvPicPr/>
                  </pic:nvPicPr>
                  <pic:blipFill>
                    <a:blip r:embed="rId5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6" name="Picture 5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6.png"/>
                    <pic:cNvPicPr/>
                  </pic:nvPicPr>
                  <pic:blipFill>
                    <a:blip r:embed="rId5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17" name="Picture 5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7.png"/>
                    <pic:cNvPicPr/>
                  </pic:nvPicPr>
                  <pic:blipFill>
                    <a:blip r:embed="rId5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8" name="Picture 5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8.png"/>
                    <pic:cNvPicPr/>
                  </pic:nvPicPr>
                  <pic:blipFill>
                    <a:blip r:embed="rId5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9" name="Picture 5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9.png"/>
                    <pic:cNvPicPr/>
                  </pic:nvPicPr>
                  <pic:blipFill>
                    <a:blip r:embed="rId5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0" name="Picture 5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10.png"/>
                    <pic:cNvPicPr/>
                  </pic:nvPicPr>
                  <pic:blipFill>
                    <a:blip r:embed="rId5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1" name="Picture 5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11.png"/>
                    <pic:cNvPicPr/>
                  </pic:nvPicPr>
                  <pic:blipFill>
                    <a:blip r:embed="rId5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2" name="Picture 5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12.png"/>
                    <pic:cNvPicPr/>
                  </pic:nvPicPr>
                  <pic:blipFill>
                    <a:blip r:embed="rId5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3" name="Picture 5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13.png"/>
                    <pic:cNvPicPr/>
                  </pic:nvPicPr>
                  <pic:blipFill>
                    <a:blip r:embed="rId5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4" name="Picture 5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14.png"/>
                    <pic:cNvPicPr/>
                  </pic:nvPicPr>
                  <pic:blipFill>
                    <a:blip r:embed="rId5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25" name="Picture 5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15.png"/>
                    <pic:cNvPicPr/>
                  </pic:nvPicPr>
                  <pic:blipFill>
                    <a:blip r:embed="rId5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2.42: Movimentos Contados - Ponto 91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26" name="Picture 5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1.jpg"/>
                    <pic:cNvPicPr/>
                  </pic:nvPicPr>
                  <pic:blipFill>
                    <a:blip r:embed="rId5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2.42: Volumes Contados - Ponto 91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7" name="Picture 5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1_00.png"/>
                    <pic:cNvPicPr/>
                  </pic:nvPicPr>
                  <pic:blipFill>
                    <a:blip r:embed="rId5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28" name="Picture 5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1_01.png"/>
                    <pic:cNvPicPr/>
                  </pic:nvPicPr>
                  <pic:blipFill>
                    <a:blip r:embed="rId5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9" name="Picture 5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1_02.png"/>
                    <pic:cNvPicPr/>
                  </pic:nvPicPr>
                  <pic:blipFill>
                    <a:blip r:embed="rId5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0" name="Picture 5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1_03.png"/>
                    <pic:cNvPicPr/>
                  </pic:nvPicPr>
                  <pic:blipFill>
                    <a:blip r:embed="rId5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2.43: Movimentos Contados - Ponto 92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31" name="Picture 5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2.jpg"/>
                    <pic:cNvPicPr/>
                  </pic:nvPicPr>
                  <pic:blipFill>
                    <a:blip r:embed="rId5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2.43: Volumes Contados - Ponto 92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32" name="Picture 5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2_00.png"/>
                    <pic:cNvPicPr/>
                  </pic:nvPicPr>
                  <pic:blipFill>
                    <a:blip r:embed="rId5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33" name="Picture 5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2_01.png"/>
                    <pic:cNvPicPr/>
                  </pic:nvPicPr>
                  <pic:blipFill>
                    <a:blip r:embed="rId5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4" name="Picture 5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2_02.png"/>
                    <pic:cNvPicPr/>
                  </pic:nvPicPr>
                  <pic:blipFill>
                    <a:blip r:embed="rId5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5" name="Picture 5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2_03.png"/>
                    <pic:cNvPicPr/>
                  </pic:nvPicPr>
                  <pic:blipFill>
                    <a:blip r:embed="rId5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2.44: Movimentos Contados - Ponto 93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36" name="Picture 5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3 (1).jpg"/>
                    <pic:cNvPicPr/>
                  </pic:nvPicPr>
                  <pic:blipFill>
                    <a:blip r:embed="rId5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37" name="Picture 5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3 (2).jpg"/>
                    <pic:cNvPicPr/>
                  </pic:nvPicPr>
                  <pic:blipFill>
                    <a:blip r:embed="rId5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2.44: Volumes Contados - Ponto 93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38" name="Picture 5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0.png"/>
                    <pic:cNvPicPr/>
                  </pic:nvPicPr>
                  <pic:blipFill>
                    <a:blip r:embed="rId5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39" name="Picture 5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1.png"/>
                    <pic:cNvPicPr/>
                  </pic:nvPicPr>
                  <pic:blipFill>
                    <a:blip r:embed="rId5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0" name="Picture 5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2.png"/>
                    <pic:cNvPicPr/>
                  </pic:nvPicPr>
                  <pic:blipFill>
                    <a:blip r:embed="rId5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1" name="Picture 5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3.png"/>
                    <pic:cNvPicPr/>
                  </pic:nvPicPr>
                  <pic:blipFill>
                    <a:blip r:embed="rId5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2" name="Picture 5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4.png"/>
                    <pic:cNvPicPr/>
                  </pic:nvPicPr>
                  <pic:blipFill>
                    <a:blip r:embed="rId5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3" name="Picture 5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5.png"/>
                    <pic:cNvPicPr/>
                  </pic:nvPicPr>
                  <pic:blipFill>
                    <a:blip r:embed="rId5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4" name="Picture 5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6.png"/>
                    <pic:cNvPicPr/>
                  </pic:nvPicPr>
                  <pic:blipFill>
                    <a:blip r:embed="rId5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45" name="Picture 5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7.png"/>
                    <pic:cNvPicPr/>
                  </pic:nvPicPr>
                  <pic:blipFill>
                    <a:blip r:embed="rId5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46" name="Picture 5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8.png"/>
                    <pic:cNvPicPr/>
                  </pic:nvPicPr>
                  <pic:blipFill>
                    <a:blip r:embed="rId5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7" name="Picture 5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9.png"/>
                    <pic:cNvPicPr/>
                  </pic:nvPicPr>
                  <pic:blipFill>
                    <a:blip r:embed="rId5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8" name="Picture 5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10.png"/>
                    <pic:cNvPicPr/>
                  </pic:nvPicPr>
                  <pic:blipFill>
                    <a:blip r:embed="rId5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9" name="Picture 5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11.png"/>
                    <pic:cNvPicPr/>
                  </pic:nvPicPr>
                  <pic:blipFill>
                    <a:blip r:embed="rId5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0" name="Picture 5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12.png"/>
                    <pic:cNvPicPr/>
                  </pic:nvPicPr>
                  <pic:blipFill>
                    <a:blip r:embed="rId5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1" name="Picture 5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13.png"/>
                    <pic:cNvPicPr/>
                  </pic:nvPicPr>
                  <pic:blipFill>
                    <a:blip r:embed="rId5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52" name="Picture 5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14.png"/>
                    <pic:cNvPicPr/>
                  </pic:nvPicPr>
                  <pic:blipFill>
                    <a:blip r:embed="rId5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53" name="Picture 5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15.png"/>
                    <pic:cNvPicPr/>
                  </pic:nvPicPr>
                  <pic:blipFill>
                    <a:blip r:embed="rId5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2.45: Movimentos Contados - Ponto 94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54" name="Picture 5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4.jpg"/>
                    <pic:cNvPicPr/>
                  </pic:nvPicPr>
                  <pic:blipFill>
                    <a:blip r:embed="rId5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2.45: Volumes Contados - Ponto 94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55" name="Picture 5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4_00.png"/>
                    <pic:cNvPicPr/>
                  </pic:nvPicPr>
                  <pic:blipFill>
                    <a:blip r:embed="rId5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56" name="Picture 5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4_01.png"/>
                    <pic:cNvPicPr/>
                  </pic:nvPicPr>
                  <pic:blipFill>
                    <a:blip r:embed="rId5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7" name="Picture 5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4_02.png"/>
                    <pic:cNvPicPr/>
                  </pic:nvPicPr>
                  <pic:blipFill>
                    <a:blip r:embed="rId5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8" name="Picture 5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4_03.png"/>
                    <pic:cNvPicPr/>
                  </pic:nvPicPr>
                  <pic:blipFill>
                    <a:blip r:embed="rId5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2.46: Movimentos Contados - Ponto 95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59" name="Picture 5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5 (1).jpg"/>
                    <pic:cNvPicPr/>
                  </pic:nvPicPr>
                  <pic:blipFill>
                    <a:blip r:embed="rId5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60" name="Picture 5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5 (2).jpg"/>
                    <pic:cNvPicPr/>
                  </pic:nvPicPr>
                  <pic:blipFill>
                    <a:blip r:embed="rId5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2.46: Volumes Contados - Ponto 95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1" name="Picture 5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0.png"/>
                    <pic:cNvPicPr/>
                  </pic:nvPicPr>
                  <pic:blipFill>
                    <a:blip r:embed="rId5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62" name="Picture 5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1.png"/>
                    <pic:cNvPicPr/>
                  </pic:nvPicPr>
                  <pic:blipFill>
                    <a:blip r:embed="rId5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3" name="Picture 5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2.png"/>
                    <pic:cNvPicPr/>
                  </pic:nvPicPr>
                  <pic:blipFill>
                    <a:blip r:embed="rId5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4" name="Picture 5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3.png"/>
                    <pic:cNvPicPr/>
                  </pic:nvPicPr>
                  <pic:blipFill>
                    <a:blip r:embed="rId5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5" name="Picture 5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4.png"/>
                    <pic:cNvPicPr/>
                  </pic:nvPicPr>
                  <pic:blipFill>
                    <a:blip r:embed="rId5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6" name="Picture 5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5.png"/>
                    <pic:cNvPicPr/>
                  </pic:nvPicPr>
                  <pic:blipFill>
                    <a:blip r:embed="rId5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7" name="Picture 5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6.png"/>
                    <pic:cNvPicPr/>
                  </pic:nvPicPr>
                  <pic:blipFill>
                    <a:blip r:embed="rId5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8" name="Picture 5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7.png"/>
                    <pic:cNvPicPr/>
                  </pic:nvPicPr>
                  <pic:blipFill>
                    <a:blip r:embed="rId5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69" name="Picture 5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8.png"/>
                    <pic:cNvPicPr/>
                  </pic:nvPicPr>
                  <pic:blipFill>
                    <a:blip r:embed="rId5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0" name="Picture 5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9.png"/>
                    <pic:cNvPicPr/>
                  </pic:nvPicPr>
                  <pic:blipFill>
                    <a:blip r:embed="rId5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1" name="Picture 5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10.png"/>
                    <pic:cNvPicPr/>
                  </pic:nvPicPr>
                  <pic:blipFill>
                    <a:blip r:embed="rId5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2" name="Picture 5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11.png"/>
                    <pic:cNvPicPr/>
                  </pic:nvPicPr>
                  <pic:blipFill>
                    <a:blip r:embed="rId5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3" name="Picture 5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12.png"/>
                    <pic:cNvPicPr/>
                  </pic:nvPicPr>
                  <pic:blipFill>
                    <a:blip r:embed="rId5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4" name="Picture 5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13.png"/>
                    <pic:cNvPicPr/>
                  </pic:nvPicPr>
                  <pic:blipFill>
                    <a:blip r:embed="rId5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75" name="Picture 5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14.png"/>
                    <pic:cNvPicPr/>
                  </pic:nvPicPr>
                  <pic:blipFill>
                    <a:blip r:embed="rId5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76" name="Picture 5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15.png"/>
                    <pic:cNvPicPr/>
                  </pic:nvPicPr>
                  <pic:blipFill>
                    <a:blip r:embed="rId5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2.47: Movimentos Contados - Ponto 96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7" name="Picture 5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6.jpg"/>
                    <pic:cNvPicPr/>
                  </pic:nvPicPr>
                  <pic:blipFill>
                    <a:blip r:embed="rId5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2.47: Volumes Contados - Ponto 96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78" name="Picture 5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6_00.png"/>
                    <pic:cNvPicPr/>
                  </pic:nvPicPr>
                  <pic:blipFill>
                    <a:blip r:embed="rId5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79" name="Picture 5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6_01.png"/>
                    <pic:cNvPicPr/>
                  </pic:nvPicPr>
                  <pic:blipFill>
                    <a:blip r:embed="rId5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0" name="Picture 5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6_02.png"/>
                    <pic:cNvPicPr/>
                  </pic:nvPicPr>
                  <pic:blipFill>
                    <a:blip r:embed="rId5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1" name="Picture 5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6_03.png"/>
                    <pic:cNvPicPr/>
                  </pic:nvPicPr>
                  <pic:blipFill>
                    <a:blip r:embed="rId5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2.48: Movimentos Contados - Ponto 97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82" name="Picture 5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7.jpg"/>
                    <pic:cNvPicPr/>
                  </pic:nvPicPr>
                  <pic:blipFill>
                    <a:blip r:embed="rId5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2.48: Volumes Contados - Ponto 97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83" name="Picture 5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7_00.png"/>
                    <pic:cNvPicPr/>
                  </pic:nvPicPr>
                  <pic:blipFill>
                    <a:blip r:embed="rId5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84" name="Picture 5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7_01.png"/>
                    <pic:cNvPicPr/>
                  </pic:nvPicPr>
                  <pic:blipFill>
                    <a:blip r:embed="rId5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5" name="Picture 5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7_02.png"/>
                    <pic:cNvPicPr/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6" name="Picture 5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7_03.png"/>
                    <pic:cNvPicPr/>
                  </pic:nvPicPr>
                  <pic:blipFill>
                    <a:blip r:embed="rId5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2.49: Movimentos Contados - Ponto 98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87" name="Picture 5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8.jpg"/>
                    <pic:cNvPicPr/>
                  </pic:nvPicPr>
                  <pic:blipFill>
                    <a:blip r:embed="rId5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2.49: Volumes Contados - Ponto 98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88" name="Picture 5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8_00.png"/>
                    <pic:cNvPicPr/>
                  </pic:nvPicPr>
                  <pic:blipFill>
                    <a:blip r:embed="rId5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89" name="Picture 5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8_01.png"/>
                    <pic:cNvPicPr/>
                  </pic:nvPicPr>
                  <pic:blipFill>
                    <a:blip r:embed="rId5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0" name="Picture 5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8_02.png"/>
                    <pic:cNvPicPr/>
                  </pic:nvPicPr>
                  <pic:blipFill>
                    <a:blip r:embed="rId5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1" name="Picture 5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8_03.png"/>
                    <pic:cNvPicPr/>
                  </pic:nvPicPr>
                  <pic:blipFill>
                    <a:blip r:embed="rId5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2.50: Movimentos Contados - Ponto 99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92" name="Picture 5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9 (1).jpg"/>
                    <pic:cNvPicPr/>
                  </pic:nvPicPr>
                  <pic:blipFill>
                    <a:blip r:embed="rId5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93" name="Picture 5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9 (2).jpg"/>
                    <pic:cNvPicPr/>
                  </pic:nvPicPr>
                  <pic:blipFill>
                    <a:blip r:embed="rId6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2.50: Volumes Contados - Ponto 99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94" name="Picture 5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0.png"/>
                    <pic:cNvPicPr/>
                  </pic:nvPicPr>
                  <pic:blipFill>
                    <a:blip r:embed="rId6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95" name="Picture 5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1.png"/>
                    <pic:cNvPicPr/>
                  </pic:nvPicPr>
                  <pic:blipFill>
                    <a:blip r:embed="rId6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6" name="Picture 5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2.png"/>
                    <pic:cNvPicPr/>
                  </pic:nvPicPr>
                  <pic:blipFill>
                    <a:blip r:embed="rId6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7" name="Picture 5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3.png"/>
                    <pic:cNvPicPr/>
                  </pic:nvPicPr>
                  <pic:blipFill>
                    <a:blip r:embed="rId6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8" name="Picture 5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4.png"/>
                    <pic:cNvPicPr/>
                  </pic:nvPicPr>
                  <pic:blipFill>
                    <a:blip r:embed="rId6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9" name="Picture 5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5.png"/>
                    <pic:cNvPicPr/>
                  </pic:nvPicPr>
                  <pic:blipFill>
                    <a:blip r:embed="rId6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0" name="Picture 6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6.png"/>
                    <pic:cNvPicPr/>
                  </pic:nvPicPr>
                  <pic:blipFill>
                    <a:blip r:embed="rId6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01" name="Picture 6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7.png"/>
                    <pic:cNvPicPr/>
                  </pic:nvPicPr>
                  <pic:blipFill>
                    <a:blip r:embed="rId6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02" name="Picture 6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8.png"/>
                    <pic:cNvPicPr/>
                  </pic:nvPicPr>
                  <pic:blipFill>
                    <a:blip r:embed="rId6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3" name="Picture 6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9.png"/>
                    <pic:cNvPicPr/>
                  </pic:nvPicPr>
                  <pic:blipFill>
                    <a:blip r:embed="rId6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2.51: Movimentos Contados - Ponto 100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04" name="Picture 6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0.jpg"/>
                    <pic:cNvPicPr/>
                  </pic:nvPicPr>
                  <pic:blipFill>
                    <a:blip r:embed="rId6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2.51: Volumes Contados - Ponto 100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05" name="Picture 6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0_00.png"/>
                    <pic:cNvPicPr/>
                  </pic:nvPicPr>
                  <pic:blipFill>
                    <a:blip r:embed="rId6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06" name="Picture 6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0_01.png"/>
                    <pic:cNvPicPr/>
                  </pic:nvPicPr>
                  <pic:blipFill>
                    <a:blip r:embed="rId6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7" name="Picture 6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0_02.png"/>
                    <pic:cNvPicPr/>
                  </pic:nvPicPr>
                  <pic:blipFill>
                    <a:blip r:embed="rId6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8" name="Picture 6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0_03.png"/>
                    <pic:cNvPicPr/>
                  </pic:nvPicPr>
                  <pic:blipFill>
                    <a:blip r:embed="rId6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jp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jp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jp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jp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jp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jp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jp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pn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jp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jpg"/><Relationship Id="rId107" Type="http://schemas.openxmlformats.org/officeDocument/2006/relationships/image" Target="media/image99.jp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pn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pn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jpg"/><Relationship Id="rId124" Type="http://schemas.openxmlformats.org/officeDocument/2006/relationships/image" Target="media/image116.png"/><Relationship Id="rId125" Type="http://schemas.openxmlformats.org/officeDocument/2006/relationships/image" Target="media/image117.png"/><Relationship Id="rId126" Type="http://schemas.openxmlformats.org/officeDocument/2006/relationships/image" Target="media/image118.pn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png"/><Relationship Id="rId131" Type="http://schemas.openxmlformats.org/officeDocument/2006/relationships/image" Target="media/image123.png"/><Relationship Id="rId132" Type="http://schemas.openxmlformats.org/officeDocument/2006/relationships/image" Target="media/image124.png"/><Relationship Id="rId133" Type="http://schemas.openxmlformats.org/officeDocument/2006/relationships/image" Target="media/image125.jp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png"/><Relationship Id="rId140" Type="http://schemas.openxmlformats.org/officeDocument/2006/relationships/image" Target="media/image132.pn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png"/><Relationship Id="rId146" Type="http://schemas.openxmlformats.org/officeDocument/2006/relationships/image" Target="media/image138.png"/><Relationship Id="rId147" Type="http://schemas.openxmlformats.org/officeDocument/2006/relationships/image" Target="media/image139.png"/><Relationship Id="rId148" Type="http://schemas.openxmlformats.org/officeDocument/2006/relationships/image" Target="media/image140.pn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png"/><Relationship Id="rId152" Type="http://schemas.openxmlformats.org/officeDocument/2006/relationships/image" Target="media/image144.png"/><Relationship Id="rId153" Type="http://schemas.openxmlformats.org/officeDocument/2006/relationships/image" Target="media/image145.png"/><Relationship Id="rId154" Type="http://schemas.openxmlformats.org/officeDocument/2006/relationships/image" Target="media/image146.jpg"/><Relationship Id="rId155" Type="http://schemas.openxmlformats.org/officeDocument/2006/relationships/image" Target="media/image147.png"/><Relationship Id="rId156" Type="http://schemas.openxmlformats.org/officeDocument/2006/relationships/image" Target="media/image148.png"/><Relationship Id="rId157" Type="http://schemas.openxmlformats.org/officeDocument/2006/relationships/image" Target="media/image149.png"/><Relationship Id="rId158" Type="http://schemas.openxmlformats.org/officeDocument/2006/relationships/image" Target="media/image150.png"/><Relationship Id="rId159" Type="http://schemas.openxmlformats.org/officeDocument/2006/relationships/image" Target="media/image151.pn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png"/><Relationship Id="rId165" Type="http://schemas.openxmlformats.org/officeDocument/2006/relationships/image" Target="media/image157.png"/><Relationship Id="rId166" Type="http://schemas.openxmlformats.org/officeDocument/2006/relationships/image" Target="media/image158.png"/><Relationship Id="rId167" Type="http://schemas.openxmlformats.org/officeDocument/2006/relationships/image" Target="media/image159.png"/><Relationship Id="rId168" Type="http://schemas.openxmlformats.org/officeDocument/2006/relationships/image" Target="media/image160.png"/><Relationship Id="rId169" Type="http://schemas.openxmlformats.org/officeDocument/2006/relationships/image" Target="media/image161.png"/><Relationship Id="rId170" Type="http://schemas.openxmlformats.org/officeDocument/2006/relationships/image" Target="media/image162.png"/><Relationship Id="rId171" Type="http://schemas.openxmlformats.org/officeDocument/2006/relationships/image" Target="media/image163.png"/><Relationship Id="rId172" Type="http://schemas.openxmlformats.org/officeDocument/2006/relationships/image" Target="media/image164.png"/><Relationship Id="rId173" Type="http://schemas.openxmlformats.org/officeDocument/2006/relationships/image" Target="media/image165.jpg"/><Relationship Id="rId174" Type="http://schemas.openxmlformats.org/officeDocument/2006/relationships/image" Target="media/image166.png"/><Relationship Id="rId175" Type="http://schemas.openxmlformats.org/officeDocument/2006/relationships/image" Target="media/image167.png"/><Relationship Id="rId176" Type="http://schemas.openxmlformats.org/officeDocument/2006/relationships/image" Target="media/image168.png"/><Relationship Id="rId177" Type="http://schemas.openxmlformats.org/officeDocument/2006/relationships/image" Target="media/image169.png"/><Relationship Id="rId178" Type="http://schemas.openxmlformats.org/officeDocument/2006/relationships/image" Target="media/image170.png"/><Relationship Id="rId179" Type="http://schemas.openxmlformats.org/officeDocument/2006/relationships/image" Target="media/image171.png"/><Relationship Id="rId180" Type="http://schemas.openxmlformats.org/officeDocument/2006/relationships/image" Target="media/image172.png"/><Relationship Id="rId181" Type="http://schemas.openxmlformats.org/officeDocument/2006/relationships/image" Target="media/image173.png"/><Relationship Id="rId182" Type="http://schemas.openxmlformats.org/officeDocument/2006/relationships/image" Target="media/image174.png"/><Relationship Id="rId183" Type="http://schemas.openxmlformats.org/officeDocument/2006/relationships/image" Target="media/image175.png"/><Relationship Id="rId184" Type="http://schemas.openxmlformats.org/officeDocument/2006/relationships/image" Target="media/image176.png"/><Relationship Id="rId185" Type="http://schemas.openxmlformats.org/officeDocument/2006/relationships/image" Target="media/image177.png"/><Relationship Id="rId186" Type="http://schemas.openxmlformats.org/officeDocument/2006/relationships/image" Target="media/image178.png"/><Relationship Id="rId187" Type="http://schemas.openxmlformats.org/officeDocument/2006/relationships/image" Target="media/image179.png"/><Relationship Id="rId188" Type="http://schemas.openxmlformats.org/officeDocument/2006/relationships/image" Target="media/image180.png"/><Relationship Id="rId189" Type="http://schemas.openxmlformats.org/officeDocument/2006/relationships/image" Target="media/image181.png"/><Relationship Id="rId190" Type="http://schemas.openxmlformats.org/officeDocument/2006/relationships/image" Target="media/image182.png"/><Relationship Id="rId191" Type="http://schemas.openxmlformats.org/officeDocument/2006/relationships/image" Target="media/image183.png"/><Relationship Id="rId192" Type="http://schemas.openxmlformats.org/officeDocument/2006/relationships/image" Target="media/image184.jpg"/><Relationship Id="rId193" Type="http://schemas.openxmlformats.org/officeDocument/2006/relationships/image" Target="media/image185.png"/><Relationship Id="rId194" Type="http://schemas.openxmlformats.org/officeDocument/2006/relationships/image" Target="media/image186.png"/><Relationship Id="rId195" Type="http://schemas.openxmlformats.org/officeDocument/2006/relationships/image" Target="media/image187.png"/><Relationship Id="rId196" Type="http://schemas.openxmlformats.org/officeDocument/2006/relationships/image" Target="media/image188.png"/><Relationship Id="rId197" Type="http://schemas.openxmlformats.org/officeDocument/2006/relationships/image" Target="media/image189.png"/><Relationship Id="rId198" Type="http://schemas.openxmlformats.org/officeDocument/2006/relationships/image" Target="media/image190.png"/><Relationship Id="rId199" Type="http://schemas.openxmlformats.org/officeDocument/2006/relationships/image" Target="media/image191.png"/><Relationship Id="rId200" Type="http://schemas.openxmlformats.org/officeDocument/2006/relationships/image" Target="media/image192.png"/><Relationship Id="rId201" Type="http://schemas.openxmlformats.org/officeDocument/2006/relationships/image" Target="media/image193.png"/><Relationship Id="rId202" Type="http://schemas.openxmlformats.org/officeDocument/2006/relationships/image" Target="media/image194.png"/><Relationship Id="rId203" Type="http://schemas.openxmlformats.org/officeDocument/2006/relationships/image" Target="media/image195.png"/><Relationship Id="rId204" Type="http://schemas.openxmlformats.org/officeDocument/2006/relationships/image" Target="media/image196.png"/><Relationship Id="rId205" Type="http://schemas.openxmlformats.org/officeDocument/2006/relationships/image" Target="media/image197.png"/><Relationship Id="rId206" Type="http://schemas.openxmlformats.org/officeDocument/2006/relationships/image" Target="media/image198.png"/><Relationship Id="rId207" Type="http://schemas.openxmlformats.org/officeDocument/2006/relationships/image" Target="media/image199.png"/><Relationship Id="rId208" Type="http://schemas.openxmlformats.org/officeDocument/2006/relationships/image" Target="media/image200.png"/><Relationship Id="rId209" Type="http://schemas.openxmlformats.org/officeDocument/2006/relationships/image" Target="media/image201.png"/><Relationship Id="rId210" Type="http://schemas.openxmlformats.org/officeDocument/2006/relationships/image" Target="media/image202.png"/><Relationship Id="rId211" Type="http://schemas.openxmlformats.org/officeDocument/2006/relationships/image" Target="media/image203.png"/><Relationship Id="rId212" Type="http://schemas.openxmlformats.org/officeDocument/2006/relationships/image" Target="media/image204.png"/><Relationship Id="rId213" Type="http://schemas.openxmlformats.org/officeDocument/2006/relationships/image" Target="media/image205.png"/><Relationship Id="rId214" Type="http://schemas.openxmlformats.org/officeDocument/2006/relationships/image" Target="media/image206.jpg"/><Relationship Id="rId215" Type="http://schemas.openxmlformats.org/officeDocument/2006/relationships/image" Target="media/image207.png"/><Relationship Id="rId216" Type="http://schemas.openxmlformats.org/officeDocument/2006/relationships/image" Target="media/image208.png"/><Relationship Id="rId217" Type="http://schemas.openxmlformats.org/officeDocument/2006/relationships/image" Target="media/image209.png"/><Relationship Id="rId218" Type="http://schemas.openxmlformats.org/officeDocument/2006/relationships/image" Target="media/image210.png"/><Relationship Id="rId219" Type="http://schemas.openxmlformats.org/officeDocument/2006/relationships/image" Target="media/image211.png"/><Relationship Id="rId220" Type="http://schemas.openxmlformats.org/officeDocument/2006/relationships/image" Target="media/image212.png"/><Relationship Id="rId221" Type="http://schemas.openxmlformats.org/officeDocument/2006/relationships/image" Target="media/image213.png"/><Relationship Id="rId222" Type="http://schemas.openxmlformats.org/officeDocument/2006/relationships/image" Target="media/image214.png"/><Relationship Id="rId223" Type="http://schemas.openxmlformats.org/officeDocument/2006/relationships/image" Target="media/image215.png"/><Relationship Id="rId224" Type="http://schemas.openxmlformats.org/officeDocument/2006/relationships/image" Target="media/image216.png"/><Relationship Id="rId225" Type="http://schemas.openxmlformats.org/officeDocument/2006/relationships/image" Target="media/image217.png"/><Relationship Id="rId226" Type="http://schemas.openxmlformats.org/officeDocument/2006/relationships/image" Target="media/image218.png"/><Relationship Id="rId227" Type="http://schemas.openxmlformats.org/officeDocument/2006/relationships/image" Target="media/image219.jpg"/><Relationship Id="rId228" Type="http://schemas.openxmlformats.org/officeDocument/2006/relationships/image" Target="media/image220.png"/><Relationship Id="rId229" Type="http://schemas.openxmlformats.org/officeDocument/2006/relationships/image" Target="media/image221.png"/><Relationship Id="rId230" Type="http://schemas.openxmlformats.org/officeDocument/2006/relationships/image" Target="media/image222.png"/><Relationship Id="rId231" Type="http://schemas.openxmlformats.org/officeDocument/2006/relationships/image" Target="media/image223.png"/><Relationship Id="rId232" Type="http://schemas.openxmlformats.org/officeDocument/2006/relationships/image" Target="media/image224.jpg"/><Relationship Id="rId233" Type="http://schemas.openxmlformats.org/officeDocument/2006/relationships/image" Target="media/image225.png"/><Relationship Id="rId234" Type="http://schemas.openxmlformats.org/officeDocument/2006/relationships/image" Target="media/image226.png"/><Relationship Id="rId235" Type="http://schemas.openxmlformats.org/officeDocument/2006/relationships/image" Target="media/image227.png"/><Relationship Id="rId236" Type="http://schemas.openxmlformats.org/officeDocument/2006/relationships/image" Target="media/image228.png"/><Relationship Id="rId237" Type="http://schemas.openxmlformats.org/officeDocument/2006/relationships/image" Target="media/image229.jpg"/><Relationship Id="rId238" Type="http://schemas.openxmlformats.org/officeDocument/2006/relationships/image" Target="media/image230.jpg"/><Relationship Id="rId239" Type="http://schemas.openxmlformats.org/officeDocument/2006/relationships/image" Target="media/image231.png"/><Relationship Id="rId240" Type="http://schemas.openxmlformats.org/officeDocument/2006/relationships/image" Target="media/image232.png"/><Relationship Id="rId241" Type="http://schemas.openxmlformats.org/officeDocument/2006/relationships/image" Target="media/image233.png"/><Relationship Id="rId242" Type="http://schemas.openxmlformats.org/officeDocument/2006/relationships/image" Target="media/image234.png"/><Relationship Id="rId243" Type="http://schemas.openxmlformats.org/officeDocument/2006/relationships/image" Target="media/image235.png"/><Relationship Id="rId244" Type="http://schemas.openxmlformats.org/officeDocument/2006/relationships/image" Target="media/image236.png"/><Relationship Id="rId245" Type="http://schemas.openxmlformats.org/officeDocument/2006/relationships/image" Target="media/image237.png"/><Relationship Id="rId246" Type="http://schemas.openxmlformats.org/officeDocument/2006/relationships/image" Target="media/image238.png"/><Relationship Id="rId247" Type="http://schemas.openxmlformats.org/officeDocument/2006/relationships/image" Target="media/image239.png"/><Relationship Id="rId248" Type="http://schemas.openxmlformats.org/officeDocument/2006/relationships/image" Target="media/image240.png"/><Relationship Id="rId249" Type="http://schemas.openxmlformats.org/officeDocument/2006/relationships/image" Target="media/image241.png"/><Relationship Id="rId250" Type="http://schemas.openxmlformats.org/officeDocument/2006/relationships/image" Target="media/image242.png"/><Relationship Id="rId251" Type="http://schemas.openxmlformats.org/officeDocument/2006/relationships/image" Target="media/image243.png"/><Relationship Id="rId252" Type="http://schemas.openxmlformats.org/officeDocument/2006/relationships/image" Target="media/image244.png"/><Relationship Id="rId253" Type="http://schemas.openxmlformats.org/officeDocument/2006/relationships/image" Target="media/image245.png"/><Relationship Id="rId254" Type="http://schemas.openxmlformats.org/officeDocument/2006/relationships/image" Target="media/image246.png"/><Relationship Id="rId255" Type="http://schemas.openxmlformats.org/officeDocument/2006/relationships/image" Target="media/image247.png"/><Relationship Id="rId256" Type="http://schemas.openxmlformats.org/officeDocument/2006/relationships/image" Target="media/image248.png"/><Relationship Id="rId257" Type="http://schemas.openxmlformats.org/officeDocument/2006/relationships/image" Target="media/image249.jpg"/><Relationship Id="rId258" Type="http://schemas.openxmlformats.org/officeDocument/2006/relationships/image" Target="media/image250.png"/><Relationship Id="rId259" Type="http://schemas.openxmlformats.org/officeDocument/2006/relationships/image" Target="media/image251.png"/><Relationship Id="rId260" Type="http://schemas.openxmlformats.org/officeDocument/2006/relationships/image" Target="media/image252.png"/><Relationship Id="rId261" Type="http://schemas.openxmlformats.org/officeDocument/2006/relationships/image" Target="media/image253.png"/><Relationship Id="rId262" Type="http://schemas.openxmlformats.org/officeDocument/2006/relationships/image" Target="media/image254.png"/><Relationship Id="rId263" Type="http://schemas.openxmlformats.org/officeDocument/2006/relationships/image" Target="media/image255.png"/><Relationship Id="rId264" Type="http://schemas.openxmlformats.org/officeDocument/2006/relationships/image" Target="media/image256.jpg"/><Relationship Id="rId265" Type="http://schemas.openxmlformats.org/officeDocument/2006/relationships/image" Target="media/image257.png"/><Relationship Id="rId266" Type="http://schemas.openxmlformats.org/officeDocument/2006/relationships/image" Target="media/image258.png"/><Relationship Id="rId267" Type="http://schemas.openxmlformats.org/officeDocument/2006/relationships/image" Target="media/image259.png"/><Relationship Id="rId268" Type="http://schemas.openxmlformats.org/officeDocument/2006/relationships/image" Target="media/image260.png"/><Relationship Id="rId269" Type="http://schemas.openxmlformats.org/officeDocument/2006/relationships/image" Target="media/image261.jpg"/><Relationship Id="rId270" Type="http://schemas.openxmlformats.org/officeDocument/2006/relationships/image" Target="media/image262.png"/><Relationship Id="rId271" Type="http://schemas.openxmlformats.org/officeDocument/2006/relationships/image" Target="media/image263.png"/><Relationship Id="rId272" Type="http://schemas.openxmlformats.org/officeDocument/2006/relationships/image" Target="media/image264.png"/><Relationship Id="rId273" Type="http://schemas.openxmlformats.org/officeDocument/2006/relationships/image" Target="media/image265.png"/><Relationship Id="rId274" Type="http://schemas.openxmlformats.org/officeDocument/2006/relationships/image" Target="media/image266.jpg"/><Relationship Id="rId275" Type="http://schemas.openxmlformats.org/officeDocument/2006/relationships/image" Target="media/image267.png"/><Relationship Id="rId276" Type="http://schemas.openxmlformats.org/officeDocument/2006/relationships/image" Target="media/image268.png"/><Relationship Id="rId277" Type="http://schemas.openxmlformats.org/officeDocument/2006/relationships/image" Target="media/image269.png"/><Relationship Id="rId278" Type="http://schemas.openxmlformats.org/officeDocument/2006/relationships/image" Target="media/image270.png"/><Relationship Id="rId279" Type="http://schemas.openxmlformats.org/officeDocument/2006/relationships/image" Target="media/image271.png"/><Relationship Id="rId280" Type="http://schemas.openxmlformats.org/officeDocument/2006/relationships/image" Target="media/image272.png"/><Relationship Id="rId281" Type="http://schemas.openxmlformats.org/officeDocument/2006/relationships/image" Target="media/image273.png"/><Relationship Id="rId282" Type="http://schemas.openxmlformats.org/officeDocument/2006/relationships/image" Target="media/image274.png"/><Relationship Id="rId283" Type="http://schemas.openxmlformats.org/officeDocument/2006/relationships/image" Target="media/image275.png"/><Relationship Id="rId284" Type="http://schemas.openxmlformats.org/officeDocument/2006/relationships/image" Target="media/image276.png"/><Relationship Id="rId285" Type="http://schemas.openxmlformats.org/officeDocument/2006/relationships/image" Target="media/image277.png"/><Relationship Id="rId286" Type="http://schemas.openxmlformats.org/officeDocument/2006/relationships/image" Target="media/image278.png"/><Relationship Id="rId287" Type="http://schemas.openxmlformats.org/officeDocument/2006/relationships/image" Target="media/image279.png"/><Relationship Id="rId288" Type="http://schemas.openxmlformats.org/officeDocument/2006/relationships/image" Target="media/image280.png"/><Relationship Id="rId289" Type="http://schemas.openxmlformats.org/officeDocument/2006/relationships/image" Target="media/image281.png"/><Relationship Id="rId290" Type="http://schemas.openxmlformats.org/officeDocument/2006/relationships/image" Target="media/image282.png"/><Relationship Id="rId291" Type="http://schemas.openxmlformats.org/officeDocument/2006/relationships/image" Target="media/image283.png"/><Relationship Id="rId292" Type="http://schemas.openxmlformats.org/officeDocument/2006/relationships/image" Target="media/image284.png"/><Relationship Id="rId293" Type="http://schemas.openxmlformats.org/officeDocument/2006/relationships/image" Target="media/image285.jpg"/><Relationship Id="rId294" Type="http://schemas.openxmlformats.org/officeDocument/2006/relationships/image" Target="media/image286.png"/><Relationship Id="rId295" Type="http://schemas.openxmlformats.org/officeDocument/2006/relationships/image" Target="media/image287.png"/><Relationship Id="rId296" Type="http://schemas.openxmlformats.org/officeDocument/2006/relationships/image" Target="media/image288.png"/><Relationship Id="rId297" Type="http://schemas.openxmlformats.org/officeDocument/2006/relationships/image" Target="media/image289.png"/><Relationship Id="rId298" Type="http://schemas.openxmlformats.org/officeDocument/2006/relationships/image" Target="media/image290.png"/><Relationship Id="rId299" Type="http://schemas.openxmlformats.org/officeDocument/2006/relationships/image" Target="media/image291.png"/><Relationship Id="rId300" Type="http://schemas.openxmlformats.org/officeDocument/2006/relationships/image" Target="media/image292.png"/><Relationship Id="rId301" Type="http://schemas.openxmlformats.org/officeDocument/2006/relationships/image" Target="media/image293.png"/><Relationship Id="rId302" Type="http://schemas.openxmlformats.org/officeDocument/2006/relationships/image" Target="media/image294.png"/><Relationship Id="rId303" Type="http://schemas.openxmlformats.org/officeDocument/2006/relationships/image" Target="media/image295.png"/><Relationship Id="rId304" Type="http://schemas.openxmlformats.org/officeDocument/2006/relationships/image" Target="media/image296.png"/><Relationship Id="rId305" Type="http://schemas.openxmlformats.org/officeDocument/2006/relationships/image" Target="media/image297.png"/><Relationship Id="rId306" Type="http://schemas.openxmlformats.org/officeDocument/2006/relationships/image" Target="media/image298.png"/><Relationship Id="rId307" Type="http://schemas.openxmlformats.org/officeDocument/2006/relationships/image" Target="media/image299.png"/><Relationship Id="rId308" Type="http://schemas.openxmlformats.org/officeDocument/2006/relationships/image" Target="media/image300.png"/><Relationship Id="rId309" Type="http://schemas.openxmlformats.org/officeDocument/2006/relationships/image" Target="media/image301.png"/><Relationship Id="rId310" Type="http://schemas.openxmlformats.org/officeDocument/2006/relationships/image" Target="media/image302.png"/><Relationship Id="rId311" Type="http://schemas.openxmlformats.org/officeDocument/2006/relationships/image" Target="media/image303.png"/><Relationship Id="rId312" Type="http://schemas.openxmlformats.org/officeDocument/2006/relationships/image" Target="media/image304.png"/><Relationship Id="rId313" Type="http://schemas.openxmlformats.org/officeDocument/2006/relationships/image" Target="media/image305.png"/><Relationship Id="rId314" Type="http://schemas.openxmlformats.org/officeDocument/2006/relationships/image" Target="media/image306.png"/><Relationship Id="rId315" Type="http://schemas.openxmlformats.org/officeDocument/2006/relationships/image" Target="media/image307.jpg"/><Relationship Id="rId316" Type="http://schemas.openxmlformats.org/officeDocument/2006/relationships/image" Target="media/image308.png"/><Relationship Id="rId317" Type="http://schemas.openxmlformats.org/officeDocument/2006/relationships/image" Target="media/image309.png"/><Relationship Id="rId318" Type="http://schemas.openxmlformats.org/officeDocument/2006/relationships/image" Target="media/image310.png"/><Relationship Id="rId319" Type="http://schemas.openxmlformats.org/officeDocument/2006/relationships/image" Target="media/image311.png"/><Relationship Id="rId320" Type="http://schemas.openxmlformats.org/officeDocument/2006/relationships/image" Target="media/image312.png"/><Relationship Id="rId321" Type="http://schemas.openxmlformats.org/officeDocument/2006/relationships/image" Target="media/image313.png"/><Relationship Id="rId322" Type="http://schemas.openxmlformats.org/officeDocument/2006/relationships/image" Target="media/image314.png"/><Relationship Id="rId323" Type="http://schemas.openxmlformats.org/officeDocument/2006/relationships/image" Target="media/image315.png"/><Relationship Id="rId324" Type="http://schemas.openxmlformats.org/officeDocument/2006/relationships/image" Target="media/image316.png"/><Relationship Id="rId325" Type="http://schemas.openxmlformats.org/officeDocument/2006/relationships/image" Target="media/image317.png"/><Relationship Id="rId326" Type="http://schemas.openxmlformats.org/officeDocument/2006/relationships/image" Target="media/image318.png"/><Relationship Id="rId327" Type="http://schemas.openxmlformats.org/officeDocument/2006/relationships/image" Target="media/image319.png"/><Relationship Id="rId328" Type="http://schemas.openxmlformats.org/officeDocument/2006/relationships/image" Target="media/image320.png"/><Relationship Id="rId329" Type="http://schemas.openxmlformats.org/officeDocument/2006/relationships/image" Target="media/image321.png"/><Relationship Id="rId330" Type="http://schemas.openxmlformats.org/officeDocument/2006/relationships/image" Target="media/image322.png"/><Relationship Id="rId331" Type="http://schemas.openxmlformats.org/officeDocument/2006/relationships/image" Target="media/image323.png"/><Relationship Id="rId332" Type="http://schemas.openxmlformats.org/officeDocument/2006/relationships/image" Target="media/image324.png"/><Relationship Id="rId333" Type="http://schemas.openxmlformats.org/officeDocument/2006/relationships/image" Target="media/image325.png"/><Relationship Id="rId334" Type="http://schemas.openxmlformats.org/officeDocument/2006/relationships/image" Target="media/image326.png"/><Relationship Id="rId335" Type="http://schemas.openxmlformats.org/officeDocument/2006/relationships/image" Target="media/image327.png"/><Relationship Id="rId336" Type="http://schemas.openxmlformats.org/officeDocument/2006/relationships/image" Target="media/image328.png"/><Relationship Id="rId337" Type="http://schemas.openxmlformats.org/officeDocument/2006/relationships/image" Target="media/image329.jpg"/><Relationship Id="rId338" Type="http://schemas.openxmlformats.org/officeDocument/2006/relationships/image" Target="media/image330.png"/><Relationship Id="rId339" Type="http://schemas.openxmlformats.org/officeDocument/2006/relationships/image" Target="media/image331.png"/><Relationship Id="rId340" Type="http://schemas.openxmlformats.org/officeDocument/2006/relationships/image" Target="media/image332.png"/><Relationship Id="rId341" Type="http://schemas.openxmlformats.org/officeDocument/2006/relationships/image" Target="media/image333.png"/><Relationship Id="rId342" Type="http://schemas.openxmlformats.org/officeDocument/2006/relationships/image" Target="media/image334.png"/><Relationship Id="rId343" Type="http://schemas.openxmlformats.org/officeDocument/2006/relationships/image" Target="media/image335.png"/><Relationship Id="rId344" Type="http://schemas.openxmlformats.org/officeDocument/2006/relationships/image" Target="media/image336.png"/><Relationship Id="rId345" Type="http://schemas.openxmlformats.org/officeDocument/2006/relationships/image" Target="media/image337.png"/><Relationship Id="rId346" Type="http://schemas.openxmlformats.org/officeDocument/2006/relationships/image" Target="media/image338.png"/><Relationship Id="rId347" Type="http://schemas.openxmlformats.org/officeDocument/2006/relationships/image" Target="media/image339.png"/><Relationship Id="rId348" Type="http://schemas.openxmlformats.org/officeDocument/2006/relationships/image" Target="media/image340.png"/><Relationship Id="rId349" Type="http://schemas.openxmlformats.org/officeDocument/2006/relationships/image" Target="media/image341.png"/><Relationship Id="rId350" Type="http://schemas.openxmlformats.org/officeDocument/2006/relationships/image" Target="media/image342.png"/><Relationship Id="rId351" Type="http://schemas.openxmlformats.org/officeDocument/2006/relationships/image" Target="media/image343.png"/><Relationship Id="rId352" Type="http://schemas.openxmlformats.org/officeDocument/2006/relationships/image" Target="media/image344.png"/><Relationship Id="rId353" Type="http://schemas.openxmlformats.org/officeDocument/2006/relationships/image" Target="media/image345.png"/><Relationship Id="rId354" Type="http://schemas.openxmlformats.org/officeDocument/2006/relationships/image" Target="media/image346.png"/><Relationship Id="rId355" Type="http://schemas.openxmlformats.org/officeDocument/2006/relationships/image" Target="media/image347.png"/><Relationship Id="rId356" Type="http://schemas.openxmlformats.org/officeDocument/2006/relationships/image" Target="media/image348.jpg"/><Relationship Id="rId357" Type="http://schemas.openxmlformats.org/officeDocument/2006/relationships/image" Target="media/image349.png"/><Relationship Id="rId358" Type="http://schemas.openxmlformats.org/officeDocument/2006/relationships/image" Target="media/image350.png"/><Relationship Id="rId359" Type="http://schemas.openxmlformats.org/officeDocument/2006/relationships/image" Target="media/image351.png"/><Relationship Id="rId360" Type="http://schemas.openxmlformats.org/officeDocument/2006/relationships/image" Target="media/image352.jpg"/><Relationship Id="rId361" Type="http://schemas.openxmlformats.org/officeDocument/2006/relationships/image" Target="media/image353.jpg"/><Relationship Id="rId362" Type="http://schemas.openxmlformats.org/officeDocument/2006/relationships/image" Target="media/image354.png"/><Relationship Id="rId363" Type="http://schemas.openxmlformats.org/officeDocument/2006/relationships/image" Target="media/image355.png"/><Relationship Id="rId364" Type="http://schemas.openxmlformats.org/officeDocument/2006/relationships/image" Target="media/image356.png"/><Relationship Id="rId365" Type="http://schemas.openxmlformats.org/officeDocument/2006/relationships/image" Target="media/image357.png"/><Relationship Id="rId366" Type="http://schemas.openxmlformats.org/officeDocument/2006/relationships/image" Target="media/image358.png"/><Relationship Id="rId367" Type="http://schemas.openxmlformats.org/officeDocument/2006/relationships/image" Target="media/image359.png"/><Relationship Id="rId368" Type="http://schemas.openxmlformats.org/officeDocument/2006/relationships/image" Target="media/image360.png"/><Relationship Id="rId369" Type="http://schemas.openxmlformats.org/officeDocument/2006/relationships/image" Target="media/image361.png"/><Relationship Id="rId370" Type="http://schemas.openxmlformats.org/officeDocument/2006/relationships/image" Target="media/image362.png"/><Relationship Id="rId371" Type="http://schemas.openxmlformats.org/officeDocument/2006/relationships/image" Target="media/image363.jpg"/><Relationship Id="rId372" Type="http://schemas.openxmlformats.org/officeDocument/2006/relationships/image" Target="media/image364.png"/><Relationship Id="rId373" Type="http://schemas.openxmlformats.org/officeDocument/2006/relationships/image" Target="media/image365.png"/><Relationship Id="rId374" Type="http://schemas.openxmlformats.org/officeDocument/2006/relationships/image" Target="media/image366.jpg"/><Relationship Id="rId375" Type="http://schemas.openxmlformats.org/officeDocument/2006/relationships/image" Target="media/image367.jpg"/><Relationship Id="rId376" Type="http://schemas.openxmlformats.org/officeDocument/2006/relationships/image" Target="media/image368.png"/><Relationship Id="rId377" Type="http://schemas.openxmlformats.org/officeDocument/2006/relationships/image" Target="media/image369.png"/><Relationship Id="rId378" Type="http://schemas.openxmlformats.org/officeDocument/2006/relationships/image" Target="media/image370.png"/><Relationship Id="rId379" Type="http://schemas.openxmlformats.org/officeDocument/2006/relationships/image" Target="media/image371.png"/><Relationship Id="rId380" Type="http://schemas.openxmlformats.org/officeDocument/2006/relationships/image" Target="media/image372.png"/><Relationship Id="rId381" Type="http://schemas.openxmlformats.org/officeDocument/2006/relationships/image" Target="media/image373.png"/><Relationship Id="rId382" Type="http://schemas.openxmlformats.org/officeDocument/2006/relationships/image" Target="media/image374.png"/><Relationship Id="rId383" Type="http://schemas.openxmlformats.org/officeDocument/2006/relationships/image" Target="media/image375.png"/><Relationship Id="rId384" Type="http://schemas.openxmlformats.org/officeDocument/2006/relationships/image" Target="media/image376.png"/><Relationship Id="rId385" Type="http://schemas.openxmlformats.org/officeDocument/2006/relationships/image" Target="media/image377.png"/><Relationship Id="rId386" Type="http://schemas.openxmlformats.org/officeDocument/2006/relationships/image" Target="media/image378.png"/><Relationship Id="rId387" Type="http://schemas.openxmlformats.org/officeDocument/2006/relationships/image" Target="media/image379.png"/><Relationship Id="rId388" Type="http://schemas.openxmlformats.org/officeDocument/2006/relationships/image" Target="media/image380.jpg"/><Relationship Id="rId389" Type="http://schemas.openxmlformats.org/officeDocument/2006/relationships/image" Target="media/image381.jpg"/><Relationship Id="rId390" Type="http://schemas.openxmlformats.org/officeDocument/2006/relationships/image" Target="media/image382.png"/><Relationship Id="rId391" Type="http://schemas.openxmlformats.org/officeDocument/2006/relationships/image" Target="media/image383.png"/><Relationship Id="rId392" Type="http://schemas.openxmlformats.org/officeDocument/2006/relationships/image" Target="media/image384.png"/><Relationship Id="rId393" Type="http://schemas.openxmlformats.org/officeDocument/2006/relationships/image" Target="media/image385.png"/><Relationship Id="rId394" Type="http://schemas.openxmlformats.org/officeDocument/2006/relationships/image" Target="media/image386.png"/><Relationship Id="rId395" Type="http://schemas.openxmlformats.org/officeDocument/2006/relationships/image" Target="media/image387.png"/><Relationship Id="rId396" Type="http://schemas.openxmlformats.org/officeDocument/2006/relationships/image" Target="media/image388.png"/><Relationship Id="rId397" Type="http://schemas.openxmlformats.org/officeDocument/2006/relationships/image" Target="media/image389.png"/><Relationship Id="rId398" Type="http://schemas.openxmlformats.org/officeDocument/2006/relationships/image" Target="media/image390.png"/><Relationship Id="rId399" Type="http://schemas.openxmlformats.org/officeDocument/2006/relationships/image" Target="media/image391.png"/><Relationship Id="rId400" Type="http://schemas.openxmlformats.org/officeDocument/2006/relationships/image" Target="media/image392.png"/><Relationship Id="rId401" Type="http://schemas.openxmlformats.org/officeDocument/2006/relationships/image" Target="media/image393.png"/><Relationship Id="rId402" Type="http://schemas.openxmlformats.org/officeDocument/2006/relationships/image" Target="media/image394.jpg"/><Relationship Id="rId403" Type="http://schemas.openxmlformats.org/officeDocument/2006/relationships/image" Target="media/image395.jpg"/><Relationship Id="rId404" Type="http://schemas.openxmlformats.org/officeDocument/2006/relationships/image" Target="media/image396.png"/><Relationship Id="rId405" Type="http://schemas.openxmlformats.org/officeDocument/2006/relationships/image" Target="media/image397.png"/><Relationship Id="rId406" Type="http://schemas.openxmlformats.org/officeDocument/2006/relationships/image" Target="media/image398.png"/><Relationship Id="rId407" Type="http://schemas.openxmlformats.org/officeDocument/2006/relationships/image" Target="media/image399.png"/><Relationship Id="rId408" Type="http://schemas.openxmlformats.org/officeDocument/2006/relationships/image" Target="media/image400.png"/><Relationship Id="rId409" Type="http://schemas.openxmlformats.org/officeDocument/2006/relationships/image" Target="media/image401.png"/><Relationship Id="rId410" Type="http://schemas.openxmlformats.org/officeDocument/2006/relationships/image" Target="media/image402.png"/><Relationship Id="rId411" Type="http://schemas.openxmlformats.org/officeDocument/2006/relationships/image" Target="media/image403.png"/><Relationship Id="rId412" Type="http://schemas.openxmlformats.org/officeDocument/2006/relationships/image" Target="media/image404.png"/><Relationship Id="rId413" Type="http://schemas.openxmlformats.org/officeDocument/2006/relationships/image" Target="media/image405.png"/><Relationship Id="rId414" Type="http://schemas.openxmlformats.org/officeDocument/2006/relationships/image" Target="media/image406.png"/><Relationship Id="rId415" Type="http://schemas.openxmlformats.org/officeDocument/2006/relationships/image" Target="media/image407.png"/><Relationship Id="rId416" Type="http://schemas.openxmlformats.org/officeDocument/2006/relationships/image" Target="media/image408.jpg"/><Relationship Id="rId417" Type="http://schemas.openxmlformats.org/officeDocument/2006/relationships/image" Target="media/image409.png"/><Relationship Id="rId418" Type="http://schemas.openxmlformats.org/officeDocument/2006/relationships/image" Target="media/image410.png"/><Relationship Id="rId419" Type="http://schemas.openxmlformats.org/officeDocument/2006/relationships/image" Target="media/image411.jpg"/><Relationship Id="rId420" Type="http://schemas.openxmlformats.org/officeDocument/2006/relationships/image" Target="media/image412.jpg"/><Relationship Id="rId421" Type="http://schemas.openxmlformats.org/officeDocument/2006/relationships/image" Target="media/image413.png"/><Relationship Id="rId422" Type="http://schemas.openxmlformats.org/officeDocument/2006/relationships/image" Target="media/image414.png"/><Relationship Id="rId423" Type="http://schemas.openxmlformats.org/officeDocument/2006/relationships/image" Target="media/image415.png"/><Relationship Id="rId424" Type="http://schemas.openxmlformats.org/officeDocument/2006/relationships/image" Target="media/image416.png"/><Relationship Id="rId425" Type="http://schemas.openxmlformats.org/officeDocument/2006/relationships/image" Target="media/image417.png"/><Relationship Id="rId426" Type="http://schemas.openxmlformats.org/officeDocument/2006/relationships/image" Target="media/image418.png"/><Relationship Id="rId427" Type="http://schemas.openxmlformats.org/officeDocument/2006/relationships/image" Target="media/image419.png"/><Relationship Id="rId428" Type="http://schemas.openxmlformats.org/officeDocument/2006/relationships/image" Target="media/image420.jpg"/><Relationship Id="rId429" Type="http://schemas.openxmlformats.org/officeDocument/2006/relationships/image" Target="media/image421.jpg"/><Relationship Id="rId430" Type="http://schemas.openxmlformats.org/officeDocument/2006/relationships/image" Target="media/image422.jpg"/><Relationship Id="rId431" Type="http://schemas.openxmlformats.org/officeDocument/2006/relationships/image" Target="media/image423.png"/><Relationship Id="rId432" Type="http://schemas.openxmlformats.org/officeDocument/2006/relationships/image" Target="media/image424.png"/><Relationship Id="rId433" Type="http://schemas.openxmlformats.org/officeDocument/2006/relationships/image" Target="media/image425.png"/><Relationship Id="rId434" Type="http://schemas.openxmlformats.org/officeDocument/2006/relationships/image" Target="media/image426.png"/><Relationship Id="rId435" Type="http://schemas.openxmlformats.org/officeDocument/2006/relationships/image" Target="media/image427.png"/><Relationship Id="rId436" Type="http://schemas.openxmlformats.org/officeDocument/2006/relationships/image" Target="media/image428.png"/><Relationship Id="rId437" Type="http://schemas.openxmlformats.org/officeDocument/2006/relationships/image" Target="media/image429.png"/><Relationship Id="rId438" Type="http://schemas.openxmlformats.org/officeDocument/2006/relationships/image" Target="media/image430.png"/><Relationship Id="rId439" Type="http://schemas.openxmlformats.org/officeDocument/2006/relationships/image" Target="media/image431.png"/><Relationship Id="rId440" Type="http://schemas.openxmlformats.org/officeDocument/2006/relationships/image" Target="media/image432.png"/><Relationship Id="rId441" Type="http://schemas.openxmlformats.org/officeDocument/2006/relationships/image" Target="media/image433.png"/><Relationship Id="rId442" Type="http://schemas.openxmlformats.org/officeDocument/2006/relationships/image" Target="media/image434.png"/><Relationship Id="rId443" Type="http://schemas.openxmlformats.org/officeDocument/2006/relationships/image" Target="media/image435.png"/><Relationship Id="rId444" Type="http://schemas.openxmlformats.org/officeDocument/2006/relationships/image" Target="media/image436.png"/><Relationship Id="rId445" Type="http://schemas.openxmlformats.org/officeDocument/2006/relationships/image" Target="media/image437.png"/><Relationship Id="rId446" Type="http://schemas.openxmlformats.org/officeDocument/2006/relationships/image" Target="media/image438.png"/><Relationship Id="rId447" Type="http://schemas.openxmlformats.org/officeDocument/2006/relationships/image" Target="media/image439.png"/><Relationship Id="rId448" Type="http://schemas.openxmlformats.org/officeDocument/2006/relationships/image" Target="media/image440.png"/><Relationship Id="rId449" Type="http://schemas.openxmlformats.org/officeDocument/2006/relationships/image" Target="media/image441.png"/><Relationship Id="rId450" Type="http://schemas.openxmlformats.org/officeDocument/2006/relationships/image" Target="media/image442.png"/><Relationship Id="rId451" Type="http://schemas.openxmlformats.org/officeDocument/2006/relationships/image" Target="media/image443.png"/><Relationship Id="rId452" Type="http://schemas.openxmlformats.org/officeDocument/2006/relationships/image" Target="media/image444.jpg"/><Relationship Id="rId453" Type="http://schemas.openxmlformats.org/officeDocument/2006/relationships/image" Target="media/image445.jpg"/><Relationship Id="rId454" Type="http://schemas.openxmlformats.org/officeDocument/2006/relationships/image" Target="media/image446.png"/><Relationship Id="rId455" Type="http://schemas.openxmlformats.org/officeDocument/2006/relationships/image" Target="media/image447.png"/><Relationship Id="rId456" Type="http://schemas.openxmlformats.org/officeDocument/2006/relationships/image" Target="media/image448.png"/><Relationship Id="rId457" Type="http://schemas.openxmlformats.org/officeDocument/2006/relationships/image" Target="media/image449.png"/><Relationship Id="rId458" Type="http://schemas.openxmlformats.org/officeDocument/2006/relationships/image" Target="media/image450.png"/><Relationship Id="rId459" Type="http://schemas.openxmlformats.org/officeDocument/2006/relationships/image" Target="media/image451.png"/><Relationship Id="rId460" Type="http://schemas.openxmlformats.org/officeDocument/2006/relationships/image" Target="media/image452.png"/><Relationship Id="rId461" Type="http://schemas.openxmlformats.org/officeDocument/2006/relationships/image" Target="media/image453.png"/><Relationship Id="rId462" Type="http://schemas.openxmlformats.org/officeDocument/2006/relationships/image" Target="media/image454.png"/><Relationship Id="rId463" Type="http://schemas.openxmlformats.org/officeDocument/2006/relationships/image" Target="media/image455.png"/><Relationship Id="rId464" Type="http://schemas.openxmlformats.org/officeDocument/2006/relationships/image" Target="media/image456.png"/><Relationship Id="rId465" Type="http://schemas.openxmlformats.org/officeDocument/2006/relationships/image" Target="media/image457.png"/><Relationship Id="rId466" Type="http://schemas.openxmlformats.org/officeDocument/2006/relationships/image" Target="media/image458.png"/><Relationship Id="rId467" Type="http://schemas.openxmlformats.org/officeDocument/2006/relationships/image" Target="media/image459.png"/><Relationship Id="rId468" Type="http://schemas.openxmlformats.org/officeDocument/2006/relationships/image" Target="media/image460.png"/><Relationship Id="rId469" Type="http://schemas.openxmlformats.org/officeDocument/2006/relationships/image" Target="media/image461.png"/><Relationship Id="rId470" Type="http://schemas.openxmlformats.org/officeDocument/2006/relationships/image" Target="media/image462.png"/><Relationship Id="rId471" Type="http://schemas.openxmlformats.org/officeDocument/2006/relationships/image" Target="media/image463.png"/><Relationship Id="rId472" Type="http://schemas.openxmlformats.org/officeDocument/2006/relationships/image" Target="media/image464.png"/><Relationship Id="rId473" Type="http://schemas.openxmlformats.org/officeDocument/2006/relationships/image" Target="media/image465.png"/><Relationship Id="rId474" Type="http://schemas.openxmlformats.org/officeDocument/2006/relationships/image" Target="media/image466.png"/><Relationship Id="rId475" Type="http://schemas.openxmlformats.org/officeDocument/2006/relationships/image" Target="media/image467.jpg"/><Relationship Id="rId476" Type="http://schemas.openxmlformats.org/officeDocument/2006/relationships/image" Target="media/image468.jpg"/><Relationship Id="rId477" Type="http://schemas.openxmlformats.org/officeDocument/2006/relationships/image" Target="media/image469.png"/><Relationship Id="rId478" Type="http://schemas.openxmlformats.org/officeDocument/2006/relationships/image" Target="media/image470.png"/><Relationship Id="rId479" Type="http://schemas.openxmlformats.org/officeDocument/2006/relationships/image" Target="media/image471.png"/><Relationship Id="rId480" Type="http://schemas.openxmlformats.org/officeDocument/2006/relationships/image" Target="media/image472.png"/><Relationship Id="rId481" Type="http://schemas.openxmlformats.org/officeDocument/2006/relationships/image" Target="media/image473.png"/><Relationship Id="rId482" Type="http://schemas.openxmlformats.org/officeDocument/2006/relationships/image" Target="media/image474.png"/><Relationship Id="rId483" Type="http://schemas.openxmlformats.org/officeDocument/2006/relationships/image" Target="media/image475.png"/><Relationship Id="rId484" Type="http://schemas.openxmlformats.org/officeDocument/2006/relationships/image" Target="media/image476.png"/><Relationship Id="rId485" Type="http://schemas.openxmlformats.org/officeDocument/2006/relationships/image" Target="media/image477.png"/><Relationship Id="rId486" Type="http://schemas.openxmlformats.org/officeDocument/2006/relationships/image" Target="media/image478.png"/><Relationship Id="rId487" Type="http://schemas.openxmlformats.org/officeDocument/2006/relationships/image" Target="media/image479.png"/><Relationship Id="rId488" Type="http://schemas.openxmlformats.org/officeDocument/2006/relationships/image" Target="media/image480.png"/><Relationship Id="rId489" Type="http://schemas.openxmlformats.org/officeDocument/2006/relationships/image" Target="media/image481.png"/><Relationship Id="rId490" Type="http://schemas.openxmlformats.org/officeDocument/2006/relationships/image" Target="media/image482.png"/><Relationship Id="rId491" Type="http://schemas.openxmlformats.org/officeDocument/2006/relationships/image" Target="media/image483.png"/><Relationship Id="rId492" Type="http://schemas.openxmlformats.org/officeDocument/2006/relationships/image" Target="media/image484.png"/><Relationship Id="rId493" Type="http://schemas.openxmlformats.org/officeDocument/2006/relationships/image" Target="media/image485.png"/><Relationship Id="rId494" Type="http://schemas.openxmlformats.org/officeDocument/2006/relationships/image" Target="media/image486.png"/><Relationship Id="rId495" Type="http://schemas.openxmlformats.org/officeDocument/2006/relationships/image" Target="media/image487.jpg"/><Relationship Id="rId496" Type="http://schemas.openxmlformats.org/officeDocument/2006/relationships/image" Target="media/image488.jpg"/><Relationship Id="rId497" Type="http://schemas.openxmlformats.org/officeDocument/2006/relationships/image" Target="media/image489.png"/><Relationship Id="rId498" Type="http://schemas.openxmlformats.org/officeDocument/2006/relationships/image" Target="media/image490.png"/><Relationship Id="rId499" Type="http://schemas.openxmlformats.org/officeDocument/2006/relationships/image" Target="media/image491.png"/><Relationship Id="rId500" Type="http://schemas.openxmlformats.org/officeDocument/2006/relationships/image" Target="media/image492.png"/><Relationship Id="rId501" Type="http://schemas.openxmlformats.org/officeDocument/2006/relationships/image" Target="media/image493.png"/><Relationship Id="rId502" Type="http://schemas.openxmlformats.org/officeDocument/2006/relationships/image" Target="media/image494.png"/><Relationship Id="rId503" Type="http://schemas.openxmlformats.org/officeDocument/2006/relationships/image" Target="media/image495.png"/><Relationship Id="rId504" Type="http://schemas.openxmlformats.org/officeDocument/2006/relationships/image" Target="media/image496.png"/><Relationship Id="rId505" Type="http://schemas.openxmlformats.org/officeDocument/2006/relationships/image" Target="media/image497.png"/><Relationship Id="rId506" Type="http://schemas.openxmlformats.org/officeDocument/2006/relationships/image" Target="media/image498.png"/><Relationship Id="rId507" Type="http://schemas.openxmlformats.org/officeDocument/2006/relationships/image" Target="media/image499.png"/><Relationship Id="rId508" Type="http://schemas.openxmlformats.org/officeDocument/2006/relationships/image" Target="media/image500.png"/><Relationship Id="rId509" Type="http://schemas.openxmlformats.org/officeDocument/2006/relationships/image" Target="media/image501.png"/><Relationship Id="rId510" Type="http://schemas.openxmlformats.org/officeDocument/2006/relationships/image" Target="media/image502.png"/><Relationship Id="rId511" Type="http://schemas.openxmlformats.org/officeDocument/2006/relationships/image" Target="media/image503.png"/><Relationship Id="rId512" Type="http://schemas.openxmlformats.org/officeDocument/2006/relationships/image" Target="media/image504.png"/><Relationship Id="rId513" Type="http://schemas.openxmlformats.org/officeDocument/2006/relationships/image" Target="media/image505.png"/><Relationship Id="rId514" Type="http://schemas.openxmlformats.org/officeDocument/2006/relationships/image" Target="media/image506.png"/><Relationship Id="rId515" Type="http://schemas.openxmlformats.org/officeDocument/2006/relationships/image" Target="media/image507.jpg"/><Relationship Id="rId516" Type="http://schemas.openxmlformats.org/officeDocument/2006/relationships/image" Target="media/image508.jpg"/><Relationship Id="rId517" Type="http://schemas.openxmlformats.org/officeDocument/2006/relationships/image" Target="media/image509.png"/><Relationship Id="rId518" Type="http://schemas.openxmlformats.org/officeDocument/2006/relationships/image" Target="media/image510.png"/><Relationship Id="rId519" Type="http://schemas.openxmlformats.org/officeDocument/2006/relationships/image" Target="media/image511.png"/><Relationship Id="rId520" Type="http://schemas.openxmlformats.org/officeDocument/2006/relationships/image" Target="media/image512.png"/><Relationship Id="rId521" Type="http://schemas.openxmlformats.org/officeDocument/2006/relationships/image" Target="media/image513.png"/><Relationship Id="rId522" Type="http://schemas.openxmlformats.org/officeDocument/2006/relationships/image" Target="media/image514.png"/><Relationship Id="rId523" Type="http://schemas.openxmlformats.org/officeDocument/2006/relationships/image" Target="media/image515.png"/><Relationship Id="rId524" Type="http://schemas.openxmlformats.org/officeDocument/2006/relationships/image" Target="media/image516.png"/><Relationship Id="rId525" Type="http://schemas.openxmlformats.org/officeDocument/2006/relationships/image" Target="media/image517.png"/><Relationship Id="rId526" Type="http://schemas.openxmlformats.org/officeDocument/2006/relationships/image" Target="media/image518.png"/><Relationship Id="rId527" Type="http://schemas.openxmlformats.org/officeDocument/2006/relationships/image" Target="media/image519.png"/><Relationship Id="rId528" Type="http://schemas.openxmlformats.org/officeDocument/2006/relationships/image" Target="media/image520.png"/><Relationship Id="rId529" Type="http://schemas.openxmlformats.org/officeDocument/2006/relationships/image" Target="media/image521.png"/><Relationship Id="rId530" Type="http://schemas.openxmlformats.org/officeDocument/2006/relationships/image" Target="media/image522.png"/><Relationship Id="rId531" Type="http://schemas.openxmlformats.org/officeDocument/2006/relationships/image" Target="media/image523.png"/><Relationship Id="rId532" Type="http://schemas.openxmlformats.org/officeDocument/2006/relationships/image" Target="media/image524.png"/><Relationship Id="rId533" Type="http://schemas.openxmlformats.org/officeDocument/2006/relationships/image" Target="media/image525.jpg"/><Relationship Id="rId534" Type="http://schemas.openxmlformats.org/officeDocument/2006/relationships/image" Target="media/image526.png"/><Relationship Id="rId535" Type="http://schemas.openxmlformats.org/officeDocument/2006/relationships/image" Target="media/image527.png"/><Relationship Id="rId536" Type="http://schemas.openxmlformats.org/officeDocument/2006/relationships/image" Target="media/image528.png"/><Relationship Id="rId537" Type="http://schemas.openxmlformats.org/officeDocument/2006/relationships/image" Target="media/image529.png"/><Relationship Id="rId538" Type="http://schemas.openxmlformats.org/officeDocument/2006/relationships/image" Target="media/image530.jpg"/><Relationship Id="rId539" Type="http://schemas.openxmlformats.org/officeDocument/2006/relationships/image" Target="media/image531.png"/><Relationship Id="rId540" Type="http://schemas.openxmlformats.org/officeDocument/2006/relationships/image" Target="media/image532.png"/><Relationship Id="rId541" Type="http://schemas.openxmlformats.org/officeDocument/2006/relationships/image" Target="media/image533.png"/><Relationship Id="rId542" Type="http://schemas.openxmlformats.org/officeDocument/2006/relationships/image" Target="media/image534.png"/><Relationship Id="rId543" Type="http://schemas.openxmlformats.org/officeDocument/2006/relationships/image" Target="media/image535.jpg"/><Relationship Id="rId544" Type="http://schemas.openxmlformats.org/officeDocument/2006/relationships/image" Target="media/image536.jpg"/><Relationship Id="rId545" Type="http://schemas.openxmlformats.org/officeDocument/2006/relationships/image" Target="media/image537.png"/><Relationship Id="rId546" Type="http://schemas.openxmlformats.org/officeDocument/2006/relationships/image" Target="media/image538.png"/><Relationship Id="rId547" Type="http://schemas.openxmlformats.org/officeDocument/2006/relationships/image" Target="media/image539.png"/><Relationship Id="rId548" Type="http://schemas.openxmlformats.org/officeDocument/2006/relationships/image" Target="media/image540.png"/><Relationship Id="rId549" Type="http://schemas.openxmlformats.org/officeDocument/2006/relationships/image" Target="media/image541.png"/><Relationship Id="rId550" Type="http://schemas.openxmlformats.org/officeDocument/2006/relationships/image" Target="media/image542.png"/><Relationship Id="rId551" Type="http://schemas.openxmlformats.org/officeDocument/2006/relationships/image" Target="media/image543.png"/><Relationship Id="rId552" Type="http://schemas.openxmlformats.org/officeDocument/2006/relationships/image" Target="media/image544.png"/><Relationship Id="rId553" Type="http://schemas.openxmlformats.org/officeDocument/2006/relationships/image" Target="media/image545.png"/><Relationship Id="rId554" Type="http://schemas.openxmlformats.org/officeDocument/2006/relationships/image" Target="media/image546.png"/><Relationship Id="rId555" Type="http://schemas.openxmlformats.org/officeDocument/2006/relationships/image" Target="media/image547.png"/><Relationship Id="rId556" Type="http://schemas.openxmlformats.org/officeDocument/2006/relationships/image" Target="media/image548.png"/><Relationship Id="rId557" Type="http://schemas.openxmlformats.org/officeDocument/2006/relationships/image" Target="media/image549.png"/><Relationship Id="rId558" Type="http://schemas.openxmlformats.org/officeDocument/2006/relationships/image" Target="media/image550.png"/><Relationship Id="rId559" Type="http://schemas.openxmlformats.org/officeDocument/2006/relationships/image" Target="media/image551.png"/><Relationship Id="rId560" Type="http://schemas.openxmlformats.org/officeDocument/2006/relationships/image" Target="media/image552.png"/><Relationship Id="rId561" Type="http://schemas.openxmlformats.org/officeDocument/2006/relationships/image" Target="media/image553.jpg"/><Relationship Id="rId562" Type="http://schemas.openxmlformats.org/officeDocument/2006/relationships/image" Target="media/image554.png"/><Relationship Id="rId563" Type="http://schemas.openxmlformats.org/officeDocument/2006/relationships/image" Target="media/image555.png"/><Relationship Id="rId564" Type="http://schemas.openxmlformats.org/officeDocument/2006/relationships/image" Target="media/image556.png"/><Relationship Id="rId565" Type="http://schemas.openxmlformats.org/officeDocument/2006/relationships/image" Target="media/image557.png"/><Relationship Id="rId566" Type="http://schemas.openxmlformats.org/officeDocument/2006/relationships/image" Target="media/image558.jpg"/><Relationship Id="rId567" Type="http://schemas.openxmlformats.org/officeDocument/2006/relationships/image" Target="media/image559.jpg"/><Relationship Id="rId568" Type="http://schemas.openxmlformats.org/officeDocument/2006/relationships/image" Target="media/image560.png"/><Relationship Id="rId569" Type="http://schemas.openxmlformats.org/officeDocument/2006/relationships/image" Target="media/image561.png"/><Relationship Id="rId570" Type="http://schemas.openxmlformats.org/officeDocument/2006/relationships/image" Target="media/image562.png"/><Relationship Id="rId571" Type="http://schemas.openxmlformats.org/officeDocument/2006/relationships/image" Target="media/image563.png"/><Relationship Id="rId572" Type="http://schemas.openxmlformats.org/officeDocument/2006/relationships/image" Target="media/image564.png"/><Relationship Id="rId573" Type="http://schemas.openxmlformats.org/officeDocument/2006/relationships/image" Target="media/image565.png"/><Relationship Id="rId574" Type="http://schemas.openxmlformats.org/officeDocument/2006/relationships/image" Target="media/image566.png"/><Relationship Id="rId575" Type="http://schemas.openxmlformats.org/officeDocument/2006/relationships/image" Target="media/image567.png"/><Relationship Id="rId576" Type="http://schemas.openxmlformats.org/officeDocument/2006/relationships/image" Target="media/image568.png"/><Relationship Id="rId577" Type="http://schemas.openxmlformats.org/officeDocument/2006/relationships/image" Target="media/image569.png"/><Relationship Id="rId578" Type="http://schemas.openxmlformats.org/officeDocument/2006/relationships/image" Target="media/image570.png"/><Relationship Id="rId579" Type="http://schemas.openxmlformats.org/officeDocument/2006/relationships/image" Target="media/image571.png"/><Relationship Id="rId580" Type="http://schemas.openxmlformats.org/officeDocument/2006/relationships/image" Target="media/image572.png"/><Relationship Id="rId581" Type="http://schemas.openxmlformats.org/officeDocument/2006/relationships/image" Target="media/image573.png"/><Relationship Id="rId582" Type="http://schemas.openxmlformats.org/officeDocument/2006/relationships/image" Target="media/image574.png"/><Relationship Id="rId583" Type="http://schemas.openxmlformats.org/officeDocument/2006/relationships/image" Target="media/image575.png"/><Relationship Id="rId584" Type="http://schemas.openxmlformats.org/officeDocument/2006/relationships/image" Target="media/image576.jpg"/><Relationship Id="rId585" Type="http://schemas.openxmlformats.org/officeDocument/2006/relationships/image" Target="media/image577.png"/><Relationship Id="rId586" Type="http://schemas.openxmlformats.org/officeDocument/2006/relationships/image" Target="media/image578.png"/><Relationship Id="rId587" Type="http://schemas.openxmlformats.org/officeDocument/2006/relationships/image" Target="media/image579.png"/><Relationship Id="rId588" Type="http://schemas.openxmlformats.org/officeDocument/2006/relationships/image" Target="media/image580.png"/><Relationship Id="rId589" Type="http://schemas.openxmlformats.org/officeDocument/2006/relationships/image" Target="media/image581.jpg"/><Relationship Id="rId590" Type="http://schemas.openxmlformats.org/officeDocument/2006/relationships/image" Target="media/image582.png"/><Relationship Id="rId591" Type="http://schemas.openxmlformats.org/officeDocument/2006/relationships/image" Target="media/image583.png"/><Relationship Id="rId592" Type="http://schemas.openxmlformats.org/officeDocument/2006/relationships/image" Target="media/image584.png"/><Relationship Id="rId593" Type="http://schemas.openxmlformats.org/officeDocument/2006/relationships/image" Target="media/image585.png"/><Relationship Id="rId594" Type="http://schemas.openxmlformats.org/officeDocument/2006/relationships/image" Target="media/image586.jpg"/><Relationship Id="rId595" Type="http://schemas.openxmlformats.org/officeDocument/2006/relationships/image" Target="media/image587.png"/><Relationship Id="rId596" Type="http://schemas.openxmlformats.org/officeDocument/2006/relationships/image" Target="media/image588.png"/><Relationship Id="rId597" Type="http://schemas.openxmlformats.org/officeDocument/2006/relationships/image" Target="media/image589.png"/><Relationship Id="rId598" Type="http://schemas.openxmlformats.org/officeDocument/2006/relationships/image" Target="media/image590.png"/><Relationship Id="rId599" Type="http://schemas.openxmlformats.org/officeDocument/2006/relationships/image" Target="media/image591.jpg"/><Relationship Id="rId600" Type="http://schemas.openxmlformats.org/officeDocument/2006/relationships/image" Target="media/image592.jpg"/><Relationship Id="rId601" Type="http://schemas.openxmlformats.org/officeDocument/2006/relationships/image" Target="media/image593.png"/><Relationship Id="rId602" Type="http://schemas.openxmlformats.org/officeDocument/2006/relationships/image" Target="media/image594.png"/><Relationship Id="rId603" Type="http://schemas.openxmlformats.org/officeDocument/2006/relationships/image" Target="media/image595.png"/><Relationship Id="rId604" Type="http://schemas.openxmlformats.org/officeDocument/2006/relationships/image" Target="media/image596.png"/><Relationship Id="rId605" Type="http://schemas.openxmlformats.org/officeDocument/2006/relationships/image" Target="media/image597.png"/><Relationship Id="rId606" Type="http://schemas.openxmlformats.org/officeDocument/2006/relationships/image" Target="media/image598.png"/><Relationship Id="rId607" Type="http://schemas.openxmlformats.org/officeDocument/2006/relationships/image" Target="media/image599.png"/><Relationship Id="rId608" Type="http://schemas.openxmlformats.org/officeDocument/2006/relationships/image" Target="media/image600.png"/><Relationship Id="rId609" Type="http://schemas.openxmlformats.org/officeDocument/2006/relationships/image" Target="media/image601.png"/><Relationship Id="rId610" Type="http://schemas.openxmlformats.org/officeDocument/2006/relationships/image" Target="media/image602.png"/><Relationship Id="rId611" Type="http://schemas.openxmlformats.org/officeDocument/2006/relationships/image" Target="media/image603.jpg"/><Relationship Id="rId612" Type="http://schemas.openxmlformats.org/officeDocument/2006/relationships/image" Target="media/image604.png"/><Relationship Id="rId613" Type="http://schemas.openxmlformats.org/officeDocument/2006/relationships/image" Target="media/image605.png"/><Relationship Id="rId614" Type="http://schemas.openxmlformats.org/officeDocument/2006/relationships/image" Target="media/image606.png"/><Relationship Id="rId615" Type="http://schemas.openxmlformats.org/officeDocument/2006/relationships/image" Target="media/image60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