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1.1: Movimentos Contados - Ponto 277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77 - OK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1.2: Movimentos Contados - Ponto 278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78 - OK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1.3: Movimentos Contados - Ponto 279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79 - OK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1.4: Movimentos Contados - Ponto 280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0 - OK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1.5: Movimentos Contados - Ponto 281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1 - OK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1.6: Movimentos Contados - Ponto 282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2 - OK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1.7: Movimentos Contados - Ponto 283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3 - OK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1.8: Movimentos Contados - Ponto 284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4 - OK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1.9: Movimentos Contados - Ponto 285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5 - OK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1.10: Movimentos Contados - Ponto 286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6 - OK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1.11: Movimentos Contados - Ponto 287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7 - OK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1.12: Movimentos Contados - Ponto 288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8 - OK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1.13: Movimentos Contados - Ponto 289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11863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9 - OK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1186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1.14: Movimentos Contados - Ponto 290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0 - OK.jp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1.15: Movimentos Contados - Ponto 291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1 - OK.jp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1.16: Movimentos Contados - Ponto 292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2 - OK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1.17: Movimentos Contados - Ponto 293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3 - OK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1.18: Movimentos Contados - Ponto 294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4.jp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1.19: Movimentos Contados - Ponto 295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5.jp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1.20: Movimentos Contados - Ponto 296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6.jp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1.21: Movimentos Contados - Ponto 297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7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1.22: Movimentos Contados - Ponto 298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8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1.23: Movimentos Contados - Ponto 299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9.jp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1.24: Movimentos Contados - Ponto 300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0.jp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1.25: Movimentos Contados - Ponto 301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1.jp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1.26: Movimentos Contados - Ponto 302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2.jp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1.27: Movimentos Contados - Ponto 303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3 (1).jp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3 (2).jp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1.28: Movimentos Contados - Ponto 304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4.jp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1.29: Movimentos Contados - Ponto 306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6.jp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1.30: Movimentos Contados - Ponto 310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0.jp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1.31: Movimentos Contados - Ponto 311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1.jp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1.32: Movimentos Contados - Ponto 312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2.jp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1.33: Movimentos Contados - Ponto 313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3.jp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1.34: Movimentos Contados - Ponto 314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4.jp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1.35: Movimentos Contados - Ponto 315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5.jp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1.36: Movimentos Contados - Ponto 316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6.jp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1.37: Movimentos Contados - Ponto 317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7.jp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1.38: Movimentos Contados - Ponto 318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8.jp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1.39: Movimentos Contados - Ponto 319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9.jp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1.40: Movimentos Contados - Ponto 320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0.jp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1.41: Movimentos Contados - Ponto 321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1.jp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1.42: Movimentos Contados - Ponto 322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2.jp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1.43: Movimentos Contados - Ponto 323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3.jp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1.44: Movimentos Contados - Ponto 324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4.jp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1.45: Movimentos Contados - Ponto 325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5.jp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1.46: Movimentos Contados - Ponto 326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6.jp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1.47: Movimentos Contados - Ponto 327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7.jp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1.48: Movimentos Contados - Ponto 328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8.jp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1.49: Movimentos Contados - Ponto 329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9.jp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1.50: Movimentos Contados - Ponto 330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30.jp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1.51: Movimentos Contados - Ponto 331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31.jp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1.52: Movimentos Contados - Ponto 332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32.jp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1.53: Movimentos Contados - Ponto 333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33.jp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1.54: Movimentos Contados - Ponto 334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34.jp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1.55: Movimentos Contados - Ponto 335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35.jp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1.56: Movimentos Contados - Ponto 336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36.jp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1.57: Movimentos Contados - Ponto 342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42.jp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1.58: Movimentos Contados - Ponto 343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43.jp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1.59: Movimentos Contados - Ponto 344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44.jp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1.60: Movimentos Contados - Ponto 345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4320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45.jp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43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1.61: Movimentos Contados - Ponto 346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46.jp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1.62: Movimentos Contados - Ponto 347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47.jp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1.63: Movimentos Contados - Ponto 348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48.jp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1.64: Movimentos Contados - Ponto 349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3048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49.jp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304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1.65: Movimentos Contados - Ponto 350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0.jp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1.66: Movimentos Contados - Ponto 351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287209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1.jp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28720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1.67: Movimentos Contados - Ponto 352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2 (1).jp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2 (2).jp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1.68: Movimentos Contados - Ponto 353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3.jp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1.69: Movimentos Contados - Ponto 354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4.jp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1.70: Movimentos Contados - Ponto 355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5.jp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1.71: Movimentos Contados - Ponto 356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6.jp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1.72: Movimentos Contados - Ponto 357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7 (1).jp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7 (2).jp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1.73: Movimentos Contados - Ponto 358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8.jp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1.74: Movimentos Contados - Ponto 359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7" name="Picture 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9 (1).jp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8" name="Picture 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9 (2).jp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1.75: Movimentos Contados - Ponto 360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79" name="Picture 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60.jpg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1.76: Movimentos Contados - Ponto 361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80" name="Picture 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61.jpg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1.77: Movimentos Contados - Ponto 362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81" name="Picture 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62.jpg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1.78: Movimentos Contados - Ponto 363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82" name="Picture 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63.jpg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1.79: Movimentos Contados - Ponto 364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83" name="Picture 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64 (1).jpg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442"/>
            <wp:docPr id="84" name="Picture 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64 (2).jpg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4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1.80: Movimentos Contados - Ponto 365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5" name="Picture 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65.jpg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1.81: Movimentos Contados - Ponto 553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6" name="Picture 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53 - OK.jpg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Relationship Id="rId13" Type="http://schemas.openxmlformats.org/officeDocument/2006/relationships/image" Target="media/image5.jpg"/><Relationship Id="rId14" Type="http://schemas.openxmlformats.org/officeDocument/2006/relationships/image" Target="media/image6.jpg"/><Relationship Id="rId15" Type="http://schemas.openxmlformats.org/officeDocument/2006/relationships/image" Target="media/image7.jpg"/><Relationship Id="rId16" Type="http://schemas.openxmlformats.org/officeDocument/2006/relationships/image" Target="media/image8.jpg"/><Relationship Id="rId17" Type="http://schemas.openxmlformats.org/officeDocument/2006/relationships/image" Target="media/image9.jpg"/><Relationship Id="rId18" Type="http://schemas.openxmlformats.org/officeDocument/2006/relationships/image" Target="media/image10.jpg"/><Relationship Id="rId19" Type="http://schemas.openxmlformats.org/officeDocument/2006/relationships/image" Target="media/image11.jpg"/><Relationship Id="rId20" Type="http://schemas.openxmlformats.org/officeDocument/2006/relationships/image" Target="media/image12.jpg"/><Relationship Id="rId21" Type="http://schemas.openxmlformats.org/officeDocument/2006/relationships/image" Target="media/image13.jpg"/><Relationship Id="rId22" Type="http://schemas.openxmlformats.org/officeDocument/2006/relationships/image" Target="media/image14.jpg"/><Relationship Id="rId23" Type="http://schemas.openxmlformats.org/officeDocument/2006/relationships/image" Target="media/image15.jpg"/><Relationship Id="rId24" Type="http://schemas.openxmlformats.org/officeDocument/2006/relationships/image" Target="media/image16.jpg"/><Relationship Id="rId25" Type="http://schemas.openxmlformats.org/officeDocument/2006/relationships/image" Target="media/image17.jpg"/><Relationship Id="rId26" Type="http://schemas.openxmlformats.org/officeDocument/2006/relationships/image" Target="media/image18.jpg"/><Relationship Id="rId27" Type="http://schemas.openxmlformats.org/officeDocument/2006/relationships/image" Target="media/image19.jpg"/><Relationship Id="rId28" Type="http://schemas.openxmlformats.org/officeDocument/2006/relationships/image" Target="media/image20.jpg"/><Relationship Id="rId29" Type="http://schemas.openxmlformats.org/officeDocument/2006/relationships/image" Target="media/image21.jpg"/><Relationship Id="rId30" Type="http://schemas.openxmlformats.org/officeDocument/2006/relationships/image" Target="media/image22.jpg"/><Relationship Id="rId31" Type="http://schemas.openxmlformats.org/officeDocument/2006/relationships/image" Target="media/image23.jpg"/><Relationship Id="rId32" Type="http://schemas.openxmlformats.org/officeDocument/2006/relationships/image" Target="media/image24.jpg"/><Relationship Id="rId33" Type="http://schemas.openxmlformats.org/officeDocument/2006/relationships/image" Target="media/image25.jpg"/><Relationship Id="rId34" Type="http://schemas.openxmlformats.org/officeDocument/2006/relationships/image" Target="media/image26.jpg"/><Relationship Id="rId35" Type="http://schemas.openxmlformats.org/officeDocument/2006/relationships/image" Target="media/image27.jpg"/><Relationship Id="rId36" Type="http://schemas.openxmlformats.org/officeDocument/2006/relationships/image" Target="media/image28.jpg"/><Relationship Id="rId37" Type="http://schemas.openxmlformats.org/officeDocument/2006/relationships/image" Target="media/image29.jpg"/><Relationship Id="rId38" Type="http://schemas.openxmlformats.org/officeDocument/2006/relationships/image" Target="media/image30.jpg"/><Relationship Id="rId39" Type="http://schemas.openxmlformats.org/officeDocument/2006/relationships/image" Target="media/image31.jpg"/><Relationship Id="rId40" Type="http://schemas.openxmlformats.org/officeDocument/2006/relationships/image" Target="media/image32.jpg"/><Relationship Id="rId41" Type="http://schemas.openxmlformats.org/officeDocument/2006/relationships/image" Target="media/image33.jpg"/><Relationship Id="rId42" Type="http://schemas.openxmlformats.org/officeDocument/2006/relationships/image" Target="media/image34.jpg"/><Relationship Id="rId43" Type="http://schemas.openxmlformats.org/officeDocument/2006/relationships/image" Target="media/image35.jpg"/><Relationship Id="rId44" Type="http://schemas.openxmlformats.org/officeDocument/2006/relationships/image" Target="media/image36.jpg"/><Relationship Id="rId45" Type="http://schemas.openxmlformats.org/officeDocument/2006/relationships/image" Target="media/image37.jpg"/><Relationship Id="rId46" Type="http://schemas.openxmlformats.org/officeDocument/2006/relationships/image" Target="media/image38.jpg"/><Relationship Id="rId47" Type="http://schemas.openxmlformats.org/officeDocument/2006/relationships/image" Target="media/image39.jpg"/><Relationship Id="rId48" Type="http://schemas.openxmlformats.org/officeDocument/2006/relationships/image" Target="media/image40.jpg"/><Relationship Id="rId49" Type="http://schemas.openxmlformats.org/officeDocument/2006/relationships/image" Target="media/image41.jpg"/><Relationship Id="rId50" Type="http://schemas.openxmlformats.org/officeDocument/2006/relationships/image" Target="media/image42.jpg"/><Relationship Id="rId51" Type="http://schemas.openxmlformats.org/officeDocument/2006/relationships/image" Target="media/image43.jpg"/><Relationship Id="rId52" Type="http://schemas.openxmlformats.org/officeDocument/2006/relationships/image" Target="media/image44.jpg"/><Relationship Id="rId53" Type="http://schemas.openxmlformats.org/officeDocument/2006/relationships/image" Target="media/image45.jpg"/><Relationship Id="rId54" Type="http://schemas.openxmlformats.org/officeDocument/2006/relationships/image" Target="media/image46.jpg"/><Relationship Id="rId55" Type="http://schemas.openxmlformats.org/officeDocument/2006/relationships/image" Target="media/image47.jpg"/><Relationship Id="rId56" Type="http://schemas.openxmlformats.org/officeDocument/2006/relationships/image" Target="media/image48.jpg"/><Relationship Id="rId57" Type="http://schemas.openxmlformats.org/officeDocument/2006/relationships/image" Target="media/image49.jpg"/><Relationship Id="rId58" Type="http://schemas.openxmlformats.org/officeDocument/2006/relationships/image" Target="media/image50.jpg"/><Relationship Id="rId59" Type="http://schemas.openxmlformats.org/officeDocument/2006/relationships/image" Target="media/image51.jpg"/><Relationship Id="rId60" Type="http://schemas.openxmlformats.org/officeDocument/2006/relationships/image" Target="media/image52.jpg"/><Relationship Id="rId61" Type="http://schemas.openxmlformats.org/officeDocument/2006/relationships/image" Target="media/image53.jpg"/><Relationship Id="rId62" Type="http://schemas.openxmlformats.org/officeDocument/2006/relationships/image" Target="media/image54.jpg"/><Relationship Id="rId63" Type="http://schemas.openxmlformats.org/officeDocument/2006/relationships/image" Target="media/image55.jpg"/><Relationship Id="rId64" Type="http://schemas.openxmlformats.org/officeDocument/2006/relationships/image" Target="media/image56.jpg"/><Relationship Id="rId65" Type="http://schemas.openxmlformats.org/officeDocument/2006/relationships/image" Target="media/image57.jpg"/><Relationship Id="rId66" Type="http://schemas.openxmlformats.org/officeDocument/2006/relationships/image" Target="media/image58.jpg"/><Relationship Id="rId67" Type="http://schemas.openxmlformats.org/officeDocument/2006/relationships/image" Target="media/image59.jpg"/><Relationship Id="rId68" Type="http://schemas.openxmlformats.org/officeDocument/2006/relationships/image" Target="media/image60.jpg"/><Relationship Id="rId69" Type="http://schemas.openxmlformats.org/officeDocument/2006/relationships/image" Target="media/image61.jpg"/><Relationship Id="rId70" Type="http://schemas.openxmlformats.org/officeDocument/2006/relationships/image" Target="media/image62.jpg"/><Relationship Id="rId71" Type="http://schemas.openxmlformats.org/officeDocument/2006/relationships/image" Target="media/image63.jpg"/><Relationship Id="rId72" Type="http://schemas.openxmlformats.org/officeDocument/2006/relationships/image" Target="media/image64.jpg"/><Relationship Id="rId73" Type="http://schemas.openxmlformats.org/officeDocument/2006/relationships/image" Target="media/image65.jpg"/><Relationship Id="rId74" Type="http://schemas.openxmlformats.org/officeDocument/2006/relationships/image" Target="media/image66.jpg"/><Relationship Id="rId75" Type="http://schemas.openxmlformats.org/officeDocument/2006/relationships/image" Target="media/image67.jpg"/><Relationship Id="rId76" Type="http://schemas.openxmlformats.org/officeDocument/2006/relationships/image" Target="media/image68.jpg"/><Relationship Id="rId77" Type="http://schemas.openxmlformats.org/officeDocument/2006/relationships/image" Target="media/image69.jpg"/><Relationship Id="rId78" Type="http://schemas.openxmlformats.org/officeDocument/2006/relationships/image" Target="media/image70.jpg"/><Relationship Id="rId79" Type="http://schemas.openxmlformats.org/officeDocument/2006/relationships/image" Target="media/image71.jpg"/><Relationship Id="rId80" Type="http://schemas.openxmlformats.org/officeDocument/2006/relationships/image" Target="media/image72.jpg"/><Relationship Id="rId81" Type="http://schemas.openxmlformats.org/officeDocument/2006/relationships/image" Target="media/image73.jpg"/><Relationship Id="rId82" Type="http://schemas.openxmlformats.org/officeDocument/2006/relationships/image" Target="media/image74.jpg"/><Relationship Id="rId83" Type="http://schemas.openxmlformats.org/officeDocument/2006/relationships/image" Target="media/image75.jpg"/><Relationship Id="rId84" Type="http://schemas.openxmlformats.org/officeDocument/2006/relationships/image" Target="media/image76.jpg"/><Relationship Id="rId85" Type="http://schemas.openxmlformats.org/officeDocument/2006/relationships/image" Target="media/image77.jpg"/><Relationship Id="rId86" Type="http://schemas.openxmlformats.org/officeDocument/2006/relationships/image" Target="media/image78.jpg"/><Relationship Id="rId87" Type="http://schemas.openxmlformats.org/officeDocument/2006/relationships/image" Target="media/image79.jpg"/><Relationship Id="rId88" Type="http://schemas.openxmlformats.org/officeDocument/2006/relationships/image" Target="media/image80.jpg"/><Relationship Id="rId89" Type="http://schemas.openxmlformats.org/officeDocument/2006/relationships/image" Target="media/image81.jpg"/><Relationship Id="rId90" Type="http://schemas.openxmlformats.org/officeDocument/2006/relationships/image" Target="media/image82.jpg"/><Relationship Id="rId91" Type="http://schemas.openxmlformats.org/officeDocument/2006/relationships/image" Target="media/image83.jpg"/><Relationship Id="rId92" Type="http://schemas.openxmlformats.org/officeDocument/2006/relationships/image" Target="media/image84.jpg"/><Relationship Id="rId93" Type="http://schemas.openxmlformats.org/officeDocument/2006/relationships/image" Target="media/image85.jpg"/><Relationship Id="rId94" Type="http://schemas.openxmlformats.org/officeDocument/2006/relationships/image" Target="media/image8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