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 - A-B-C-D-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 - G-H-I-J-K-L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2.29: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