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 - A ao J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 - K ao T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 - U ao Y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5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6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7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8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9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1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2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3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4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5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6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7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8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19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2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2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2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2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24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