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9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9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9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9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9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9_hr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9_hr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0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0_hr_00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0_hr_01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0_hr_02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0_hr_03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0_hr_04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0_hr_05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jp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