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14625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146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 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4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5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6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7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8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14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0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1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15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2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3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0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1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2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3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4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5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6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7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8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0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1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2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3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0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1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2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3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2.15: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0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1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2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3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2.16: Volumes Contados - Ponto 22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0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1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23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2.17: Volumes Contados - Ponto 23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24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 (1)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 (2).jp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2.18: Volumes Contados - Ponto 24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0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1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2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3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4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5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6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7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8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9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10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11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25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2.19: Volumes Contados - Ponto 25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0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2.20: Volumes Contados - Ponto 26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0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2.21: Movimentos Contados - Ponto 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 (1).jp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 (2).jp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2.21: Volumes Contados - Ponto 27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0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1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2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3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4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5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6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7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8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9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10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11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12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13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14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15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2.22: Movimentos Contados - Ponto 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.jp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2.22: Volumes Contados - Ponto 28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0.pn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2.23: Movimentos Contados - Ponto 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A (1).jp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A (2) - G-H-I-J-K-L - Movimentos bloqueados devido a acesso fechado.jp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B (1).jp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B (2) - E-F-G-H - Movimentos bloqueados devido a acesso fechado.jp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2.23: Volumes Contados - Ponto 29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0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1.p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2.p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3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4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5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6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7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8.pn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9.pn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10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11.p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12.pn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6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14.pn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15.pn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16.p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17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18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19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2.24: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2.24: Volumes Contados - Ponto 30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0.p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1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2.25: Movimentos Contados - Ponto 31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.jp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2.25: Volumes Contados - Ponto 31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0.pn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1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2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3.p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4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5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6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7.pn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8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2.26: Movimentos Contados - Ponto 33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.jp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2.26: Volumes Contados - Ponto 33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2.27: Movimentos Contados - Ponto 34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.jp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2.27: Volumes Contados - Ponto 34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2.28: Movimentos Contados - Ponto 35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.jp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2.28: Volumes Contados - Ponto 35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0.pn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1.pn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2.29: Movimentos Contados - Ponto 36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 - Amostragem.jp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.jp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2.29: Volumes Contados - Ponto 36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0.pn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1.pn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2.pn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3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4.pn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5.pn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6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7.pn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8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9.pn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0.png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11.png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2.30: Movimentos Contados - Ponto 37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7 (1).jpg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7 (2).jpg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2.30: Volumes Contados - Ponto 37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0.png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1.png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6" name="Picture 1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2.png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7" name="Picture 1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3.png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8" name="Picture 1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4.png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9" name="Picture 1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5.png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0" name="Picture 1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6.png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1" name="Picture 1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7.png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2" name="Picture 1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8.png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3" name="Picture 1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9.png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4" name="Picture 1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10.png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5" name="Picture 1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11.png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6" name="Picture 1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12.png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7" name="Picture 1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13.png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8" name="Picture 1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14.png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9" name="Picture 1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15.png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2.31: Movimentos Contados - Ponto 38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0" name="Picture 1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8-39-40 - Amostragem.jpg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1" name="Picture 1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8.jpg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2.31: Volumes Contados - Ponto 38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2" name="Picture 1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0.png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3" name="Picture 1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1.png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2.32: Movimentos Contados - Ponto 39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84" name="Picture 1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9.jpg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2.32: Volumes Contados - Ponto 39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5" name="Picture 1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0.png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2.33: Movimentos Contados - Ponto 40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86" name="Picture 1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0.jpg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2.33: Volumes Contados - Ponto 40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7" name="Picture 1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0.png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8" name="Picture 1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1.png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9" name="Picture 1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2.png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2.34: Movimentos Contados - Ponto 41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0" name="Picture 1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-42-43 - Amostragem.jpg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91" name="Picture 1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.jpg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2.34: Volumes Contados - Ponto 41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2" name="Picture 1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0.png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3" name="Picture 1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1.png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2.35: Movimentos Contados - Ponto 42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94" name="Picture 1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2.jpg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2.35: Volumes Contados - Ponto 42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5" name="Picture 1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0.png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6" name="Picture 1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1.png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2.36: Movimentos Contados - Ponto 43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97" name="Picture 1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.jpg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2.36: Volumes Contados - Ponto 43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8" name="Picture 1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0.png"/>
                    <pic:cNvPicPr/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9" name="Picture 1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1.png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jp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jp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jpg"/><Relationship Id="rId34" Type="http://schemas.openxmlformats.org/officeDocument/2006/relationships/image" Target="media/image26.png"/><Relationship Id="rId35" Type="http://schemas.openxmlformats.org/officeDocument/2006/relationships/image" Target="media/image27.jp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jp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jp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jp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jp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jpg"/><Relationship Id="rId64" Type="http://schemas.openxmlformats.org/officeDocument/2006/relationships/image" Target="media/image56.png"/><Relationship Id="rId65" Type="http://schemas.openxmlformats.org/officeDocument/2006/relationships/image" Target="media/image57.jpg"/><Relationship Id="rId66" Type="http://schemas.openxmlformats.org/officeDocument/2006/relationships/image" Target="media/image58.png"/><Relationship Id="rId67" Type="http://schemas.openxmlformats.org/officeDocument/2006/relationships/image" Target="media/image59.jp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jp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jpg"/><Relationship Id="rId76" Type="http://schemas.openxmlformats.org/officeDocument/2006/relationships/image" Target="media/image68.jpg"/><Relationship Id="rId77" Type="http://schemas.openxmlformats.org/officeDocument/2006/relationships/image" Target="media/image69.jp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jpg"/><Relationship Id="rId91" Type="http://schemas.openxmlformats.org/officeDocument/2006/relationships/image" Target="media/image83.png"/><Relationship Id="rId92" Type="http://schemas.openxmlformats.org/officeDocument/2006/relationships/image" Target="media/image84.jpg"/><Relationship Id="rId93" Type="http://schemas.openxmlformats.org/officeDocument/2006/relationships/image" Target="media/image85.png"/><Relationship Id="rId94" Type="http://schemas.openxmlformats.org/officeDocument/2006/relationships/image" Target="media/image86.jpg"/><Relationship Id="rId95" Type="http://schemas.openxmlformats.org/officeDocument/2006/relationships/image" Target="media/image87.jp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jpg"/><Relationship Id="rId113" Type="http://schemas.openxmlformats.org/officeDocument/2006/relationships/image" Target="media/image105.png"/><Relationship Id="rId114" Type="http://schemas.openxmlformats.org/officeDocument/2006/relationships/image" Target="media/image106.jpg"/><Relationship Id="rId115" Type="http://schemas.openxmlformats.org/officeDocument/2006/relationships/image" Target="media/image107.jpg"/><Relationship Id="rId116" Type="http://schemas.openxmlformats.org/officeDocument/2006/relationships/image" Target="media/image108.jpg"/><Relationship Id="rId117" Type="http://schemas.openxmlformats.org/officeDocument/2006/relationships/image" Target="media/image109.jpg"/><Relationship Id="rId118" Type="http://schemas.openxmlformats.org/officeDocument/2006/relationships/image" Target="media/image110.png"/><Relationship Id="rId119" Type="http://schemas.openxmlformats.org/officeDocument/2006/relationships/image" Target="media/image111.png"/><Relationship Id="rId120" Type="http://schemas.openxmlformats.org/officeDocument/2006/relationships/image" Target="media/image112.pn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png"/><Relationship Id="rId126" Type="http://schemas.openxmlformats.org/officeDocument/2006/relationships/image" Target="media/image118.png"/><Relationship Id="rId127" Type="http://schemas.openxmlformats.org/officeDocument/2006/relationships/image" Target="media/image119.pn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png"/><Relationship Id="rId131" Type="http://schemas.openxmlformats.org/officeDocument/2006/relationships/image" Target="media/image123.png"/><Relationship Id="rId132" Type="http://schemas.openxmlformats.org/officeDocument/2006/relationships/image" Target="media/image124.png"/><Relationship Id="rId133" Type="http://schemas.openxmlformats.org/officeDocument/2006/relationships/image" Target="media/image125.pn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jpg"/><Relationship Id="rId138" Type="http://schemas.openxmlformats.org/officeDocument/2006/relationships/image" Target="media/image130.png"/><Relationship Id="rId139" Type="http://schemas.openxmlformats.org/officeDocument/2006/relationships/image" Target="media/image131.png"/><Relationship Id="rId140" Type="http://schemas.openxmlformats.org/officeDocument/2006/relationships/image" Target="media/image132.jpg"/><Relationship Id="rId141" Type="http://schemas.openxmlformats.org/officeDocument/2006/relationships/image" Target="media/image133.pn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png"/><Relationship Id="rId145" Type="http://schemas.openxmlformats.org/officeDocument/2006/relationships/image" Target="media/image137.png"/><Relationship Id="rId146" Type="http://schemas.openxmlformats.org/officeDocument/2006/relationships/image" Target="media/image138.png"/><Relationship Id="rId147" Type="http://schemas.openxmlformats.org/officeDocument/2006/relationships/image" Target="media/image139.png"/><Relationship Id="rId148" Type="http://schemas.openxmlformats.org/officeDocument/2006/relationships/image" Target="media/image140.png"/><Relationship Id="rId149" Type="http://schemas.openxmlformats.org/officeDocument/2006/relationships/image" Target="media/image141.png"/><Relationship Id="rId150" Type="http://schemas.openxmlformats.org/officeDocument/2006/relationships/image" Target="media/image142.jpg"/><Relationship Id="rId151" Type="http://schemas.openxmlformats.org/officeDocument/2006/relationships/image" Target="media/image143.jpg"/><Relationship Id="rId152" Type="http://schemas.openxmlformats.org/officeDocument/2006/relationships/image" Target="media/image144.jpg"/><Relationship Id="rId153" Type="http://schemas.openxmlformats.org/officeDocument/2006/relationships/image" Target="media/image145.png"/><Relationship Id="rId154" Type="http://schemas.openxmlformats.org/officeDocument/2006/relationships/image" Target="media/image146.png"/><Relationship Id="rId155" Type="http://schemas.openxmlformats.org/officeDocument/2006/relationships/image" Target="media/image147.jpg"/><Relationship Id="rId156" Type="http://schemas.openxmlformats.org/officeDocument/2006/relationships/image" Target="media/image148.jpg"/><Relationship Id="rId157" Type="http://schemas.openxmlformats.org/officeDocument/2006/relationships/image" Target="media/image149.png"/><Relationship Id="rId158" Type="http://schemas.openxmlformats.org/officeDocument/2006/relationships/image" Target="media/image150.png"/><Relationship Id="rId159" Type="http://schemas.openxmlformats.org/officeDocument/2006/relationships/image" Target="media/image151.png"/><Relationship Id="rId160" Type="http://schemas.openxmlformats.org/officeDocument/2006/relationships/image" Target="media/image152.png"/><Relationship Id="rId161" Type="http://schemas.openxmlformats.org/officeDocument/2006/relationships/image" Target="media/image153.png"/><Relationship Id="rId162" Type="http://schemas.openxmlformats.org/officeDocument/2006/relationships/image" Target="media/image154.png"/><Relationship Id="rId163" Type="http://schemas.openxmlformats.org/officeDocument/2006/relationships/image" Target="media/image155.png"/><Relationship Id="rId164" Type="http://schemas.openxmlformats.org/officeDocument/2006/relationships/image" Target="media/image156.png"/><Relationship Id="rId165" Type="http://schemas.openxmlformats.org/officeDocument/2006/relationships/image" Target="media/image157.png"/><Relationship Id="rId166" Type="http://schemas.openxmlformats.org/officeDocument/2006/relationships/image" Target="media/image158.png"/><Relationship Id="rId167" Type="http://schemas.openxmlformats.org/officeDocument/2006/relationships/image" Target="media/image159.png"/><Relationship Id="rId168" Type="http://schemas.openxmlformats.org/officeDocument/2006/relationships/image" Target="media/image160.png"/><Relationship Id="rId169" Type="http://schemas.openxmlformats.org/officeDocument/2006/relationships/image" Target="media/image161.jpg"/><Relationship Id="rId170" Type="http://schemas.openxmlformats.org/officeDocument/2006/relationships/image" Target="media/image162.jpg"/><Relationship Id="rId171" Type="http://schemas.openxmlformats.org/officeDocument/2006/relationships/image" Target="media/image163.png"/><Relationship Id="rId172" Type="http://schemas.openxmlformats.org/officeDocument/2006/relationships/image" Target="media/image164.png"/><Relationship Id="rId173" Type="http://schemas.openxmlformats.org/officeDocument/2006/relationships/image" Target="media/image165.png"/><Relationship Id="rId174" Type="http://schemas.openxmlformats.org/officeDocument/2006/relationships/image" Target="media/image166.png"/><Relationship Id="rId175" Type="http://schemas.openxmlformats.org/officeDocument/2006/relationships/image" Target="media/image167.png"/><Relationship Id="rId176" Type="http://schemas.openxmlformats.org/officeDocument/2006/relationships/image" Target="media/image168.png"/><Relationship Id="rId177" Type="http://schemas.openxmlformats.org/officeDocument/2006/relationships/image" Target="media/image169.png"/><Relationship Id="rId178" Type="http://schemas.openxmlformats.org/officeDocument/2006/relationships/image" Target="media/image170.png"/><Relationship Id="rId179" Type="http://schemas.openxmlformats.org/officeDocument/2006/relationships/image" Target="media/image171.png"/><Relationship Id="rId180" Type="http://schemas.openxmlformats.org/officeDocument/2006/relationships/image" Target="media/image172.png"/><Relationship Id="rId181" Type="http://schemas.openxmlformats.org/officeDocument/2006/relationships/image" Target="media/image173.png"/><Relationship Id="rId182" Type="http://schemas.openxmlformats.org/officeDocument/2006/relationships/image" Target="media/image174.png"/><Relationship Id="rId183" Type="http://schemas.openxmlformats.org/officeDocument/2006/relationships/image" Target="media/image175.png"/><Relationship Id="rId184" Type="http://schemas.openxmlformats.org/officeDocument/2006/relationships/image" Target="media/image176.png"/><Relationship Id="rId185" Type="http://schemas.openxmlformats.org/officeDocument/2006/relationships/image" Target="media/image177.png"/><Relationship Id="rId186" Type="http://schemas.openxmlformats.org/officeDocument/2006/relationships/image" Target="media/image178.png"/><Relationship Id="rId187" Type="http://schemas.openxmlformats.org/officeDocument/2006/relationships/image" Target="media/image179.jpg"/><Relationship Id="rId188" Type="http://schemas.openxmlformats.org/officeDocument/2006/relationships/image" Target="media/image180.jpg"/><Relationship Id="rId189" Type="http://schemas.openxmlformats.org/officeDocument/2006/relationships/image" Target="media/image181.png"/><Relationship Id="rId190" Type="http://schemas.openxmlformats.org/officeDocument/2006/relationships/image" Target="media/image182.png"/><Relationship Id="rId191" Type="http://schemas.openxmlformats.org/officeDocument/2006/relationships/image" Target="media/image183.jpg"/><Relationship Id="rId192" Type="http://schemas.openxmlformats.org/officeDocument/2006/relationships/image" Target="media/image184.png"/><Relationship Id="rId193" Type="http://schemas.openxmlformats.org/officeDocument/2006/relationships/image" Target="media/image185.jpg"/><Relationship Id="rId194" Type="http://schemas.openxmlformats.org/officeDocument/2006/relationships/image" Target="media/image186.png"/><Relationship Id="rId195" Type="http://schemas.openxmlformats.org/officeDocument/2006/relationships/image" Target="media/image187.png"/><Relationship Id="rId196" Type="http://schemas.openxmlformats.org/officeDocument/2006/relationships/image" Target="media/image188.png"/><Relationship Id="rId197" Type="http://schemas.openxmlformats.org/officeDocument/2006/relationships/image" Target="media/image189.jpg"/><Relationship Id="rId198" Type="http://schemas.openxmlformats.org/officeDocument/2006/relationships/image" Target="media/image190.jpg"/><Relationship Id="rId199" Type="http://schemas.openxmlformats.org/officeDocument/2006/relationships/image" Target="media/image191.png"/><Relationship Id="rId200" Type="http://schemas.openxmlformats.org/officeDocument/2006/relationships/image" Target="media/image192.png"/><Relationship Id="rId201" Type="http://schemas.openxmlformats.org/officeDocument/2006/relationships/image" Target="media/image193.jpg"/><Relationship Id="rId202" Type="http://schemas.openxmlformats.org/officeDocument/2006/relationships/image" Target="media/image194.png"/><Relationship Id="rId203" Type="http://schemas.openxmlformats.org/officeDocument/2006/relationships/image" Target="media/image195.png"/><Relationship Id="rId204" Type="http://schemas.openxmlformats.org/officeDocument/2006/relationships/image" Target="media/image196.jpg"/><Relationship Id="rId205" Type="http://schemas.openxmlformats.org/officeDocument/2006/relationships/image" Target="media/image197.png"/><Relationship Id="rId206" Type="http://schemas.openxmlformats.org/officeDocument/2006/relationships/image" Target="media/image19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