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4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6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7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8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2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3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2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3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0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1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2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3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2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3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0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1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4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0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1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2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3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0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1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2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0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1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hr_00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hr_01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0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1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0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1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2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3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4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5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6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7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8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 - A ao J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 - K ao T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 - U ao Y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0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1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2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3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4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5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6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7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8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9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0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1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2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3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4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5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 - I ao P.jp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 -A ao H.jp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0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1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2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3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0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1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- G-H-I - NEW.jp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0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1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2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3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4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5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6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7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8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- A ao G.jp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- H ao K.jp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- H ao O - NEW.jp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0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1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2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3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4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5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6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7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8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9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0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1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2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3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14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0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1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2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3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4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5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6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7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8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- A ao H.jp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- I ao  L.jp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0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1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2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3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4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5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6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7.pn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8.pn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9.pn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0.pn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1.pn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 - A ao H.jp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 - I ao P.jp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0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1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2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3.pn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4.pn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5.pn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6.pn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7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8.pn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9.png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0.png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1.png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2.png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3.png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4.pn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 - A ao H.jp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 - I ao P.jp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0.png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1.png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2.png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3.png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4.png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5.png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6.png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7.png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8.png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9.png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10.png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11.png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5" name="Picture 1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12.png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6" name="Picture 1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13.png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7" name="Picture 1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14.png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8" name="Picture 1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15.png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9" name="Picture 1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0" name="Picture 2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hr_00.png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1" name="Picture 2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hr_01.png"/>
                    <pic:cNvPicPr/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2" name="Picture 2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hr_02.png"/>
                    <pic:cNvPicPr/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3" name="Picture 2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hr_03.png"/>
                    <pic:cNvPicPr/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4" name="Picture 2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hr_04.png"/>
                    <pic:cNvPicPr/>
                  </pic:nvPicPr>
                  <pic:blipFill>
                    <a:blip r:embed="rId2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5" name="Picture 2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hr_05.png"/>
                    <pic:cNvPicPr/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6" name="Picture 2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 - NEW.jpg"/>
                    <pic:cNvPicPr/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7" name="Picture 2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hr_00.png"/>
                    <pic:cNvPicPr/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8" name="Picture 2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hr_01.png"/>
                    <pic:cNvPicPr/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9" name="Picture 2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hr_02.png"/>
                    <pic:cNvPicPr/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0" name="Picture 2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hr_03.png"/>
                    <pic:cNvPicPr/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1" name="Picture 2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 - NEW.jpg"/>
                    <pic:cNvPicPr/>
                  </pic:nvPicPr>
                  <pic:blipFill>
                    <a:blip r:embed="rId2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2" name="Picture 2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hr_00.png"/>
                    <pic:cNvPicPr/>
                  </pic:nvPicPr>
                  <pic:blipFill>
                    <a:blip r:embed="rId2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3" name="Picture 2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hr_01.png"/>
                    <pic:cNvPicPr/>
                  </pic:nvPicPr>
                  <pic:blipFill>
                    <a:blip r:embed="rId2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4" name="Picture 2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hr_02.png"/>
                    <pic:cNvPicPr/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5" name="Picture 2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hr_03.png"/>
                    <pic:cNvPicPr/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6" name="Picture 2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hr_04.png"/>
                    <pic:cNvPicPr/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7" name="Picture 2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hr_05.png"/>
                    <pic:cNvPicPr/>
                  </pic:nvPicPr>
                  <pic:blipFill>
                    <a:blip r:embed="rId2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8" name="Picture 2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hr_06.png"/>
                    <pic:cNvPicPr/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jp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jp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jp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jp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jp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jp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jp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jp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jp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jp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jpg"/><Relationship Id="rId111" Type="http://schemas.openxmlformats.org/officeDocument/2006/relationships/image" Target="media/image103.jpg"/><Relationship Id="rId112" Type="http://schemas.openxmlformats.org/officeDocument/2006/relationships/image" Target="media/image104.png"/><Relationship Id="rId113" Type="http://schemas.openxmlformats.org/officeDocument/2006/relationships/image" Target="media/image105.pn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jp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jpg"/><Relationship Id="rId120" Type="http://schemas.openxmlformats.org/officeDocument/2006/relationships/image" Target="media/image112.jp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jpg"/><Relationship Id="rId131" Type="http://schemas.openxmlformats.org/officeDocument/2006/relationships/image" Target="media/image123.jpg"/><Relationship Id="rId132" Type="http://schemas.openxmlformats.org/officeDocument/2006/relationships/image" Target="media/image124.jp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pn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jp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png"/><Relationship Id="rId157" Type="http://schemas.openxmlformats.org/officeDocument/2006/relationships/image" Target="media/image149.png"/><Relationship Id="rId158" Type="http://schemas.openxmlformats.org/officeDocument/2006/relationships/image" Target="media/image150.jpg"/><Relationship Id="rId159" Type="http://schemas.openxmlformats.org/officeDocument/2006/relationships/image" Target="media/image151.jp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png"/><Relationship Id="rId168" Type="http://schemas.openxmlformats.org/officeDocument/2006/relationships/image" Target="media/image160.png"/><Relationship Id="rId169" Type="http://schemas.openxmlformats.org/officeDocument/2006/relationships/image" Target="media/image161.png"/><Relationship Id="rId170" Type="http://schemas.openxmlformats.org/officeDocument/2006/relationships/image" Target="media/image162.png"/><Relationship Id="rId171" Type="http://schemas.openxmlformats.org/officeDocument/2006/relationships/image" Target="media/image163.png"/><Relationship Id="rId172" Type="http://schemas.openxmlformats.org/officeDocument/2006/relationships/image" Target="media/image164.jpg"/><Relationship Id="rId173" Type="http://schemas.openxmlformats.org/officeDocument/2006/relationships/image" Target="media/image165.jp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png"/><Relationship Id="rId179" Type="http://schemas.openxmlformats.org/officeDocument/2006/relationships/image" Target="media/image171.png"/><Relationship Id="rId180" Type="http://schemas.openxmlformats.org/officeDocument/2006/relationships/image" Target="media/image172.png"/><Relationship Id="rId181" Type="http://schemas.openxmlformats.org/officeDocument/2006/relationships/image" Target="media/image173.png"/><Relationship Id="rId182" Type="http://schemas.openxmlformats.org/officeDocument/2006/relationships/image" Target="media/image174.png"/><Relationship Id="rId183" Type="http://schemas.openxmlformats.org/officeDocument/2006/relationships/image" Target="media/image175.png"/><Relationship Id="rId184" Type="http://schemas.openxmlformats.org/officeDocument/2006/relationships/image" Target="media/image176.png"/><Relationship Id="rId185" Type="http://schemas.openxmlformats.org/officeDocument/2006/relationships/image" Target="media/image177.png"/><Relationship Id="rId186" Type="http://schemas.openxmlformats.org/officeDocument/2006/relationships/image" Target="media/image178.png"/><Relationship Id="rId187" Type="http://schemas.openxmlformats.org/officeDocument/2006/relationships/image" Target="media/image179.png"/><Relationship Id="rId188" Type="http://schemas.openxmlformats.org/officeDocument/2006/relationships/image" Target="media/image180.png"/><Relationship Id="rId189" Type="http://schemas.openxmlformats.org/officeDocument/2006/relationships/image" Target="media/image181.jpg"/><Relationship Id="rId190" Type="http://schemas.openxmlformats.org/officeDocument/2006/relationships/image" Target="media/image182.jpg"/><Relationship Id="rId191" Type="http://schemas.openxmlformats.org/officeDocument/2006/relationships/image" Target="media/image183.png"/><Relationship Id="rId192" Type="http://schemas.openxmlformats.org/officeDocument/2006/relationships/image" Target="media/image184.png"/><Relationship Id="rId193" Type="http://schemas.openxmlformats.org/officeDocument/2006/relationships/image" Target="media/image185.png"/><Relationship Id="rId194" Type="http://schemas.openxmlformats.org/officeDocument/2006/relationships/image" Target="media/image186.png"/><Relationship Id="rId195" Type="http://schemas.openxmlformats.org/officeDocument/2006/relationships/image" Target="media/image187.png"/><Relationship Id="rId196" Type="http://schemas.openxmlformats.org/officeDocument/2006/relationships/image" Target="media/image188.png"/><Relationship Id="rId197" Type="http://schemas.openxmlformats.org/officeDocument/2006/relationships/image" Target="media/image189.png"/><Relationship Id="rId198" Type="http://schemas.openxmlformats.org/officeDocument/2006/relationships/image" Target="media/image190.png"/><Relationship Id="rId199" Type="http://schemas.openxmlformats.org/officeDocument/2006/relationships/image" Target="media/image191.png"/><Relationship Id="rId200" Type="http://schemas.openxmlformats.org/officeDocument/2006/relationships/image" Target="media/image192.png"/><Relationship Id="rId201" Type="http://schemas.openxmlformats.org/officeDocument/2006/relationships/image" Target="media/image193.png"/><Relationship Id="rId202" Type="http://schemas.openxmlformats.org/officeDocument/2006/relationships/image" Target="media/image194.png"/><Relationship Id="rId203" Type="http://schemas.openxmlformats.org/officeDocument/2006/relationships/image" Target="media/image195.png"/><Relationship Id="rId204" Type="http://schemas.openxmlformats.org/officeDocument/2006/relationships/image" Target="media/image196.png"/><Relationship Id="rId205" Type="http://schemas.openxmlformats.org/officeDocument/2006/relationships/image" Target="media/image197.png"/><Relationship Id="rId206" Type="http://schemas.openxmlformats.org/officeDocument/2006/relationships/image" Target="media/image198.png"/><Relationship Id="rId207" Type="http://schemas.openxmlformats.org/officeDocument/2006/relationships/image" Target="media/image199.jpg"/><Relationship Id="rId208" Type="http://schemas.openxmlformats.org/officeDocument/2006/relationships/image" Target="media/image200.png"/><Relationship Id="rId209" Type="http://schemas.openxmlformats.org/officeDocument/2006/relationships/image" Target="media/image201.png"/><Relationship Id="rId210" Type="http://schemas.openxmlformats.org/officeDocument/2006/relationships/image" Target="media/image202.png"/><Relationship Id="rId211" Type="http://schemas.openxmlformats.org/officeDocument/2006/relationships/image" Target="media/image203.png"/><Relationship Id="rId212" Type="http://schemas.openxmlformats.org/officeDocument/2006/relationships/image" Target="media/image204.png"/><Relationship Id="rId213" Type="http://schemas.openxmlformats.org/officeDocument/2006/relationships/image" Target="media/image205.png"/><Relationship Id="rId214" Type="http://schemas.openxmlformats.org/officeDocument/2006/relationships/image" Target="media/image206.jpg"/><Relationship Id="rId215" Type="http://schemas.openxmlformats.org/officeDocument/2006/relationships/image" Target="media/image207.png"/><Relationship Id="rId216" Type="http://schemas.openxmlformats.org/officeDocument/2006/relationships/image" Target="media/image208.png"/><Relationship Id="rId217" Type="http://schemas.openxmlformats.org/officeDocument/2006/relationships/image" Target="media/image209.png"/><Relationship Id="rId218" Type="http://schemas.openxmlformats.org/officeDocument/2006/relationships/image" Target="media/image210.png"/><Relationship Id="rId219" Type="http://schemas.openxmlformats.org/officeDocument/2006/relationships/image" Target="media/image211.jpg"/><Relationship Id="rId220" Type="http://schemas.openxmlformats.org/officeDocument/2006/relationships/image" Target="media/image212.png"/><Relationship Id="rId221" Type="http://schemas.openxmlformats.org/officeDocument/2006/relationships/image" Target="media/image213.png"/><Relationship Id="rId222" Type="http://schemas.openxmlformats.org/officeDocument/2006/relationships/image" Target="media/image214.png"/><Relationship Id="rId223" Type="http://schemas.openxmlformats.org/officeDocument/2006/relationships/image" Target="media/image215.png"/><Relationship Id="rId224" Type="http://schemas.openxmlformats.org/officeDocument/2006/relationships/image" Target="media/image216.png"/><Relationship Id="rId225" Type="http://schemas.openxmlformats.org/officeDocument/2006/relationships/image" Target="media/image217.png"/><Relationship Id="rId226" Type="http://schemas.openxmlformats.org/officeDocument/2006/relationships/image" Target="media/image2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