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5271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5271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513655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5136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90057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900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90057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900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90057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900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90057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900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90057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900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52714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5271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513655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5136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52714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5271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513655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5136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90057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900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490057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490057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