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1.3: Movimentos Contados - Ponto 03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3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1.3: Volumes Contados - Ponto 03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1.4: Movimentos Contados - Ponto 04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 (1)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 (2)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1.4: Volumes Contados - Ponto 04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0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1.5: Movimentos Contados - Ponto 05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 (1)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 (2).jp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.jp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1.5: Volumes Contados - Ponto 05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0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1.6: Movimentos Contados - Ponto 06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6.jp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1.6: Volumes Contados - Ponto 06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0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1.7: Movimentos Contados - Ponto 07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7.jp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1.7: Volumes Contados - Ponto 07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0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1.8: Movimentos Contados - Ponto 08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8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1.8: Volumes Contados - Ponto 08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0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1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1.9: Movimentos Contados - Ponto 09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9.jp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1.9: Volumes Contados - Ponto 09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0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1.10: Movimentos Contados - Ponto 10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.jp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1.10: Volumes Contados - Ponto 10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0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1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1.11: Movimentos Contados - Ponto 11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.jp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1.11: Volumes Contados - Ponto 11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0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1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1.12: Movimentos Contados - Ponto 12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2.jp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1.12: Volumes Contados - Ponto 12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00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01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jpg"/><Relationship Id="rId13" Type="http://schemas.openxmlformats.org/officeDocument/2006/relationships/image" Target="media/image5.jpg"/><Relationship Id="rId14" Type="http://schemas.openxmlformats.org/officeDocument/2006/relationships/image" Target="media/image6.jpg"/><Relationship Id="rId15" Type="http://schemas.openxmlformats.org/officeDocument/2006/relationships/image" Target="media/image7.png"/><Relationship Id="rId16" Type="http://schemas.openxmlformats.org/officeDocument/2006/relationships/image" Target="media/image8.jpg"/><Relationship Id="rId17" Type="http://schemas.openxmlformats.org/officeDocument/2006/relationships/image" Target="media/image9.jpg"/><Relationship Id="rId18" Type="http://schemas.openxmlformats.org/officeDocument/2006/relationships/image" Target="media/image10.jpg"/><Relationship Id="rId19" Type="http://schemas.openxmlformats.org/officeDocument/2006/relationships/image" Target="media/image11.png"/><Relationship Id="rId20" Type="http://schemas.openxmlformats.org/officeDocument/2006/relationships/image" Target="media/image12.jpg"/><Relationship Id="rId21" Type="http://schemas.openxmlformats.org/officeDocument/2006/relationships/image" Target="media/image13.png"/><Relationship Id="rId22" Type="http://schemas.openxmlformats.org/officeDocument/2006/relationships/image" Target="media/image14.jpg"/><Relationship Id="rId23" Type="http://schemas.openxmlformats.org/officeDocument/2006/relationships/image" Target="media/image15.png"/><Relationship Id="rId24" Type="http://schemas.openxmlformats.org/officeDocument/2006/relationships/image" Target="media/image16.jp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jpg"/><Relationship Id="rId28" Type="http://schemas.openxmlformats.org/officeDocument/2006/relationships/image" Target="media/image20.png"/><Relationship Id="rId29" Type="http://schemas.openxmlformats.org/officeDocument/2006/relationships/image" Target="media/image21.jpg"/><Relationship Id="rId30" Type="http://schemas.openxmlformats.org/officeDocument/2006/relationships/image" Target="media/image22.png"/><Relationship Id="rId31" Type="http://schemas.openxmlformats.org/officeDocument/2006/relationships/image" Target="media/image23.png"/><Relationship Id="rId32" Type="http://schemas.openxmlformats.org/officeDocument/2006/relationships/image" Target="media/image24.jpg"/><Relationship Id="rId33" Type="http://schemas.openxmlformats.org/officeDocument/2006/relationships/image" Target="media/image25.png"/><Relationship Id="rId34" Type="http://schemas.openxmlformats.org/officeDocument/2006/relationships/image" Target="media/image26.png"/><Relationship Id="rId35" Type="http://schemas.openxmlformats.org/officeDocument/2006/relationships/image" Target="media/image27.jpg"/><Relationship Id="rId36" Type="http://schemas.openxmlformats.org/officeDocument/2006/relationships/image" Target="media/image28.png"/><Relationship Id="rId37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