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2.37: Movimentos Contados - Ponto 235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5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2.37: Volumes Contados - Ponto 235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5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5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5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5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5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5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5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5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5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5_09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5_1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5_1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5_1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5_1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2.38: Movimentos Contados - Ponto 236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6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2.38: Volumes Contados - Ponto 236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6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6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5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5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5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5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5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5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5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5_09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5_1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5_1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6_1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5_1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2.39: Movimentos Contados - Ponto 237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7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2.39: Volumes Contados - Ponto 237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2.40: Movimentos Contados - Ponto 238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30402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8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3040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2.40: Volumes Contados - Ponto 238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2.41: Movimentos Contados - Ponto 239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9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2.41: Volumes Contados - Ponto 239</w:t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jpg"/><Relationship Id="rId29" Type="http://schemas.openxmlformats.org/officeDocument/2006/relationships/image" Target="media/image21.jpg"/><Relationship Id="rId30" Type="http://schemas.openxmlformats.org/officeDocument/2006/relationships/image" Target="media/image2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