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2.1: Movimentos Contados - Ponto 06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6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2.1: Volumes Contados - Ponto 06</w:t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