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A ao H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 - I ao  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1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0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1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2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3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4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5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6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7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8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29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30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3_hr_31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