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100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0 - A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100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101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1 - A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101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102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2 - A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102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103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3 - A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103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21781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3_00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1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3_01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3_02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3_03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104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4 - A-B-C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104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2178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4_00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1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4_01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4_02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4_03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105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5 - A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105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2178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5_00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1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5_01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5_02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5_03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106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6 - A-B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106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2178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6_00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1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6_01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6_02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6_03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107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7 - A-B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107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2178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7_00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1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7_01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7_02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7_03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108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8 - A-B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108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2178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00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1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01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02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03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109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9 - A-B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109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21781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00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1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01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02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03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110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0 - A-B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21781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0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1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01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02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03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1 - A-B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2.12: Volumes Contados - Ponto 111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21781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1_00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1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1_01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1_02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1_03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112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2 - A-B-C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2 - D-E.jp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2.13: Volumes Contados - Ponto 112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21781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2_00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1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2_01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2_02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2_03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2.14: Movimentos Contados - Ponto 113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18246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3 - A-B-C-D-E-F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1824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18246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3 - G-H-I-J-K-L.jp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1824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2.14: Volumes Contados - Ponto 113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21781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3_00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1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3_01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3_02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3_03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2.15: Movimentos Contados - Ponto 114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18246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4 - A-B-C.jp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1824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2.15: Volumes Contados - Ponto 114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21781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4_00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1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4_01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4_02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4_03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2.16: Movimentos Contados - Ponto 115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5 - A-B.jp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2.16: Volumes Contados - Ponto 115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2.17: Movimentos Contados - Ponto 116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6 - A-B-C.jp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6 - D-E-F-G.jp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2.17: Volumes Contados - Ponto 116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21781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6_00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1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6_01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6_02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6_03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2.18: Movimentos Contados - Ponto 117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7 - A-B.jp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2.18: Volumes Contados - Ponto 117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21781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7_00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1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7_01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7_02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7_03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2.19: Movimentos Contados - Ponto 118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8 - A.jp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2.19: Volumes Contados - Ponto 118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2.20: Movimentos Contados - Ponto 119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9 - A.jp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2.20: Volumes Contados - Ponto 119</w:t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jp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jp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jp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jp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jp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jp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jp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jp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jpg"/><Relationship Id="rId58" Type="http://schemas.openxmlformats.org/officeDocument/2006/relationships/image" Target="media/image50.jp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jpg"/><Relationship Id="rId64" Type="http://schemas.openxmlformats.org/officeDocument/2006/relationships/image" Target="media/image56.jp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jp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jpg"/><Relationship Id="rId75" Type="http://schemas.openxmlformats.org/officeDocument/2006/relationships/image" Target="media/image67.jpg"/><Relationship Id="rId76" Type="http://schemas.openxmlformats.org/officeDocument/2006/relationships/image" Target="media/image68.jp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jp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jpg"/><Relationship Id="rId87" Type="http://schemas.openxmlformats.org/officeDocument/2006/relationships/image" Target="media/image7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