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(1)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49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0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1.pn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2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3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4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5.pn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6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7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8.pn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09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0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1.pn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2.pn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3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3031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303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04469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5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0446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6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7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8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13750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49_hr_19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13750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jp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pn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