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124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4 - A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124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4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4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4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125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5 - A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125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57609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5_00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576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57609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5_01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576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57609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5_02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576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57609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5_03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576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5760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5_04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576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57609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5_05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576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126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6 - A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126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6_00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127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7 - A-B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127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7_00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7_01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128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8 - A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128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8_00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129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9 - A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129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10578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9_00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10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10578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9_01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10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10578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9_02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10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130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0 - A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130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131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1 - A-B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131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1_00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1_01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1_02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1_03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1_04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1_05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132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2 - A-B-C-D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132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2_00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2_01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2_02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2_03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133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3 - A-B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133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3_00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3_01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134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4 - A-B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134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4_0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4_01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4_02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4_03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4_04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4_05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135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5 - A-B.jp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2.12: Volumes Contados - Ponto 135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5_00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5_01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5_02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5_03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5_04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5_05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jpg"/><Relationship Id="rId21" Type="http://schemas.openxmlformats.org/officeDocument/2006/relationships/image" Target="media/image13.png"/><Relationship Id="rId22" Type="http://schemas.openxmlformats.org/officeDocument/2006/relationships/image" Target="media/image14.jp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jpg"/><Relationship Id="rId26" Type="http://schemas.openxmlformats.org/officeDocument/2006/relationships/image" Target="media/image18.png"/><Relationship Id="rId27" Type="http://schemas.openxmlformats.org/officeDocument/2006/relationships/image" Target="media/image19.jp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jpg"/><Relationship Id="rId32" Type="http://schemas.openxmlformats.org/officeDocument/2006/relationships/image" Target="media/image24.jp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jp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jp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jp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jp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