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 - I ao P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 -A ao H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