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3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4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5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6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7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8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9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10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1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4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5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6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7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8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9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10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11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4(1)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4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2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3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4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5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6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7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8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9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1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1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4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5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6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7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8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9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1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1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6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hr_00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hr_01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hr_02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hr_03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3048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7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30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0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1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2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3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4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5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8(1)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8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0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1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2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3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4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5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6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7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8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9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10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11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9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0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1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2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3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4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5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0(1).jp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0.jp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0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1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2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3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4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5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6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7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8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9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10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11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 (1).jp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.jp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0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1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2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3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4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5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6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7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8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9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10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11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2 (1).jp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2.jp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0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1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2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3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4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5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6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7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8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9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10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11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3.jp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0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1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2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3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4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5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4(1).jp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4.jp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0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1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2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3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4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5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6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7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8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9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10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11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jp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jp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jp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jpg"/><Relationship Id="rId78" Type="http://schemas.openxmlformats.org/officeDocument/2006/relationships/image" Target="media/image70.jp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jp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jpg"/><Relationship Id="rId99" Type="http://schemas.openxmlformats.org/officeDocument/2006/relationships/image" Target="media/image91.jp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jpg"/><Relationship Id="rId113" Type="http://schemas.openxmlformats.org/officeDocument/2006/relationships/image" Target="media/image105.jp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jpg"/><Relationship Id="rId127" Type="http://schemas.openxmlformats.org/officeDocument/2006/relationships/image" Target="media/image119.jp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jp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jpg"/><Relationship Id="rId148" Type="http://schemas.openxmlformats.org/officeDocument/2006/relationships/image" Target="media/image140.jp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png"/><Relationship Id="rId157" Type="http://schemas.openxmlformats.org/officeDocument/2006/relationships/image" Target="media/image149.pn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