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A-B-C - (2025-12-02) 05h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A-B-C - (2025-12-02) 14h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A-B-C - (2025-12-03) 05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A-B-C - (2025-12-03) 14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A-B-C - (2025-12-04) 05h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A-B-C - (2025-12-04) 14h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D-E-F - (2025-12-02) 05h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D-E-F - (2025-12-02) 14h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D-E-F - (2025-12-03) 05h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D-E-F - (2025-12-03) 14h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D-E-F - (2025-12-04) 05h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D-E-F - (2025-12-04) 14h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G-H-I - (2025-12-02) 05h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G-H-I - (2025-12-02) 14h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G-H-I - (2025-12-03) 05h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G-H-I - (2025-12-03) 14h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G-H-I - (2025-12-04) 05h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9844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 - G-H-I - (2025-12-04) 14h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3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jp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