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3838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383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3838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383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3838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383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20628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2062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