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39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A-B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3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39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 A-B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3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39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A-B-C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3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A-B-C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D-E-F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2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3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4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5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