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8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hr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hr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hr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hr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9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hr_00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hr_01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hr_02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hr_03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.jp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hr_00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hr_01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hr_02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hr_03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hr_04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hr_05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hr_06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hr_07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hr_08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hr_09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.jp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hr_00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hr_01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hr_02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hr_03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hr_04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hr_05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hr_06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hr_07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2.jp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hr_00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hr_01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hr_02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hr_03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hr_04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hr_05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.jp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hr_00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hr_01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hr_02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hr_03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hr_04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hr_05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4.jp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hr_00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hr_01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hr_02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hr_03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5.jp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hr_00.pn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hr_01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hr_02.p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hr_03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3 - A ao H.jp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3 - I ao  L.jp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0.pn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1.pn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2.p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3.pn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4.pn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5.pn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6.pn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7.pn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8.pn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9.pn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10.pn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11.pn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12.pn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13.pn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14.pn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15.pn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16.pn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17.pn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18.pn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80" name="Picture 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19.png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81" name="Picture 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20.png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82" name="Picture 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21.png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83" name="Picture 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22.png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84" name="Picture 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23.png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5" name="Picture 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4 - A ao H.jpg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6" name="Picture 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4 - I ao P.jpg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87" name="Picture 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0.png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88" name="Picture 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1.png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89" name="Picture 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2.png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90" name="Picture 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3.png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91" name="Picture 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4.png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92" name="Picture 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5.png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93" name="Picture 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6.png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94" name="Picture 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7.png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95" name="Picture 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8.png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96" name="Picture 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9.png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97" name="Picture 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10.png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98" name="Picture 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11.png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99" name="Picture 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12.png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00" name="Picture 1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13.png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01" name="Picture 1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14.png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02" name="Picture 1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15.png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03" name="Picture 1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16.png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17.png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18.png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19.png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20.png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21.png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22.png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23.png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24.png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12" name="Picture 1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25.png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13" name="Picture 1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26.png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14" name="Picture 1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27.png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15" name="Picture 1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28.png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16" name="Picture 1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29.png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jp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jp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jp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jp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jpg"/><Relationship Id="rId51" Type="http://schemas.openxmlformats.org/officeDocument/2006/relationships/image" Target="media/image43.png"/><Relationship Id="rId52" Type="http://schemas.openxmlformats.org/officeDocument/2006/relationships/image" Target="media/image44.pn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jp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png"/><Relationship Id="rId62" Type="http://schemas.openxmlformats.org/officeDocument/2006/relationships/image" Target="media/image54.jpg"/><Relationship Id="rId63" Type="http://schemas.openxmlformats.org/officeDocument/2006/relationships/image" Target="media/image55.png"/><Relationship Id="rId64" Type="http://schemas.openxmlformats.org/officeDocument/2006/relationships/image" Target="media/image56.png"/><Relationship Id="rId65" Type="http://schemas.openxmlformats.org/officeDocument/2006/relationships/image" Target="media/image57.png"/><Relationship Id="rId66" Type="http://schemas.openxmlformats.org/officeDocument/2006/relationships/image" Target="media/image58.png"/><Relationship Id="rId67" Type="http://schemas.openxmlformats.org/officeDocument/2006/relationships/image" Target="media/image59.jpg"/><Relationship Id="rId68" Type="http://schemas.openxmlformats.org/officeDocument/2006/relationships/image" Target="media/image60.jpg"/><Relationship Id="rId69" Type="http://schemas.openxmlformats.org/officeDocument/2006/relationships/image" Target="media/image61.png"/><Relationship Id="rId70" Type="http://schemas.openxmlformats.org/officeDocument/2006/relationships/image" Target="media/image62.png"/><Relationship Id="rId71" Type="http://schemas.openxmlformats.org/officeDocument/2006/relationships/image" Target="media/image63.png"/><Relationship Id="rId72" Type="http://schemas.openxmlformats.org/officeDocument/2006/relationships/image" Target="media/image64.png"/><Relationship Id="rId73" Type="http://schemas.openxmlformats.org/officeDocument/2006/relationships/image" Target="media/image65.png"/><Relationship Id="rId74" Type="http://schemas.openxmlformats.org/officeDocument/2006/relationships/image" Target="media/image66.png"/><Relationship Id="rId75" Type="http://schemas.openxmlformats.org/officeDocument/2006/relationships/image" Target="media/image67.png"/><Relationship Id="rId76" Type="http://schemas.openxmlformats.org/officeDocument/2006/relationships/image" Target="media/image68.png"/><Relationship Id="rId77" Type="http://schemas.openxmlformats.org/officeDocument/2006/relationships/image" Target="media/image69.png"/><Relationship Id="rId78" Type="http://schemas.openxmlformats.org/officeDocument/2006/relationships/image" Target="media/image70.png"/><Relationship Id="rId79" Type="http://schemas.openxmlformats.org/officeDocument/2006/relationships/image" Target="media/image71.png"/><Relationship Id="rId80" Type="http://schemas.openxmlformats.org/officeDocument/2006/relationships/image" Target="media/image72.png"/><Relationship Id="rId81" Type="http://schemas.openxmlformats.org/officeDocument/2006/relationships/image" Target="media/image73.png"/><Relationship Id="rId82" Type="http://schemas.openxmlformats.org/officeDocument/2006/relationships/image" Target="media/image74.png"/><Relationship Id="rId83" Type="http://schemas.openxmlformats.org/officeDocument/2006/relationships/image" Target="media/image75.png"/><Relationship Id="rId84" Type="http://schemas.openxmlformats.org/officeDocument/2006/relationships/image" Target="media/image76.png"/><Relationship Id="rId85" Type="http://schemas.openxmlformats.org/officeDocument/2006/relationships/image" Target="media/image77.png"/><Relationship Id="rId86" Type="http://schemas.openxmlformats.org/officeDocument/2006/relationships/image" Target="media/image78.png"/><Relationship Id="rId87" Type="http://schemas.openxmlformats.org/officeDocument/2006/relationships/image" Target="media/image79.png"/><Relationship Id="rId88" Type="http://schemas.openxmlformats.org/officeDocument/2006/relationships/image" Target="media/image80.png"/><Relationship Id="rId89" Type="http://schemas.openxmlformats.org/officeDocument/2006/relationships/image" Target="media/image81.png"/><Relationship Id="rId90" Type="http://schemas.openxmlformats.org/officeDocument/2006/relationships/image" Target="media/image82.png"/><Relationship Id="rId91" Type="http://schemas.openxmlformats.org/officeDocument/2006/relationships/image" Target="media/image83.png"/><Relationship Id="rId92" Type="http://schemas.openxmlformats.org/officeDocument/2006/relationships/image" Target="media/image84.png"/><Relationship Id="rId93" Type="http://schemas.openxmlformats.org/officeDocument/2006/relationships/image" Target="media/image85.jpg"/><Relationship Id="rId94" Type="http://schemas.openxmlformats.org/officeDocument/2006/relationships/image" Target="media/image86.jpg"/><Relationship Id="rId95" Type="http://schemas.openxmlformats.org/officeDocument/2006/relationships/image" Target="media/image87.png"/><Relationship Id="rId96" Type="http://schemas.openxmlformats.org/officeDocument/2006/relationships/image" Target="media/image88.png"/><Relationship Id="rId97" Type="http://schemas.openxmlformats.org/officeDocument/2006/relationships/image" Target="media/image89.png"/><Relationship Id="rId98" Type="http://schemas.openxmlformats.org/officeDocument/2006/relationships/image" Target="media/image90.png"/><Relationship Id="rId99" Type="http://schemas.openxmlformats.org/officeDocument/2006/relationships/image" Target="media/image91.png"/><Relationship Id="rId100" Type="http://schemas.openxmlformats.org/officeDocument/2006/relationships/image" Target="media/image92.png"/><Relationship Id="rId101" Type="http://schemas.openxmlformats.org/officeDocument/2006/relationships/image" Target="media/image93.png"/><Relationship Id="rId102" Type="http://schemas.openxmlformats.org/officeDocument/2006/relationships/image" Target="media/image94.png"/><Relationship Id="rId103" Type="http://schemas.openxmlformats.org/officeDocument/2006/relationships/image" Target="media/image95.png"/><Relationship Id="rId104" Type="http://schemas.openxmlformats.org/officeDocument/2006/relationships/image" Target="media/image96.png"/><Relationship Id="rId105" Type="http://schemas.openxmlformats.org/officeDocument/2006/relationships/image" Target="media/image97.png"/><Relationship Id="rId106" Type="http://schemas.openxmlformats.org/officeDocument/2006/relationships/image" Target="media/image98.png"/><Relationship Id="rId107" Type="http://schemas.openxmlformats.org/officeDocument/2006/relationships/image" Target="media/image99.png"/><Relationship Id="rId108" Type="http://schemas.openxmlformats.org/officeDocument/2006/relationships/image" Target="media/image100.png"/><Relationship Id="rId109" Type="http://schemas.openxmlformats.org/officeDocument/2006/relationships/image" Target="media/image101.png"/><Relationship Id="rId110" Type="http://schemas.openxmlformats.org/officeDocument/2006/relationships/image" Target="media/image102.png"/><Relationship Id="rId111" Type="http://schemas.openxmlformats.org/officeDocument/2006/relationships/image" Target="media/image103.png"/><Relationship Id="rId112" Type="http://schemas.openxmlformats.org/officeDocument/2006/relationships/image" Target="media/image104.png"/><Relationship Id="rId113" Type="http://schemas.openxmlformats.org/officeDocument/2006/relationships/image" Target="media/image105.png"/><Relationship Id="rId114" Type="http://schemas.openxmlformats.org/officeDocument/2006/relationships/image" Target="media/image106.png"/><Relationship Id="rId115" Type="http://schemas.openxmlformats.org/officeDocument/2006/relationships/image" Target="media/image107.png"/><Relationship Id="rId116" Type="http://schemas.openxmlformats.org/officeDocument/2006/relationships/image" Target="media/image108.png"/><Relationship Id="rId117" Type="http://schemas.openxmlformats.org/officeDocument/2006/relationships/image" Target="media/image109.png"/><Relationship Id="rId118" Type="http://schemas.openxmlformats.org/officeDocument/2006/relationships/image" Target="media/image110.png"/><Relationship Id="rId119" Type="http://schemas.openxmlformats.org/officeDocument/2006/relationships/image" Target="media/image111.png"/><Relationship Id="rId120" Type="http://schemas.openxmlformats.org/officeDocument/2006/relationships/image" Target="media/image112.png"/><Relationship Id="rId121" Type="http://schemas.openxmlformats.org/officeDocument/2006/relationships/image" Target="media/image113.png"/><Relationship Id="rId122" Type="http://schemas.openxmlformats.org/officeDocument/2006/relationships/image" Target="media/image114.png"/><Relationship Id="rId123" Type="http://schemas.openxmlformats.org/officeDocument/2006/relationships/image" Target="media/image115.png"/><Relationship Id="rId124" Type="http://schemas.openxmlformats.org/officeDocument/2006/relationships/image" Target="media/image1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