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7 - O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8 - OK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9 - O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0 - OK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1 - OK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2 - OK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3 - OK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4 - OK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5 - OK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6 - OK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7 - OK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8 - OK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186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9 - OK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18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0 - OK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1 - OK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2 - OK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3 - OK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4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5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6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8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0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1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2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4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5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6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7 (1)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7 (2)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9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0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1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2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3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4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5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6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7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8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0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1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2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3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4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5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6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7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8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9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0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1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2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3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4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5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6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3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4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432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5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4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6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7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8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3048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9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3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0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287209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1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872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1)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2)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3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4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5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6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1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2)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8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1)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2)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0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1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2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3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1)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2)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5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3 - OK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