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A-B-C-D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- E-F-G-H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