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1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2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3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1)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2)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1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2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3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1)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2)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1).jp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2).jp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0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1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2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3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1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2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3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2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3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1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2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3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2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3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jp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jp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jpg"/><Relationship Id="rId32" Type="http://schemas.openxmlformats.org/officeDocument/2006/relationships/image" Target="media/image24.jp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jpg"/><Relationship Id="rId38" Type="http://schemas.openxmlformats.org/officeDocument/2006/relationships/image" Target="media/image30.jp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jpg"/><Relationship Id="rId44" Type="http://schemas.openxmlformats.org/officeDocument/2006/relationships/image" Target="media/image36.jp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jp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jp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jp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jp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