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41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41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42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2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42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2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3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43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43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hr_00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hr_01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44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4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44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10578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hr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0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92016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hr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920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45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5 - A ao I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5 - J ao P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45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0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1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2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3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4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5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6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7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8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9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1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1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12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13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14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15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jp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jpg"/><Relationship Id="rId28" Type="http://schemas.openxmlformats.org/officeDocument/2006/relationships/image" Target="media/image20.jp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