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245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24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1521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5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