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1 - PERCI - 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1 - PERCI - B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2 - PERCI - A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58515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- Cam 02 - PERCI - B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8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74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