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41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42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43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hr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hr_01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44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10578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0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92016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920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 - A ao I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 - J ao P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45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1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2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3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4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5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6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7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8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09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0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1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2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3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4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hr_15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