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2.1: Figura 2.1: Movimentos Contados - Ponto 01 - Ponto 01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1 - A-B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2.1: Tabela 2.1: Volumes Contados - Ponto 01 - Ponto 01</w:t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2.2: Figura 2.1: Movimentos Contados - Ponto 01 - Ponto 02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2 - A-B-C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2.2: Tabela 2.1: Volumes Contados - Ponto 01 - Ponto 02</w:t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2.3: Figura 2.1: Movimentos Contados - Ponto 01 - Ponto 03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3 - A-B-C-D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2.3: Tabela 2.1: Volumes Contados - Ponto 01 - Ponto 03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0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1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2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3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2.4: Figura 2.1: Movimentos Contados - Ponto 01 - Ponto 04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4 - A.jp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2.4: Tabela 2.1: Volumes Contados - Ponto 01 - Ponto 04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0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2.5: Figura 2.1: Movimentos Contados - Ponto 01 - Ponto 05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5 - A-B.jp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2.5: Tabela 2.1: Volumes Contados - Ponto 01 - Ponto 05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0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1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2.6: Figura 2.1: Movimentos Contados - Ponto 01 - Ponto 06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6 - A-B.jp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2.6: Tabela 2.1: Volumes Contados - Ponto 01 - Ponto 06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0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1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2.7: Figura 2.1: Movimentos Contados - Ponto 01 - Ponto 07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7 - A-B-C-D-E-F.jp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7 - G-H-I-J-K-L.jp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2.7: Tabela 2.1: Volumes Contados - Ponto 01 - Ponto 07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0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1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2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3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4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5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6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7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8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9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10.p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11.pn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2.8: Figura 2.1: Movimentos Contados - Ponto 01 - Ponto 08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8 - A-B-C.jp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2.8: Tabela 2.1: Volumes Contados - Ponto 01 - Ponto 08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0.pn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1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2.pn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4" name="Picture 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3.pn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5" name="Picture 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4.pn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6" name="Picture 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5.pn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7" name="Picture 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6.pn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8" name="Picture 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7.pn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9" name="Picture 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8.pn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2.9: Figura 2.1: Movimentos Contados - Ponto 01 - Ponto 09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0" name="Picture 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9 - A-B.jp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2.9: Tabela 2.1: Volumes Contados - Ponto 01 - Ponto 09</w:t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2.10: Figura 2.1: Movimentos Contados - Ponto 01 - Ponto 10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1" name="Picture 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 - A.jpg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2.10: Tabela 2.1: Volumes Contados - Ponto 01 - Ponto 10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2" name="Picture 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0.png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2.11: Figura 2.1: Movimentos Contados - Ponto 01 - Ponto 11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3" name="Picture 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1 - A-B-C-D-E.jp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2.11: Tabela 2.1: Volumes Contados - Ponto 01 - Ponto 11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4" name="Picture 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0.pn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5" name="Picture 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1.png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6" name="Picture 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2.pn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7" name="Picture 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3.png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8" name="Picture 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4.png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jpg"/><Relationship Id="rId17" Type="http://schemas.openxmlformats.org/officeDocument/2006/relationships/image" Target="media/image9.png"/><Relationship Id="rId18" Type="http://schemas.openxmlformats.org/officeDocument/2006/relationships/image" Target="media/image10.jp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jp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jpg"/><Relationship Id="rId25" Type="http://schemas.openxmlformats.org/officeDocument/2006/relationships/image" Target="media/image17.jp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png"/><Relationship Id="rId30" Type="http://schemas.openxmlformats.org/officeDocument/2006/relationships/image" Target="media/image22.png"/><Relationship Id="rId31" Type="http://schemas.openxmlformats.org/officeDocument/2006/relationships/image" Target="media/image23.png"/><Relationship Id="rId32" Type="http://schemas.openxmlformats.org/officeDocument/2006/relationships/image" Target="media/image24.png"/><Relationship Id="rId33" Type="http://schemas.openxmlformats.org/officeDocument/2006/relationships/image" Target="media/image25.png"/><Relationship Id="rId34" Type="http://schemas.openxmlformats.org/officeDocument/2006/relationships/image" Target="media/image26.png"/><Relationship Id="rId35" Type="http://schemas.openxmlformats.org/officeDocument/2006/relationships/image" Target="media/image27.png"/><Relationship Id="rId36" Type="http://schemas.openxmlformats.org/officeDocument/2006/relationships/image" Target="media/image28.png"/><Relationship Id="rId37" Type="http://schemas.openxmlformats.org/officeDocument/2006/relationships/image" Target="media/image29.png"/><Relationship Id="rId38" Type="http://schemas.openxmlformats.org/officeDocument/2006/relationships/image" Target="media/image30.jpg"/><Relationship Id="rId39" Type="http://schemas.openxmlformats.org/officeDocument/2006/relationships/image" Target="media/image31.png"/><Relationship Id="rId40" Type="http://schemas.openxmlformats.org/officeDocument/2006/relationships/image" Target="media/image32.png"/><Relationship Id="rId41" Type="http://schemas.openxmlformats.org/officeDocument/2006/relationships/image" Target="media/image33.png"/><Relationship Id="rId42" Type="http://schemas.openxmlformats.org/officeDocument/2006/relationships/image" Target="media/image34.png"/><Relationship Id="rId43" Type="http://schemas.openxmlformats.org/officeDocument/2006/relationships/image" Target="media/image35.png"/><Relationship Id="rId44" Type="http://schemas.openxmlformats.org/officeDocument/2006/relationships/image" Target="media/image36.png"/><Relationship Id="rId45" Type="http://schemas.openxmlformats.org/officeDocument/2006/relationships/image" Target="media/image37.png"/><Relationship Id="rId46" Type="http://schemas.openxmlformats.org/officeDocument/2006/relationships/image" Target="media/image38.png"/><Relationship Id="rId47" Type="http://schemas.openxmlformats.org/officeDocument/2006/relationships/image" Target="media/image39.png"/><Relationship Id="rId48" Type="http://schemas.openxmlformats.org/officeDocument/2006/relationships/image" Target="media/image40.jpg"/><Relationship Id="rId49" Type="http://schemas.openxmlformats.org/officeDocument/2006/relationships/image" Target="media/image41.jpg"/><Relationship Id="rId50" Type="http://schemas.openxmlformats.org/officeDocument/2006/relationships/image" Target="media/image42.png"/><Relationship Id="rId51" Type="http://schemas.openxmlformats.org/officeDocument/2006/relationships/image" Target="media/image43.jpg"/><Relationship Id="rId52" Type="http://schemas.openxmlformats.org/officeDocument/2006/relationships/image" Target="media/image44.png"/><Relationship Id="rId53" Type="http://schemas.openxmlformats.org/officeDocument/2006/relationships/image" Target="media/image45.png"/><Relationship Id="rId54" Type="http://schemas.openxmlformats.org/officeDocument/2006/relationships/image" Target="media/image46.png"/><Relationship Id="rId55" Type="http://schemas.openxmlformats.org/officeDocument/2006/relationships/image" Target="media/image47.png"/><Relationship Id="rId56" Type="http://schemas.openxmlformats.org/officeDocument/2006/relationships/image" Target="media/image4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