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4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A-B-C-D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E-F-G-H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5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6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7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4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4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5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4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4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5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6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4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5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6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4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5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6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4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5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6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7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A-B-C-D-E.jp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G-H-I-J-K-L.jp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4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5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6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7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8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9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0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1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4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5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6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7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8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9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10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11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jp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jp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jp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jp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jp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jp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jp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jp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jp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jpg"/><Relationship Id="rId138" Type="http://schemas.openxmlformats.org/officeDocument/2006/relationships/image" Target="media/image130.jp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jp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jpg"/><Relationship Id="rId155" Type="http://schemas.openxmlformats.org/officeDocument/2006/relationships/image" Target="media/image147.jpg"/><Relationship Id="rId156" Type="http://schemas.openxmlformats.org/officeDocument/2006/relationships/image" Target="media/image148.png"/><Relationship Id="rId157" Type="http://schemas.openxmlformats.org/officeDocument/2006/relationships/image" Target="media/image149.jp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jpg"/><Relationship Id="rId167" Type="http://schemas.openxmlformats.org/officeDocument/2006/relationships/image" Target="media/image159.jp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jp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