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0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1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hr_00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0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1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2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0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1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5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0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1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2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6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hr_00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hr_01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hr_00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hr_01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hr_00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hr_01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hr_00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hr_01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 (1)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.jp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hr_00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hr_01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hr_02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hr_03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hr_04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hr_05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hr_06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hr_07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hr_08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hr_09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hr_10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hr_11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.jp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hr_00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.jp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hr_00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hr_01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hr_02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.jp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hr_00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hr_01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hr_02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.jp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hr_00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hr_01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hr_02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.jp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hr_00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hr_01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hr_02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hr_03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hr_04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hr_05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hr_06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hr_07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hr_08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hr_09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hr_10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hr_11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.jp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0.pn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1.pn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2.pn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3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7.jp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hr_00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hr_01.p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hr_02.p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hr_03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8.jp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hr_00.p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hr_01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hr_02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hr_03.pn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9.jp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hr_00.pn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hr_01.pn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hr_02.pn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0.jp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hr_00.pn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hr_01.pn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hr_02.pn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hr_03.pn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hr_04.pn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hr_05.pn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hr_06.pn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hr_07.pn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hr_08.pn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1.jp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0.pn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1.png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2.pn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2.jp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hr_00.png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hr_01.png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hr_02.png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2" name="Picture 1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hr_03.png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hr_04.png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hr_05.png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hr_06.png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hr_07.png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hr_08.png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3.jpg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9" name="Picture 1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hr_00.png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0" name="Picture 1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hr_01.png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1" name="Picture 1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hr_02.png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32" name="Picture 1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4.jpg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3" name="Picture 1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hr_00.png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4" name="Picture 1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hr_01.png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35" name="Picture 1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5.jpg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6" name="Picture 1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0.png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7" name="Picture 1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1.png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38" name="Picture 1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6.jpg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9" name="Picture 1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hr_00.png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0" name="Picture 1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hr_01.png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1" name="Picture 1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hr_02.png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42" name="Picture 1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.jpg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3" name="Picture 1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hr_00.png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4" name="Picture 1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hr_01.png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5" name="Picture 1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hr_02.png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46" name="Picture 1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8.jpg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7" name="Picture 1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hr_00.png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8" name="Picture 1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hr_01.png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49" name="Picture 1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9.jpg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0" name="Picture 1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0.png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1" name="Picture 1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1.png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52" name="Picture 1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0.jpg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3" name="Picture 1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hr_00.png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4" name="Picture 1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hr_01.png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5" name="Picture 1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hr_02.png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6" name="Picture 1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hr_03.png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7" name="Picture 1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hr_04.png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8" name="Picture 1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hr_05.png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9" name="Picture 1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hr_06.png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60" name="Picture 1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hr_07.png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1" name="Picture 1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hr_08.png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png"/><Relationship Id="rId18" Type="http://schemas.openxmlformats.org/officeDocument/2006/relationships/image" Target="media/image10.jpg"/><Relationship Id="rId19" Type="http://schemas.openxmlformats.org/officeDocument/2006/relationships/image" Target="media/image11.png"/><Relationship Id="rId20" Type="http://schemas.openxmlformats.org/officeDocument/2006/relationships/image" Target="media/image12.jp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jpg"/><Relationship Id="rId31" Type="http://schemas.openxmlformats.org/officeDocument/2006/relationships/image" Target="media/image23.jp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jp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jp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jp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jp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jp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jpg"/><Relationship Id="rId51" Type="http://schemas.openxmlformats.org/officeDocument/2006/relationships/image" Target="media/image43.jp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jpg"/><Relationship Id="rId65" Type="http://schemas.openxmlformats.org/officeDocument/2006/relationships/image" Target="media/image57.png"/><Relationship Id="rId66" Type="http://schemas.openxmlformats.org/officeDocument/2006/relationships/image" Target="media/image58.jp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jp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jp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jp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png"/><Relationship Id="rId91" Type="http://schemas.openxmlformats.org/officeDocument/2006/relationships/image" Target="media/image83.jpg"/><Relationship Id="rId92" Type="http://schemas.openxmlformats.org/officeDocument/2006/relationships/image" Target="media/image84.png"/><Relationship Id="rId93" Type="http://schemas.openxmlformats.org/officeDocument/2006/relationships/image" Target="media/image85.png"/><Relationship Id="rId94" Type="http://schemas.openxmlformats.org/officeDocument/2006/relationships/image" Target="media/image86.png"/><Relationship Id="rId95" Type="http://schemas.openxmlformats.org/officeDocument/2006/relationships/image" Target="media/image87.png"/><Relationship Id="rId96" Type="http://schemas.openxmlformats.org/officeDocument/2006/relationships/image" Target="media/image88.jpg"/><Relationship Id="rId97" Type="http://schemas.openxmlformats.org/officeDocument/2006/relationships/image" Target="media/image89.png"/><Relationship Id="rId98" Type="http://schemas.openxmlformats.org/officeDocument/2006/relationships/image" Target="media/image90.pn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jpg"/><Relationship Id="rId102" Type="http://schemas.openxmlformats.org/officeDocument/2006/relationships/image" Target="media/image94.png"/><Relationship Id="rId103" Type="http://schemas.openxmlformats.org/officeDocument/2006/relationships/image" Target="media/image95.png"/><Relationship Id="rId104" Type="http://schemas.openxmlformats.org/officeDocument/2006/relationships/image" Target="media/image96.png"/><Relationship Id="rId105" Type="http://schemas.openxmlformats.org/officeDocument/2006/relationships/image" Target="media/image97.png"/><Relationship Id="rId106" Type="http://schemas.openxmlformats.org/officeDocument/2006/relationships/image" Target="media/image98.jpg"/><Relationship Id="rId107" Type="http://schemas.openxmlformats.org/officeDocument/2006/relationships/image" Target="media/image99.png"/><Relationship Id="rId108" Type="http://schemas.openxmlformats.org/officeDocument/2006/relationships/image" Target="media/image100.png"/><Relationship Id="rId109" Type="http://schemas.openxmlformats.org/officeDocument/2006/relationships/image" Target="media/image101.png"/><Relationship Id="rId110" Type="http://schemas.openxmlformats.org/officeDocument/2006/relationships/image" Target="media/image102.jpg"/><Relationship Id="rId111" Type="http://schemas.openxmlformats.org/officeDocument/2006/relationships/image" Target="media/image103.png"/><Relationship Id="rId112" Type="http://schemas.openxmlformats.org/officeDocument/2006/relationships/image" Target="media/image104.png"/><Relationship Id="rId113" Type="http://schemas.openxmlformats.org/officeDocument/2006/relationships/image" Target="media/image105.png"/><Relationship Id="rId114" Type="http://schemas.openxmlformats.org/officeDocument/2006/relationships/image" Target="media/image106.png"/><Relationship Id="rId115" Type="http://schemas.openxmlformats.org/officeDocument/2006/relationships/image" Target="media/image107.png"/><Relationship Id="rId116" Type="http://schemas.openxmlformats.org/officeDocument/2006/relationships/image" Target="media/image108.png"/><Relationship Id="rId117" Type="http://schemas.openxmlformats.org/officeDocument/2006/relationships/image" Target="media/image109.png"/><Relationship Id="rId118" Type="http://schemas.openxmlformats.org/officeDocument/2006/relationships/image" Target="media/image110.png"/><Relationship Id="rId119" Type="http://schemas.openxmlformats.org/officeDocument/2006/relationships/image" Target="media/image111.png"/><Relationship Id="rId120" Type="http://schemas.openxmlformats.org/officeDocument/2006/relationships/image" Target="media/image112.jpg"/><Relationship Id="rId121" Type="http://schemas.openxmlformats.org/officeDocument/2006/relationships/image" Target="media/image113.png"/><Relationship Id="rId122" Type="http://schemas.openxmlformats.org/officeDocument/2006/relationships/image" Target="media/image114.png"/><Relationship Id="rId123" Type="http://schemas.openxmlformats.org/officeDocument/2006/relationships/image" Target="media/image115.png"/><Relationship Id="rId124" Type="http://schemas.openxmlformats.org/officeDocument/2006/relationships/image" Target="media/image116.jpg"/><Relationship Id="rId125" Type="http://schemas.openxmlformats.org/officeDocument/2006/relationships/image" Target="media/image117.png"/><Relationship Id="rId126" Type="http://schemas.openxmlformats.org/officeDocument/2006/relationships/image" Target="media/image118.png"/><Relationship Id="rId127" Type="http://schemas.openxmlformats.org/officeDocument/2006/relationships/image" Target="media/image119.png"/><Relationship Id="rId128" Type="http://schemas.openxmlformats.org/officeDocument/2006/relationships/image" Target="media/image120.png"/><Relationship Id="rId129" Type="http://schemas.openxmlformats.org/officeDocument/2006/relationships/image" Target="media/image121.png"/><Relationship Id="rId130" Type="http://schemas.openxmlformats.org/officeDocument/2006/relationships/image" Target="media/image122.png"/><Relationship Id="rId131" Type="http://schemas.openxmlformats.org/officeDocument/2006/relationships/image" Target="media/image123.png"/><Relationship Id="rId132" Type="http://schemas.openxmlformats.org/officeDocument/2006/relationships/image" Target="media/image124.png"/><Relationship Id="rId133" Type="http://schemas.openxmlformats.org/officeDocument/2006/relationships/image" Target="media/image125.png"/><Relationship Id="rId134" Type="http://schemas.openxmlformats.org/officeDocument/2006/relationships/image" Target="media/image126.jpg"/><Relationship Id="rId135" Type="http://schemas.openxmlformats.org/officeDocument/2006/relationships/image" Target="media/image127.png"/><Relationship Id="rId136" Type="http://schemas.openxmlformats.org/officeDocument/2006/relationships/image" Target="media/image128.png"/><Relationship Id="rId137" Type="http://schemas.openxmlformats.org/officeDocument/2006/relationships/image" Target="media/image129.png"/><Relationship Id="rId138" Type="http://schemas.openxmlformats.org/officeDocument/2006/relationships/image" Target="media/image130.jpg"/><Relationship Id="rId139" Type="http://schemas.openxmlformats.org/officeDocument/2006/relationships/image" Target="media/image131.png"/><Relationship Id="rId140" Type="http://schemas.openxmlformats.org/officeDocument/2006/relationships/image" Target="media/image132.png"/><Relationship Id="rId141" Type="http://schemas.openxmlformats.org/officeDocument/2006/relationships/image" Target="media/image133.jpg"/><Relationship Id="rId142" Type="http://schemas.openxmlformats.org/officeDocument/2006/relationships/image" Target="media/image134.png"/><Relationship Id="rId143" Type="http://schemas.openxmlformats.org/officeDocument/2006/relationships/image" Target="media/image135.png"/><Relationship Id="rId144" Type="http://schemas.openxmlformats.org/officeDocument/2006/relationships/image" Target="media/image136.jpg"/><Relationship Id="rId145" Type="http://schemas.openxmlformats.org/officeDocument/2006/relationships/image" Target="media/image137.png"/><Relationship Id="rId146" Type="http://schemas.openxmlformats.org/officeDocument/2006/relationships/image" Target="media/image138.png"/><Relationship Id="rId147" Type="http://schemas.openxmlformats.org/officeDocument/2006/relationships/image" Target="media/image139.png"/><Relationship Id="rId148" Type="http://schemas.openxmlformats.org/officeDocument/2006/relationships/image" Target="media/image140.jpg"/><Relationship Id="rId149" Type="http://schemas.openxmlformats.org/officeDocument/2006/relationships/image" Target="media/image141.png"/><Relationship Id="rId150" Type="http://schemas.openxmlformats.org/officeDocument/2006/relationships/image" Target="media/image142.png"/><Relationship Id="rId151" Type="http://schemas.openxmlformats.org/officeDocument/2006/relationships/image" Target="media/image143.png"/><Relationship Id="rId152" Type="http://schemas.openxmlformats.org/officeDocument/2006/relationships/image" Target="media/image144.jpg"/><Relationship Id="rId153" Type="http://schemas.openxmlformats.org/officeDocument/2006/relationships/image" Target="media/image145.png"/><Relationship Id="rId154" Type="http://schemas.openxmlformats.org/officeDocument/2006/relationships/image" Target="media/image146.png"/><Relationship Id="rId155" Type="http://schemas.openxmlformats.org/officeDocument/2006/relationships/image" Target="media/image147.jpg"/><Relationship Id="rId156" Type="http://schemas.openxmlformats.org/officeDocument/2006/relationships/image" Target="media/image148.png"/><Relationship Id="rId157" Type="http://schemas.openxmlformats.org/officeDocument/2006/relationships/image" Target="media/image149.png"/><Relationship Id="rId158" Type="http://schemas.openxmlformats.org/officeDocument/2006/relationships/image" Target="media/image150.jpg"/><Relationship Id="rId159" Type="http://schemas.openxmlformats.org/officeDocument/2006/relationships/image" Target="media/image151.png"/><Relationship Id="rId160" Type="http://schemas.openxmlformats.org/officeDocument/2006/relationships/image" Target="media/image152.png"/><Relationship Id="rId161" Type="http://schemas.openxmlformats.org/officeDocument/2006/relationships/image" Target="media/image153.png"/><Relationship Id="rId162" Type="http://schemas.openxmlformats.org/officeDocument/2006/relationships/image" Target="media/image154.png"/><Relationship Id="rId163" Type="http://schemas.openxmlformats.org/officeDocument/2006/relationships/image" Target="media/image155.png"/><Relationship Id="rId164" Type="http://schemas.openxmlformats.org/officeDocument/2006/relationships/image" Target="media/image156.png"/><Relationship Id="rId165" Type="http://schemas.openxmlformats.org/officeDocument/2006/relationships/image" Target="media/image157.png"/><Relationship Id="rId166" Type="http://schemas.openxmlformats.org/officeDocument/2006/relationships/image" Target="media/image158.png"/><Relationship Id="rId167" Type="http://schemas.openxmlformats.org/officeDocument/2006/relationships/image" Target="media/image15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