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6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hr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hr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hr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hr_06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hr_07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hr_08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