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470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470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471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1 (1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1 (2)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471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472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472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473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60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473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474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4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474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475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5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475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476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6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476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477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7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477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478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8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478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479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9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479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