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7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(1)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0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1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2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3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4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5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6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7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8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9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10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11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12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13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14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15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16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17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9(1)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9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hr_00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hr_01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hr_02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hr_03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hr_04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hr_05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hr_06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hr_07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hr_08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hr_09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hr_00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hr_01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hr_02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hr_03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jpg"/><Relationship Id="rId16" Type="http://schemas.openxmlformats.org/officeDocument/2006/relationships/image" Target="media/image8.jp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jpg"/><Relationship Id="rId36" Type="http://schemas.openxmlformats.org/officeDocument/2006/relationships/image" Target="media/image28.jp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jp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