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1 -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 - A-B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1 - Ponto 01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1 -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 - A-B-C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1 - Ponto 02</w:t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