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51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Resumo das Contagens de Tráfego - Ponto 51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1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52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Resumo das Contagens de Tráfego - Ponto 52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3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4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5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6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7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8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09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10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2_hr_11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53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3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Resumo das Contagens de Tráfego - Ponto 53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0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1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2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3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4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5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6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7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8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09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10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3_hr_11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54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(1).jp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4.jp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Resumo das Contagens de Tráfego - Ponto 54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2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3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4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5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6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7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8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09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10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4_hr_11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55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5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Resumo das Contagens de Tráfego - Ponto 55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4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5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6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7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8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09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1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5_hr_1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56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6.jp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Resumo das Contagens de Tráfego - Ponto 56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0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1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2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6_hr_03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57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3048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7.jp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304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Resumo das Contagens de Tráfego - Ponto 57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0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1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2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3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4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7_hr_05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58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(1).jp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8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Resumo das Contagens de Tráfego - Ponto 58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2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3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4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5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6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7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8.pn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09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10.pn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8_hr_11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59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59.jp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Resumo das Contagens de Tráfego - Ponto 59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0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1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2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3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4.pn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59_hr_05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2.11: Movimentos Contados - Ponto 60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(1).jp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0.jp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Resumo das Contagens de Tráfego - Ponto 60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0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1.pn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2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3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4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5.pn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6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9" name="Picture 9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7.png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8.png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09.png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10.png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0_hr_11.png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2.12: Movimentos Contados - Ponto 61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 (1).jpg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1.jpg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2.11: Resumo das Contagens de Tráfego - Ponto 61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0.png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1.png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2.png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3.png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4.png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1" name="Picture 1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5.png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2" name="Picture 1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6.png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3" name="Picture 1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7.png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4" name="Picture 1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8.png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5" name="Picture 1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09.png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6" name="Picture 1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10.png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7" name="Picture 1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1_hr_11.png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2.13: Movimentos Contados - Ponto 62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8" name="Picture 1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 (1).jpg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2.jpg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2.12: Resumo das Contagens de Tráfego - Ponto 62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0.png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1.png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2" name="Picture 1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2.png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3.png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4.png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5.png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6.png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7.png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8.png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9" name="Picture 1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09.png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10.png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1" name="Picture 1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2_hr_11.png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2.14: Movimentos Contados - Ponto 63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2" name="Picture 1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3.jpg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2.13: Resumo das Contagens de Tráfego - Ponto 63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3" name="Picture 1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0.png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34" name="Picture 1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1.png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2.png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6" name="Picture 1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3.png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7" name="Picture 1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4.png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8" name="Picture 1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3_hr_05.png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2.15: Movimentos Contados - Ponto 64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(1).jpg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64.jpg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2.14: Resumo das Contagens de Tráfego - Ponto 64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1" name="Picture 1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0.png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1.png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3" name="Picture 1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2.png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3.png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4.png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6" name="Picture 1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5.png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6.png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7.png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8.png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0" name="Picture 1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09.png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10.png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2" name="Picture 1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64_hr_11.png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jp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jpg"/><Relationship Id="rId39" Type="http://schemas.openxmlformats.org/officeDocument/2006/relationships/image" Target="media/image31.jp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jp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jp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jp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pn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png"/><Relationship Id="rId88" Type="http://schemas.openxmlformats.org/officeDocument/2006/relationships/image" Target="media/image80.png"/><Relationship Id="rId89" Type="http://schemas.openxmlformats.org/officeDocument/2006/relationships/image" Target="media/image81.png"/><Relationship Id="rId90" Type="http://schemas.openxmlformats.org/officeDocument/2006/relationships/image" Target="media/image82.png"/><Relationship Id="rId91" Type="http://schemas.openxmlformats.org/officeDocument/2006/relationships/image" Target="media/image83.jp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png"/><Relationship Id="rId97" Type="http://schemas.openxmlformats.org/officeDocument/2006/relationships/image" Target="media/image89.png"/><Relationship Id="rId98" Type="http://schemas.openxmlformats.org/officeDocument/2006/relationships/image" Target="media/image90.jpg"/><Relationship Id="rId99" Type="http://schemas.openxmlformats.org/officeDocument/2006/relationships/image" Target="media/image91.jpg"/><Relationship Id="rId100" Type="http://schemas.openxmlformats.org/officeDocument/2006/relationships/image" Target="media/image92.png"/><Relationship Id="rId101" Type="http://schemas.openxmlformats.org/officeDocument/2006/relationships/image" Target="media/image93.pn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png"/><Relationship Id="rId106" Type="http://schemas.openxmlformats.org/officeDocument/2006/relationships/image" Target="media/image98.png"/><Relationship Id="rId107" Type="http://schemas.openxmlformats.org/officeDocument/2006/relationships/image" Target="media/image99.png"/><Relationship Id="rId108" Type="http://schemas.openxmlformats.org/officeDocument/2006/relationships/image" Target="media/image100.png"/><Relationship Id="rId109" Type="http://schemas.openxmlformats.org/officeDocument/2006/relationships/image" Target="media/image101.png"/><Relationship Id="rId110" Type="http://schemas.openxmlformats.org/officeDocument/2006/relationships/image" Target="media/image102.png"/><Relationship Id="rId111" Type="http://schemas.openxmlformats.org/officeDocument/2006/relationships/image" Target="media/image103.png"/><Relationship Id="rId112" Type="http://schemas.openxmlformats.org/officeDocument/2006/relationships/image" Target="media/image104.jpg"/><Relationship Id="rId113" Type="http://schemas.openxmlformats.org/officeDocument/2006/relationships/image" Target="media/image105.jpg"/><Relationship Id="rId114" Type="http://schemas.openxmlformats.org/officeDocument/2006/relationships/image" Target="media/image106.png"/><Relationship Id="rId115" Type="http://schemas.openxmlformats.org/officeDocument/2006/relationships/image" Target="media/image107.png"/><Relationship Id="rId116" Type="http://schemas.openxmlformats.org/officeDocument/2006/relationships/image" Target="media/image108.png"/><Relationship Id="rId117" Type="http://schemas.openxmlformats.org/officeDocument/2006/relationships/image" Target="media/image109.png"/><Relationship Id="rId118" Type="http://schemas.openxmlformats.org/officeDocument/2006/relationships/image" Target="media/image110.png"/><Relationship Id="rId119" Type="http://schemas.openxmlformats.org/officeDocument/2006/relationships/image" Target="media/image111.png"/><Relationship Id="rId120" Type="http://schemas.openxmlformats.org/officeDocument/2006/relationships/image" Target="media/image112.png"/><Relationship Id="rId121" Type="http://schemas.openxmlformats.org/officeDocument/2006/relationships/image" Target="media/image113.png"/><Relationship Id="rId122" Type="http://schemas.openxmlformats.org/officeDocument/2006/relationships/image" Target="media/image114.png"/><Relationship Id="rId123" Type="http://schemas.openxmlformats.org/officeDocument/2006/relationships/image" Target="media/image115.png"/><Relationship Id="rId124" Type="http://schemas.openxmlformats.org/officeDocument/2006/relationships/image" Target="media/image116.png"/><Relationship Id="rId125" Type="http://schemas.openxmlformats.org/officeDocument/2006/relationships/image" Target="media/image117.png"/><Relationship Id="rId126" Type="http://schemas.openxmlformats.org/officeDocument/2006/relationships/image" Target="media/image118.jpg"/><Relationship Id="rId127" Type="http://schemas.openxmlformats.org/officeDocument/2006/relationships/image" Target="media/image119.jpg"/><Relationship Id="rId128" Type="http://schemas.openxmlformats.org/officeDocument/2006/relationships/image" Target="media/image120.png"/><Relationship Id="rId129" Type="http://schemas.openxmlformats.org/officeDocument/2006/relationships/image" Target="media/image121.png"/><Relationship Id="rId130" Type="http://schemas.openxmlformats.org/officeDocument/2006/relationships/image" Target="media/image122.png"/><Relationship Id="rId131" Type="http://schemas.openxmlformats.org/officeDocument/2006/relationships/image" Target="media/image123.png"/><Relationship Id="rId132" Type="http://schemas.openxmlformats.org/officeDocument/2006/relationships/image" Target="media/image124.png"/><Relationship Id="rId133" Type="http://schemas.openxmlformats.org/officeDocument/2006/relationships/image" Target="media/image125.png"/><Relationship Id="rId134" Type="http://schemas.openxmlformats.org/officeDocument/2006/relationships/image" Target="media/image126.png"/><Relationship Id="rId135" Type="http://schemas.openxmlformats.org/officeDocument/2006/relationships/image" Target="media/image127.png"/><Relationship Id="rId136" Type="http://schemas.openxmlformats.org/officeDocument/2006/relationships/image" Target="media/image128.png"/><Relationship Id="rId137" Type="http://schemas.openxmlformats.org/officeDocument/2006/relationships/image" Target="media/image129.png"/><Relationship Id="rId138" Type="http://schemas.openxmlformats.org/officeDocument/2006/relationships/image" Target="media/image130.png"/><Relationship Id="rId139" Type="http://schemas.openxmlformats.org/officeDocument/2006/relationships/image" Target="media/image131.png"/><Relationship Id="rId140" Type="http://schemas.openxmlformats.org/officeDocument/2006/relationships/image" Target="media/image132.jpg"/><Relationship Id="rId141" Type="http://schemas.openxmlformats.org/officeDocument/2006/relationships/image" Target="media/image133.png"/><Relationship Id="rId142" Type="http://schemas.openxmlformats.org/officeDocument/2006/relationships/image" Target="media/image134.png"/><Relationship Id="rId143" Type="http://schemas.openxmlformats.org/officeDocument/2006/relationships/image" Target="media/image135.png"/><Relationship Id="rId144" Type="http://schemas.openxmlformats.org/officeDocument/2006/relationships/image" Target="media/image136.png"/><Relationship Id="rId145" Type="http://schemas.openxmlformats.org/officeDocument/2006/relationships/image" Target="media/image137.png"/><Relationship Id="rId146" Type="http://schemas.openxmlformats.org/officeDocument/2006/relationships/image" Target="media/image138.png"/><Relationship Id="rId147" Type="http://schemas.openxmlformats.org/officeDocument/2006/relationships/image" Target="media/image139.jpg"/><Relationship Id="rId148" Type="http://schemas.openxmlformats.org/officeDocument/2006/relationships/image" Target="media/image140.jpg"/><Relationship Id="rId149" Type="http://schemas.openxmlformats.org/officeDocument/2006/relationships/image" Target="media/image141.png"/><Relationship Id="rId150" Type="http://schemas.openxmlformats.org/officeDocument/2006/relationships/image" Target="media/image142.png"/><Relationship Id="rId151" Type="http://schemas.openxmlformats.org/officeDocument/2006/relationships/image" Target="media/image143.png"/><Relationship Id="rId152" Type="http://schemas.openxmlformats.org/officeDocument/2006/relationships/image" Target="media/image144.png"/><Relationship Id="rId153" Type="http://schemas.openxmlformats.org/officeDocument/2006/relationships/image" Target="media/image145.png"/><Relationship Id="rId154" Type="http://schemas.openxmlformats.org/officeDocument/2006/relationships/image" Target="media/image146.png"/><Relationship Id="rId155" Type="http://schemas.openxmlformats.org/officeDocument/2006/relationships/image" Target="media/image147.png"/><Relationship Id="rId156" Type="http://schemas.openxmlformats.org/officeDocument/2006/relationships/image" Target="media/image148.png"/><Relationship Id="rId157" Type="http://schemas.openxmlformats.org/officeDocument/2006/relationships/image" Target="media/image149.png"/><Relationship Id="rId158" Type="http://schemas.openxmlformats.org/officeDocument/2006/relationships/image" Target="media/image150.png"/><Relationship Id="rId159" Type="http://schemas.openxmlformats.org/officeDocument/2006/relationships/image" Target="media/image151.png"/><Relationship Id="rId160" Type="http://schemas.openxmlformats.org/officeDocument/2006/relationships/image" Target="media/image15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