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7 - OK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8 - OK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9 - OK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0 - OK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1 - OK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2 - OK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3 - OK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4 - OK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5 - OK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6 - OK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7 - OK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8 - OK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11863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9 - OK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1186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0 - OK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1 - OK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2 - OK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3 - OK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4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5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6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7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8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9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0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1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2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3 (1)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3 (2)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4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6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0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1.jp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2.jp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3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4.jp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5.jp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6.jp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7.jp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8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9.jp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0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1.jp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2.jp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3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4.jp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5.jp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6.jp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7.jp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8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9.jp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0.jp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1.jp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2.jp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3.jp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4.jp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5.jp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6.jp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2.jp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3.jp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4.jp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4320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5.jp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43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6.jp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7.jp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8.jp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3048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9.jp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304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0.jp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287209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1.jp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2872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2 (1).jp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2 (2).jp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3.jp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4.jp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5.jp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6.jp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7 (1).jp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7 (2).jp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8.jp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9 (1).jp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9 (2).jp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0.jp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1.jp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2.jp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3.jp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4 (1).jp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4 (2).jp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5.jp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53 - OK.jp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Relationship Id="rId13" Type="http://schemas.openxmlformats.org/officeDocument/2006/relationships/image" Target="media/image5.jpg"/><Relationship Id="rId14" Type="http://schemas.openxmlformats.org/officeDocument/2006/relationships/image" Target="media/image6.jpg"/><Relationship Id="rId15" Type="http://schemas.openxmlformats.org/officeDocument/2006/relationships/image" Target="media/image7.jpg"/><Relationship Id="rId16" Type="http://schemas.openxmlformats.org/officeDocument/2006/relationships/image" Target="media/image8.jpg"/><Relationship Id="rId17" Type="http://schemas.openxmlformats.org/officeDocument/2006/relationships/image" Target="media/image9.jpg"/><Relationship Id="rId18" Type="http://schemas.openxmlformats.org/officeDocument/2006/relationships/image" Target="media/image10.jpg"/><Relationship Id="rId19" Type="http://schemas.openxmlformats.org/officeDocument/2006/relationships/image" Target="media/image11.jpg"/><Relationship Id="rId20" Type="http://schemas.openxmlformats.org/officeDocument/2006/relationships/image" Target="media/image12.jpg"/><Relationship Id="rId21" Type="http://schemas.openxmlformats.org/officeDocument/2006/relationships/image" Target="media/image13.jpg"/><Relationship Id="rId22" Type="http://schemas.openxmlformats.org/officeDocument/2006/relationships/image" Target="media/image14.jpg"/><Relationship Id="rId23" Type="http://schemas.openxmlformats.org/officeDocument/2006/relationships/image" Target="media/image15.jpg"/><Relationship Id="rId24" Type="http://schemas.openxmlformats.org/officeDocument/2006/relationships/image" Target="media/image16.jpg"/><Relationship Id="rId25" Type="http://schemas.openxmlformats.org/officeDocument/2006/relationships/image" Target="media/image17.jpg"/><Relationship Id="rId26" Type="http://schemas.openxmlformats.org/officeDocument/2006/relationships/image" Target="media/image18.jpg"/><Relationship Id="rId27" Type="http://schemas.openxmlformats.org/officeDocument/2006/relationships/image" Target="media/image19.jpg"/><Relationship Id="rId28" Type="http://schemas.openxmlformats.org/officeDocument/2006/relationships/image" Target="media/image20.jpg"/><Relationship Id="rId29" Type="http://schemas.openxmlformats.org/officeDocument/2006/relationships/image" Target="media/image21.jpg"/><Relationship Id="rId30" Type="http://schemas.openxmlformats.org/officeDocument/2006/relationships/image" Target="media/image22.jpg"/><Relationship Id="rId31" Type="http://schemas.openxmlformats.org/officeDocument/2006/relationships/image" Target="media/image23.jpg"/><Relationship Id="rId32" Type="http://schemas.openxmlformats.org/officeDocument/2006/relationships/image" Target="media/image24.jpg"/><Relationship Id="rId33" Type="http://schemas.openxmlformats.org/officeDocument/2006/relationships/image" Target="media/image25.jpg"/><Relationship Id="rId34" Type="http://schemas.openxmlformats.org/officeDocument/2006/relationships/image" Target="media/image26.jpg"/><Relationship Id="rId35" Type="http://schemas.openxmlformats.org/officeDocument/2006/relationships/image" Target="media/image27.jpg"/><Relationship Id="rId36" Type="http://schemas.openxmlformats.org/officeDocument/2006/relationships/image" Target="media/image28.jpg"/><Relationship Id="rId37" Type="http://schemas.openxmlformats.org/officeDocument/2006/relationships/image" Target="media/image29.jpg"/><Relationship Id="rId38" Type="http://schemas.openxmlformats.org/officeDocument/2006/relationships/image" Target="media/image30.jpg"/><Relationship Id="rId39" Type="http://schemas.openxmlformats.org/officeDocument/2006/relationships/image" Target="media/image31.jpg"/><Relationship Id="rId40" Type="http://schemas.openxmlformats.org/officeDocument/2006/relationships/image" Target="media/image32.jpg"/><Relationship Id="rId41" Type="http://schemas.openxmlformats.org/officeDocument/2006/relationships/image" Target="media/image33.jpg"/><Relationship Id="rId42" Type="http://schemas.openxmlformats.org/officeDocument/2006/relationships/image" Target="media/image34.jpg"/><Relationship Id="rId43" Type="http://schemas.openxmlformats.org/officeDocument/2006/relationships/image" Target="media/image35.jpg"/><Relationship Id="rId44" Type="http://schemas.openxmlformats.org/officeDocument/2006/relationships/image" Target="media/image36.jpg"/><Relationship Id="rId45" Type="http://schemas.openxmlformats.org/officeDocument/2006/relationships/image" Target="media/image37.jpg"/><Relationship Id="rId46" Type="http://schemas.openxmlformats.org/officeDocument/2006/relationships/image" Target="media/image38.jpg"/><Relationship Id="rId47" Type="http://schemas.openxmlformats.org/officeDocument/2006/relationships/image" Target="media/image39.jpg"/><Relationship Id="rId48" Type="http://schemas.openxmlformats.org/officeDocument/2006/relationships/image" Target="media/image40.jpg"/><Relationship Id="rId49" Type="http://schemas.openxmlformats.org/officeDocument/2006/relationships/image" Target="media/image41.jpg"/><Relationship Id="rId50" Type="http://schemas.openxmlformats.org/officeDocument/2006/relationships/image" Target="media/image42.jpg"/><Relationship Id="rId51" Type="http://schemas.openxmlformats.org/officeDocument/2006/relationships/image" Target="media/image43.jpg"/><Relationship Id="rId52" Type="http://schemas.openxmlformats.org/officeDocument/2006/relationships/image" Target="media/image44.jpg"/><Relationship Id="rId53" Type="http://schemas.openxmlformats.org/officeDocument/2006/relationships/image" Target="media/image45.jpg"/><Relationship Id="rId54" Type="http://schemas.openxmlformats.org/officeDocument/2006/relationships/image" Target="media/image46.jpg"/><Relationship Id="rId55" Type="http://schemas.openxmlformats.org/officeDocument/2006/relationships/image" Target="media/image47.jpg"/><Relationship Id="rId56" Type="http://schemas.openxmlformats.org/officeDocument/2006/relationships/image" Target="media/image48.jpg"/><Relationship Id="rId57" Type="http://schemas.openxmlformats.org/officeDocument/2006/relationships/image" Target="media/image49.jpg"/><Relationship Id="rId58" Type="http://schemas.openxmlformats.org/officeDocument/2006/relationships/image" Target="media/image50.jpg"/><Relationship Id="rId59" Type="http://schemas.openxmlformats.org/officeDocument/2006/relationships/image" Target="media/image51.jpg"/><Relationship Id="rId60" Type="http://schemas.openxmlformats.org/officeDocument/2006/relationships/image" Target="media/image52.jpg"/><Relationship Id="rId61" Type="http://schemas.openxmlformats.org/officeDocument/2006/relationships/image" Target="media/image53.jpg"/><Relationship Id="rId62" Type="http://schemas.openxmlformats.org/officeDocument/2006/relationships/image" Target="media/image54.jpg"/><Relationship Id="rId63" Type="http://schemas.openxmlformats.org/officeDocument/2006/relationships/image" Target="media/image55.jpg"/><Relationship Id="rId64" Type="http://schemas.openxmlformats.org/officeDocument/2006/relationships/image" Target="media/image56.jpg"/><Relationship Id="rId65" Type="http://schemas.openxmlformats.org/officeDocument/2006/relationships/image" Target="media/image57.jpg"/><Relationship Id="rId66" Type="http://schemas.openxmlformats.org/officeDocument/2006/relationships/image" Target="media/image58.jpg"/><Relationship Id="rId67" Type="http://schemas.openxmlformats.org/officeDocument/2006/relationships/image" Target="media/image59.jpg"/><Relationship Id="rId68" Type="http://schemas.openxmlformats.org/officeDocument/2006/relationships/image" Target="media/image60.jpg"/><Relationship Id="rId69" Type="http://schemas.openxmlformats.org/officeDocument/2006/relationships/image" Target="media/image61.jpg"/><Relationship Id="rId70" Type="http://schemas.openxmlformats.org/officeDocument/2006/relationships/image" Target="media/image62.jpg"/><Relationship Id="rId71" Type="http://schemas.openxmlformats.org/officeDocument/2006/relationships/image" Target="media/image63.jpg"/><Relationship Id="rId72" Type="http://schemas.openxmlformats.org/officeDocument/2006/relationships/image" Target="media/image64.jpg"/><Relationship Id="rId73" Type="http://schemas.openxmlformats.org/officeDocument/2006/relationships/image" Target="media/image65.jpg"/><Relationship Id="rId74" Type="http://schemas.openxmlformats.org/officeDocument/2006/relationships/image" Target="media/image66.jpg"/><Relationship Id="rId75" Type="http://schemas.openxmlformats.org/officeDocument/2006/relationships/image" Target="media/image67.jpg"/><Relationship Id="rId76" Type="http://schemas.openxmlformats.org/officeDocument/2006/relationships/image" Target="media/image68.jpg"/><Relationship Id="rId77" Type="http://schemas.openxmlformats.org/officeDocument/2006/relationships/image" Target="media/image69.jpg"/><Relationship Id="rId78" Type="http://schemas.openxmlformats.org/officeDocument/2006/relationships/image" Target="media/image70.jpg"/><Relationship Id="rId79" Type="http://schemas.openxmlformats.org/officeDocument/2006/relationships/image" Target="media/image71.jpg"/><Relationship Id="rId80" Type="http://schemas.openxmlformats.org/officeDocument/2006/relationships/image" Target="media/image72.jpg"/><Relationship Id="rId81" Type="http://schemas.openxmlformats.org/officeDocument/2006/relationships/image" Target="media/image73.jpg"/><Relationship Id="rId82" Type="http://schemas.openxmlformats.org/officeDocument/2006/relationships/image" Target="media/image74.jpg"/><Relationship Id="rId83" Type="http://schemas.openxmlformats.org/officeDocument/2006/relationships/image" Target="media/image75.jpg"/><Relationship Id="rId84" Type="http://schemas.openxmlformats.org/officeDocument/2006/relationships/image" Target="media/image76.jpg"/><Relationship Id="rId85" Type="http://schemas.openxmlformats.org/officeDocument/2006/relationships/image" Target="media/image77.jpg"/><Relationship Id="rId86" Type="http://schemas.openxmlformats.org/officeDocument/2006/relationships/image" Target="media/image78.jpg"/><Relationship Id="rId87" Type="http://schemas.openxmlformats.org/officeDocument/2006/relationships/image" Target="media/image79.jpg"/><Relationship Id="rId88" Type="http://schemas.openxmlformats.org/officeDocument/2006/relationships/image" Target="media/image80.jpg"/><Relationship Id="rId89" Type="http://schemas.openxmlformats.org/officeDocument/2006/relationships/image" Target="media/image81.jpg"/><Relationship Id="rId90" Type="http://schemas.openxmlformats.org/officeDocument/2006/relationships/image" Target="media/image82.jpg"/><Relationship Id="rId91" Type="http://schemas.openxmlformats.org/officeDocument/2006/relationships/image" Target="media/image83.jpg"/><Relationship Id="rId92" Type="http://schemas.openxmlformats.org/officeDocument/2006/relationships/image" Target="media/image84.jpg"/><Relationship Id="rId93" Type="http://schemas.openxmlformats.org/officeDocument/2006/relationships/image" Target="media/image85.jpg"/><Relationship Id="rId94" Type="http://schemas.openxmlformats.org/officeDocument/2006/relationships/image" Target="media/image8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