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A ao I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 - J ao W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1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2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