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18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18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19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19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20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 (1)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 (2)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20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0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1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2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3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21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 (1)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 (2)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21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0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1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2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3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22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22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0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1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2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3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jp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jpg"/><Relationship Id="rId36" Type="http://schemas.openxmlformats.org/officeDocument/2006/relationships/image" Target="media/image28.jp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jp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