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jpg"/><Relationship Id="rId46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