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824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8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027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02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4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5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6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605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jp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jpg"/><Relationship Id="rId46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