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A ao H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I ao  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