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09 (1)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09 (2).jp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09_hr_00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09_hr_01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" name="Picture 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09_hr_02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6" name="Picture 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09_hr_03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7" name="Picture 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09_hr_04.p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8" name="Picture 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09_hr_05.pn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9" name="Picture 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10 .jp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0" name="Picture 1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10_hr_00.pn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1" name="Picture 1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10_hr_01.pn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2" name="Picture 1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10_hr_02.png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3" name="Picture 1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10_hr_03.png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4" name="Picture 1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10_hr_04.png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5" name="Picture 1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10_hr_05.png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16" name="Picture 1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11.jpg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7" name="Picture 1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11_hr_00.png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8" name="Picture 1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11_hr_01.png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9" name="Picture 1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11_hr_02.png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20" name="Picture 2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12.jpg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21" name="Picture 2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12_hr_00.png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22" name="Picture 2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12_hr_01.png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3" name="Picture 2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12_hr_02.png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4" name="Picture 2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12_hr_03.png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25" name="Picture 2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13.jpg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26" name="Picture 2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13_hr_00.png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27" name="Picture 2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13_hr_01.png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8" name="Picture 2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13_hr_02.png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9" name="Picture 2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13_hr_03.png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30" name="Picture 3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14.jpg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31" name="Picture 3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14_hr_00.png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32" name="Picture 3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14_hr_01.png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3" name="Picture 3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14_hr_02.png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4" name="Picture 3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14_hr_03.png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35" name="Picture 3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15.jpg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36" name="Picture 3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15_hr_00.png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37" name="Picture 3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15_hr_01.png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8" name="Picture 3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15_hr_02.png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9" name="Picture 3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15_hr_03.png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40" name="Picture 4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16 (1).jpg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41" name="Picture 4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16 (2).jpg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42" name="Picture 4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16_hr_00.png"/>
                    <pic:cNvPicPr/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43" name="Picture 4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16_hr_01.png"/>
                    <pic:cNvPicPr/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4" name="Picture 4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16_hr_02.png"/>
                    <pic:cNvPicPr/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5" name="Picture 4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16_hr_03.png"/>
                    <pic:cNvPicPr/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6" name="Picture 4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16_hr_04.png"/>
                    <pic:cNvPicPr/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7" name="Picture 4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16_hr_05.png"/>
                    <pic:cNvPicPr/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8" name="Picture 4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16_hr_06.png"/>
                    <pic:cNvPicPr/>
                  </pic:nvPicPr>
                  <pic:blipFill>
                    <a:blip r:embed="rId5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49" name="Picture 4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16_hr_07.png"/>
                    <pic:cNvPicPr/>
                  </pic:nvPicPr>
                  <pic:blipFill>
                    <a:blip r:embed="rId5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50" name="Picture 5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16_hr_08.png"/>
                    <pic:cNvPicPr/>
                  </pic:nvPicPr>
                  <pic:blipFill>
                    <a:blip r:embed="rId5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1" name="Picture 5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16_hr_09.png"/>
                    <pic:cNvPicPr/>
                  </pic:nvPicPr>
                  <pic:blipFill>
                    <a:blip r:embed="rId5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2" name="Picture 5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16_hr_10.png"/>
                    <pic:cNvPicPr/>
                  </pic:nvPicPr>
                  <pic:blipFill>
                    <a:blip r:embed="rId6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3" name="Picture 5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16_hr_11.png"/>
                    <pic:cNvPicPr/>
                  </pic:nvPicPr>
                  <pic:blipFill>
                    <a:blip r:embed="rId6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54" name="Picture 5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17.jpg"/>
                    <pic:cNvPicPr/>
                  </pic:nvPicPr>
                  <pic:blipFill>
                    <a:blip r:embed="rId6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55" name="Picture 5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17_hr_00.png"/>
                    <pic:cNvPicPr/>
                  </pic:nvPicPr>
                  <pic:blipFill>
                    <a:blip r:embed="rId6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56" name="Picture 5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17_hr_01.png"/>
                    <pic:cNvPicPr/>
                  </pic:nvPicPr>
                  <pic:blipFill>
                    <a:blip r:embed="rId6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7" name="Picture 5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17_hr_02.png"/>
                    <pic:cNvPicPr/>
                  </pic:nvPicPr>
                  <pic:blipFill>
                    <a:blip r:embed="rId6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8" name="Picture 5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17_hr_03.png"/>
                    <pic:cNvPicPr/>
                  </pic:nvPicPr>
                  <pic:blipFill>
                    <a:blip r:embed="rId6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9" name="Picture 5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17_hr_04.png"/>
                    <pic:cNvPicPr/>
                  </pic:nvPicPr>
                  <pic:blipFill>
                    <a:blip r:embed="rId6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60" name="Picture 6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18.jpg"/>
                    <pic:cNvPicPr/>
                  </pic:nvPicPr>
                  <pic:blipFill>
                    <a:blip r:embed="rId6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61" name="Picture 6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18_hr_00.png"/>
                    <pic:cNvPicPr/>
                  </pic:nvPicPr>
                  <pic:blipFill>
                    <a:blip r:embed="rId6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62" name="Picture 6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18_hr_01.png"/>
                    <pic:cNvPicPr/>
                  </pic:nvPicPr>
                  <pic:blipFill>
                    <a:blip r:embed="rId7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63" name="Picture 6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18_hr_02.png"/>
                    <pic:cNvPicPr/>
                  </pic:nvPicPr>
                  <pic:blipFill>
                    <a:blip r:embed="rId7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64" name="Picture 6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18_hr_03.png"/>
                    <pic:cNvPicPr/>
                  </pic:nvPicPr>
                  <pic:blipFill>
                    <a:blip r:embed="rId7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65" name="Picture 6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18_hr_04.png"/>
                    <pic:cNvPicPr/>
                  </pic:nvPicPr>
                  <pic:blipFill>
                    <a:blip r:embed="rId7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66" name="Picture 6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19 (1).jpg"/>
                    <pic:cNvPicPr/>
                  </pic:nvPicPr>
                  <pic:blipFill>
                    <a:blip r:embed="rId7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67" name="Picture 6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19 (2).jpg"/>
                    <pic:cNvPicPr/>
                  </pic:nvPicPr>
                  <pic:blipFill>
                    <a:blip r:embed="rId7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68" name="Picture 6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19_hr_00.png"/>
                    <pic:cNvPicPr/>
                  </pic:nvPicPr>
                  <pic:blipFill>
                    <a:blip r:embed="rId7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69" name="Picture 6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19_hr_01.png"/>
                    <pic:cNvPicPr/>
                  </pic:nvPicPr>
                  <pic:blipFill>
                    <a:blip r:embed="rId7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70" name="Picture 7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19_hr_02.png"/>
                    <pic:cNvPicPr/>
                  </pic:nvPicPr>
                  <pic:blipFill>
                    <a:blip r:embed="rId7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71" name="Picture 7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19_hr_03.png"/>
                    <pic:cNvPicPr/>
                  </pic:nvPicPr>
                  <pic:blipFill>
                    <a:blip r:embed="rId7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72" name="Picture 7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19_hr_04.png"/>
                    <pic:cNvPicPr/>
                  </pic:nvPicPr>
                  <pic:blipFill>
                    <a:blip r:embed="rId8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73" name="Picture 7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19_hr_05.png"/>
                    <pic:cNvPicPr/>
                  </pic:nvPicPr>
                  <pic:blipFill>
                    <a:blip r:embed="rId8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74" name="Picture 7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19_hr_06.png"/>
                    <pic:cNvPicPr/>
                  </pic:nvPicPr>
                  <pic:blipFill>
                    <a:blip r:embed="rId8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75" name="Picture 7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19_hr_07.png"/>
                    <pic:cNvPicPr/>
                  </pic:nvPicPr>
                  <pic:blipFill>
                    <a:blip r:embed="rId8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76" name="Picture 7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19_hr_08.png"/>
                    <pic:cNvPicPr/>
                  </pic:nvPicPr>
                  <pic:blipFill>
                    <a:blip r:embed="rId8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77" name="Picture 7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19_hr_09.png"/>
                    <pic:cNvPicPr/>
                  </pic:nvPicPr>
                  <pic:blipFill>
                    <a:blip r:embed="rId8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78" name="Picture 7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20 (1).jpg"/>
                    <pic:cNvPicPr/>
                  </pic:nvPicPr>
                  <pic:blipFill>
                    <a:blip r:embed="rId8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79" name="Picture 7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20 (2).jpg"/>
                    <pic:cNvPicPr/>
                  </pic:nvPicPr>
                  <pic:blipFill>
                    <a:blip r:embed="rId8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80" name="Picture 8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20_hr_00.png"/>
                    <pic:cNvPicPr/>
                  </pic:nvPicPr>
                  <pic:blipFill>
                    <a:blip r:embed="rId8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81" name="Picture 8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20_hr_01.png"/>
                    <pic:cNvPicPr/>
                  </pic:nvPicPr>
                  <pic:blipFill>
                    <a:blip r:embed="rId8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82" name="Picture 8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20_hr_02.png"/>
                    <pic:cNvPicPr/>
                  </pic:nvPicPr>
                  <pic:blipFill>
                    <a:blip r:embed="rId9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83" name="Picture 8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20_hr_03.png"/>
                    <pic:cNvPicPr/>
                  </pic:nvPicPr>
                  <pic:blipFill>
                    <a:blip r:embed="rId9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84" name="Picture 8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20_hr_04.png"/>
                    <pic:cNvPicPr/>
                  </pic:nvPicPr>
                  <pic:blipFill>
                    <a:blip r:embed="rId9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85" name="Picture 8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20_hr_05.png"/>
                    <pic:cNvPicPr/>
                  </pic:nvPicPr>
                  <pic:blipFill>
                    <a:blip r:embed="rId9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86" name="Picture 8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20_hr_06.png"/>
                    <pic:cNvPicPr/>
                  </pic:nvPicPr>
                  <pic:blipFill>
                    <a:blip r:embed="rId9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87" name="Picture 8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20_hr_07.png"/>
                    <pic:cNvPicPr/>
                  </pic:nvPicPr>
                  <pic:blipFill>
                    <a:blip r:embed="rId9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88" name="Picture 8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20_hr_08.png"/>
                    <pic:cNvPicPr/>
                  </pic:nvPicPr>
                  <pic:blipFill>
                    <a:blip r:embed="rId9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89" name="Picture 8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20_hr_09.png"/>
                    <pic:cNvPicPr/>
                  </pic:nvPicPr>
                  <pic:blipFill>
                    <a:blip r:embed="rId9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929302"/>
            <wp:docPr id="90" name="Picture 9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21 (1).jpg"/>
                    <pic:cNvPicPr/>
                  </pic:nvPicPr>
                  <pic:blipFill>
                    <a:blip r:embed="rId9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92930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929302"/>
            <wp:docPr id="91" name="Picture 9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21 (2).jpg"/>
                    <pic:cNvPicPr/>
                  </pic:nvPicPr>
                  <pic:blipFill>
                    <a:blip r:embed="rId9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92930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92" name="Picture 9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21_hr_00.png"/>
                    <pic:cNvPicPr/>
                  </pic:nvPicPr>
                  <pic:blipFill>
                    <a:blip r:embed="rId10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93" name="Picture 9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21_hr_01.png"/>
                    <pic:cNvPicPr/>
                  </pic:nvPicPr>
                  <pic:blipFill>
                    <a:blip r:embed="rId10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94" name="Picture 9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21_hr_02.png"/>
                    <pic:cNvPicPr/>
                  </pic:nvPicPr>
                  <pic:blipFill>
                    <a:blip r:embed="rId10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95" name="Picture 9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21_hr_03.png"/>
                    <pic:cNvPicPr/>
                  </pic:nvPicPr>
                  <pic:blipFill>
                    <a:blip r:embed="rId10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96" name="Picture 9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21_hr_04.png"/>
                    <pic:cNvPicPr/>
                  </pic:nvPicPr>
                  <pic:blipFill>
                    <a:blip r:embed="rId10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97" name="Picture 9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21_hr_05.png"/>
                    <pic:cNvPicPr/>
                  </pic:nvPicPr>
                  <pic:blipFill>
                    <a:blip r:embed="rId10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98" name="Picture 9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21_hr_06.png"/>
                    <pic:cNvPicPr/>
                  </pic:nvPicPr>
                  <pic:blipFill>
                    <a:blip r:embed="rId10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99" name="Picture 9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21_hr_07.png"/>
                    <pic:cNvPicPr/>
                  </pic:nvPicPr>
                  <pic:blipFill>
                    <a:blip r:embed="rId10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00" name="Picture 10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21_hr_08.png"/>
                    <pic:cNvPicPr/>
                  </pic:nvPicPr>
                  <pic:blipFill>
                    <a:blip r:embed="rId10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01" name="Picture 10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21_hr_09.png"/>
                    <pic:cNvPicPr/>
                  </pic:nvPicPr>
                  <pic:blipFill>
                    <a:blip r:embed="rId10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102" name="Picture 10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22.jpg"/>
                    <pic:cNvPicPr/>
                  </pic:nvPicPr>
                  <pic:blipFill>
                    <a:blip r:embed="rId11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03" name="Picture 10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22_hr_00.png"/>
                    <pic:cNvPicPr/>
                  </pic:nvPicPr>
                  <pic:blipFill>
                    <a:blip r:embed="rId11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04" name="Picture 10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22_hr_01.png"/>
                    <pic:cNvPicPr/>
                  </pic:nvPicPr>
                  <pic:blipFill>
                    <a:blip r:embed="rId11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05" name="Picture 10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22_hr_02.png"/>
                    <pic:cNvPicPr/>
                  </pic:nvPicPr>
                  <pic:blipFill>
                    <a:blip r:embed="rId11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06" name="Picture 10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22_hr_03.png"/>
                    <pic:cNvPicPr/>
                  </pic:nvPicPr>
                  <pic:blipFill>
                    <a:blip r:embed="rId11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07" name="Picture 10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23.jpg"/>
                    <pic:cNvPicPr/>
                  </pic:nvPicPr>
                  <pic:blipFill>
                    <a:blip r:embed="rId11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08" name="Picture 10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23_hr_00.png"/>
                    <pic:cNvPicPr/>
                  </pic:nvPicPr>
                  <pic:blipFill>
                    <a:blip r:embed="rId11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09" name="Picture 10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23_hr_01.png"/>
                    <pic:cNvPicPr/>
                  </pic:nvPicPr>
                  <pic:blipFill>
                    <a:blip r:embed="rId11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10" name="Picture 11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23_hr_02.png"/>
                    <pic:cNvPicPr/>
                  </pic:nvPicPr>
                  <pic:blipFill>
                    <a:blip r:embed="rId11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11" name="Picture 11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23_hr_03.png"/>
                    <pic:cNvPicPr/>
                  </pic:nvPicPr>
                  <pic:blipFill>
                    <a:blip r:embed="rId11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2240" w:h="15840"/>
      <w:pgMar w:top="1417" w:right="1701" w:bottom="141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Relationship Id="rId10" Type="http://schemas.openxmlformats.org/officeDocument/2006/relationships/image" Target="media/image2.jpg"/><Relationship Id="rId11" Type="http://schemas.openxmlformats.org/officeDocument/2006/relationships/image" Target="media/image3.png"/><Relationship Id="rId12" Type="http://schemas.openxmlformats.org/officeDocument/2006/relationships/image" Target="media/image4.png"/><Relationship Id="rId13" Type="http://schemas.openxmlformats.org/officeDocument/2006/relationships/image" Target="media/image5.png"/><Relationship Id="rId14" Type="http://schemas.openxmlformats.org/officeDocument/2006/relationships/image" Target="media/image6.png"/><Relationship Id="rId15" Type="http://schemas.openxmlformats.org/officeDocument/2006/relationships/image" Target="media/image7.png"/><Relationship Id="rId16" Type="http://schemas.openxmlformats.org/officeDocument/2006/relationships/image" Target="media/image8.png"/><Relationship Id="rId17" Type="http://schemas.openxmlformats.org/officeDocument/2006/relationships/image" Target="media/image9.jpg"/><Relationship Id="rId18" Type="http://schemas.openxmlformats.org/officeDocument/2006/relationships/image" Target="media/image10.png"/><Relationship Id="rId19" Type="http://schemas.openxmlformats.org/officeDocument/2006/relationships/image" Target="media/image11.png"/><Relationship Id="rId20" Type="http://schemas.openxmlformats.org/officeDocument/2006/relationships/image" Target="media/image12.png"/><Relationship Id="rId21" Type="http://schemas.openxmlformats.org/officeDocument/2006/relationships/image" Target="media/image13.png"/><Relationship Id="rId22" Type="http://schemas.openxmlformats.org/officeDocument/2006/relationships/image" Target="media/image14.png"/><Relationship Id="rId23" Type="http://schemas.openxmlformats.org/officeDocument/2006/relationships/image" Target="media/image15.png"/><Relationship Id="rId24" Type="http://schemas.openxmlformats.org/officeDocument/2006/relationships/image" Target="media/image16.jpg"/><Relationship Id="rId25" Type="http://schemas.openxmlformats.org/officeDocument/2006/relationships/image" Target="media/image17.png"/><Relationship Id="rId26" Type="http://schemas.openxmlformats.org/officeDocument/2006/relationships/image" Target="media/image18.png"/><Relationship Id="rId27" Type="http://schemas.openxmlformats.org/officeDocument/2006/relationships/image" Target="media/image19.png"/><Relationship Id="rId28" Type="http://schemas.openxmlformats.org/officeDocument/2006/relationships/image" Target="media/image20.jpg"/><Relationship Id="rId29" Type="http://schemas.openxmlformats.org/officeDocument/2006/relationships/image" Target="media/image21.png"/><Relationship Id="rId30" Type="http://schemas.openxmlformats.org/officeDocument/2006/relationships/image" Target="media/image22.png"/><Relationship Id="rId31" Type="http://schemas.openxmlformats.org/officeDocument/2006/relationships/image" Target="media/image23.png"/><Relationship Id="rId32" Type="http://schemas.openxmlformats.org/officeDocument/2006/relationships/image" Target="media/image24.png"/><Relationship Id="rId33" Type="http://schemas.openxmlformats.org/officeDocument/2006/relationships/image" Target="media/image25.jpg"/><Relationship Id="rId34" Type="http://schemas.openxmlformats.org/officeDocument/2006/relationships/image" Target="media/image26.png"/><Relationship Id="rId35" Type="http://schemas.openxmlformats.org/officeDocument/2006/relationships/image" Target="media/image27.png"/><Relationship Id="rId36" Type="http://schemas.openxmlformats.org/officeDocument/2006/relationships/image" Target="media/image28.png"/><Relationship Id="rId37" Type="http://schemas.openxmlformats.org/officeDocument/2006/relationships/image" Target="media/image29.png"/><Relationship Id="rId38" Type="http://schemas.openxmlformats.org/officeDocument/2006/relationships/image" Target="media/image30.jpg"/><Relationship Id="rId39" Type="http://schemas.openxmlformats.org/officeDocument/2006/relationships/image" Target="media/image31.png"/><Relationship Id="rId40" Type="http://schemas.openxmlformats.org/officeDocument/2006/relationships/image" Target="media/image32.png"/><Relationship Id="rId41" Type="http://schemas.openxmlformats.org/officeDocument/2006/relationships/image" Target="media/image33.png"/><Relationship Id="rId42" Type="http://schemas.openxmlformats.org/officeDocument/2006/relationships/image" Target="media/image34.png"/><Relationship Id="rId43" Type="http://schemas.openxmlformats.org/officeDocument/2006/relationships/image" Target="media/image35.jpg"/><Relationship Id="rId44" Type="http://schemas.openxmlformats.org/officeDocument/2006/relationships/image" Target="media/image36.png"/><Relationship Id="rId45" Type="http://schemas.openxmlformats.org/officeDocument/2006/relationships/image" Target="media/image37.png"/><Relationship Id="rId46" Type="http://schemas.openxmlformats.org/officeDocument/2006/relationships/image" Target="media/image38.png"/><Relationship Id="rId47" Type="http://schemas.openxmlformats.org/officeDocument/2006/relationships/image" Target="media/image39.png"/><Relationship Id="rId48" Type="http://schemas.openxmlformats.org/officeDocument/2006/relationships/image" Target="media/image40.jpg"/><Relationship Id="rId49" Type="http://schemas.openxmlformats.org/officeDocument/2006/relationships/image" Target="media/image41.jpg"/><Relationship Id="rId50" Type="http://schemas.openxmlformats.org/officeDocument/2006/relationships/image" Target="media/image42.png"/><Relationship Id="rId51" Type="http://schemas.openxmlformats.org/officeDocument/2006/relationships/image" Target="media/image43.png"/><Relationship Id="rId52" Type="http://schemas.openxmlformats.org/officeDocument/2006/relationships/image" Target="media/image44.png"/><Relationship Id="rId53" Type="http://schemas.openxmlformats.org/officeDocument/2006/relationships/image" Target="media/image45.png"/><Relationship Id="rId54" Type="http://schemas.openxmlformats.org/officeDocument/2006/relationships/image" Target="media/image46.png"/><Relationship Id="rId55" Type="http://schemas.openxmlformats.org/officeDocument/2006/relationships/image" Target="media/image47.png"/><Relationship Id="rId56" Type="http://schemas.openxmlformats.org/officeDocument/2006/relationships/image" Target="media/image48.png"/><Relationship Id="rId57" Type="http://schemas.openxmlformats.org/officeDocument/2006/relationships/image" Target="media/image49.png"/><Relationship Id="rId58" Type="http://schemas.openxmlformats.org/officeDocument/2006/relationships/image" Target="media/image50.png"/><Relationship Id="rId59" Type="http://schemas.openxmlformats.org/officeDocument/2006/relationships/image" Target="media/image51.png"/><Relationship Id="rId60" Type="http://schemas.openxmlformats.org/officeDocument/2006/relationships/image" Target="media/image52.png"/><Relationship Id="rId61" Type="http://schemas.openxmlformats.org/officeDocument/2006/relationships/image" Target="media/image53.png"/><Relationship Id="rId62" Type="http://schemas.openxmlformats.org/officeDocument/2006/relationships/image" Target="media/image54.jpg"/><Relationship Id="rId63" Type="http://schemas.openxmlformats.org/officeDocument/2006/relationships/image" Target="media/image55.png"/><Relationship Id="rId64" Type="http://schemas.openxmlformats.org/officeDocument/2006/relationships/image" Target="media/image56.png"/><Relationship Id="rId65" Type="http://schemas.openxmlformats.org/officeDocument/2006/relationships/image" Target="media/image57.png"/><Relationship Id="rId66" Type="http://schemas.openxmlformats.org/officeDocument/2006/relationships/image" Target="media/image58.png"/><Relationship Id="rId67" Type="http://schemas.openxmlformats.org/officeDocument/2006/relationships/image" Target="media/image59.png"/><Relationship Id="rId68" Type="http://schemas.openxmlformats.org/officeDocument/2006/relationships/image" Target="media/image60.jpg"/><Relationship Id="rId69" Type="http://schemas.openxmlformats.org/officeDocument/2006/relationships/image" Target="media/image61.png"/><Relationship Id="rId70" Type="http://schemas.openxmlformats.org/officeDocument/2006/relationships/image" Target="media/image62.png"/><Relationship Id="rId71" Type="http://schemas.openxmlformats.org/officeDocument/2006/relationships/image" Target="media/image63.png"/><Relationship Id="rId72" Type="http://schemas.openxmlformats.org/officeDocument/2006/relationships/image" Target="media/image64.png"/><Relationship Id="rId73" Type="http://schemas.openxmlformats.org/officeDocument/2006/relationships/image" Target="media/image65.png"/><Relationship Id="rId74" Type="http://schemas.openxmlformats.org/officeDocument/2006/relationships/image" Target="media/image66.jpg"/><Relationship Id="rId75" Type="http://schemas.openxmlformats.org/officeDocument/2006/relationships/image" Target="media/image67.jpg"/><Relationship Id="rId76" Type="http://schemas.openxmlformats.org/officeDocument/2006/relationships/image" Target="media/image68.png"/><Relationship Id="rId77" Type="http://schemas.openxmlformats.org/officeDocument/2006/relationships/image" Target="media/image69.png"/><Relationship Id="rId78" Type="http://schemas.openxmlformats.org/officeDocument/2006/relationships/image" Target="media/image70.png"/><Relationship Id="rId79" Type="http://schemas.openxmlformats.org/officeDocument/2006/relationships/image" Target="media/image71.png"/><Relationship Id="rId80" Type="http://schemas.openxmlformats.org/officeDocument/2006/relationships/image" Target="media/image72.png"/><Relationship Id="rId81" Type="http://schemas.openxmlformats.org/officeDocument/2006/relationships/image" Target="media/image73.png"/><Relationship Id="rId82" Type="http://schemas.openxmlformats.org/officeDocument/2006/relationships/image" Target="media/image74.png"/><Relationship Id="rId83" Type="http://schemas.openxmlformats.org/officeDocument/2006/relationships/image" Target="media/image75.png"/><Relationship Id="rId84" Type="http://schemas.openxmlformats.org/officeDocument/2006/relationships/image" Target="media/image76.png"/><Relationship Id="rId85" Type="http://schemas.openxmlformats.org/officeDocument/2006/relationships/image" Target="media/image77.png"/><Relationship Id="rId86" Type="http://schemas.openxmlformats.org/officeDocument/2006/relationships/image" Target="media/image78.jpg"/><Relationship Id="rId87" Type="http://schemas.openxmlformats.org/officeDocument/2006/relationships/image" Target="media/image79.jpg"/><Relationship Id="rId88" Type="http://schemas.openxmlformats.org/officeDocument/2006/relationships/image" Target="media/image80.png"/><Relationship Id="rId89" Type="http://schemas.openxmlformats.org/officeDocument/2006/relationships/image" Target="media/image81.png"/><Relationship Id="rId90" Type="http://schemas.openxmlformats.org/officeDocument/2006/relationships/image" Target="media/image82.png"/><Relationship Id="rId91" Type="http://schemas.openxmlformats.org/officeDocument/2006/relationships/image" Target="media/image83.png"/><Relationship Id="rId92" Type="http://schemas.openxmlformats.org/officeDocument/2006/relationships/image" Target="media/image84.png"/><Relationship Id="rId93" Type="http://schemas.openxmlformats.org/officeDocument/2006/relationships/image" Target="media/image85.png"/><Relationship Id="rId94" Type="http://schemas.openxmlformats.org/officeDocument/2006/relationships/image" Target="media/image86.png"/><Relationship Id="rId95" Type="http://schemas.openxmlformats.org/officeDocument/2006/relationships/image" Target="media/image87.png"/><Relationship Id="rId96" Type="http://schemas.openxmlformats.org/officeDocument/2006/relationships/image" Target="media/image88.png"/><Relationship Id="rId97" Type="http://schemas.openxmlformats.org/officeDocument/2006/relationships/image" Target="media/image89.png"/><Relationship Id="rId98" Type="http://schemas.openxmlformats.org/officeDocument/2006/relationships/image" Target="media/image90.jpg"/><Relationship Id="rId99" Type="http://schemas.openxmlformats.org/officeDocument/2006/relationships/image" Target="media/image91.jpg"/><Relationship Id="rId100" Type="http://schemas.openxmlformats.org/officeDocument/2006/relationships/image" Target="media/image92.png"/><Relationship Id="rId101" Type="http://schemas.openxmlformats.org/officeDocument/2006/relationships/image" Target="media/image93.png"/><Relationship Id="rId102" Type="http://schemas.openxmlformats.org/officeDocument/2006/relationships/image" Target="media/image94.png"/><Relationship Id="rId103" Type="http://schemas.openxmlformats.org/officeDocument/2006/relationships/image" Target="media/image95.png"/><Relationship Id="rId104" Type="http://schemas.openxmlformats.org/officeDocument/2006/relationships/image" Target="media/image96.png"/><Relationship Id="rId105" Type="http://schemas.openxmlformats.org/officeDocument/2006/relationships/image" Target="media/image97.png"/><Relationship Id="rId106" Type="http://schemas.openxmlformats.org/officeDocument/2006/relationships/image" Target="media/image98.png"/><Relationship Id="rId107" Type="http://schemas.openxmlformats.org/officeDocument/2006/relationships/image" Target="media/image99.png"/><Relationship Id="rId108" Type="http://schemas.openxmlformats.org/officeDocument/2006/relationships/image" Target="media/image100.png"/><Relationship Id="rId109" Type="http://schemas.openxmlformats.org/officeDocument/2006/relationships/image" Target="media/image101.png"/><Relationship Id="rId110" Type="http://schemas.openxmlformats.org/officeDocument/2006/relationships/image" Target="media/image102.jpg"/><Relationship Id="rId111" Type="http://schemas.openxmlformats.org/officeDocument/2006/relationships/image" Target="media/image103.png"/><Relationship Id="rId112" Type="http://schemas.openxmlformats.org/officeDocument/2006/relationships/image" Target="media/image104.png"/><Relationship Id="rId113" Type="http://schemas.openxmlformats.org/officeDocument/2006/relationships/image" Target="media/image105.png"/><Relationship Id="rId114" Type="http://schemas.openxmlformats.org/officeDocument/2006/relationships/image" Target="media/image106.png"/><Relationship Id="rId115" Type="http://schemas.openxmlformats.org/officeDocument/2006/relationships/image" Target="media/image107.jpg"/><Relationship Id="rId116" Type="http://schemas.openxmlformats.org/officeDocument/2006/relationships/image" Target="media/image108.png"/><Relationship Id="rId117" Type="http://schemas.openxmlformats.org/officeDocument/2006/relationships/image" Target="media/image109.png"/><Relationship Id="rId118" Type="http://schemas.openxmlformats.org/officeDocument/2006/relationships/image" Target="media/image110.png"/><Relationship Id="rId119" Type="http://schemas.openxmlformats.org/officeDocument/2006/relationships/image" Target="media/image1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