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70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72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 - A-B-C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 - D-E-F-G-H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73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4 - A-B-C-D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74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75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1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2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3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7209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 - New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72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720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72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76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4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5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6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7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8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77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2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3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78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0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1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2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3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79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2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3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80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0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1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2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3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81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3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83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3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4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84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0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1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2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3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4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5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6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7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8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jp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jp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jp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jp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jp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