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22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2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3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4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22_hr_05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6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2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3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4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5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6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7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8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09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10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6_hr_11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5287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37.jp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5287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0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1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2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3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4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5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6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7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8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09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10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37_hr_11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jp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